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A31375" w14:textId="39F08E8C" w:rsidR="002501C0" w:rsidRDefault="00926F50">
      <w:pPr>
        <w:pStyle w:val="Title"/>
        <w:spacing w:after="100" w:line="259" w:lineRule="auto"/>
      </w:pPr>
      <w:r>
        <w:t>KAJO AUSTR</w:t>
      </w:r>
      <w:commentRangeStart w:id="0"/>
      <w:r>
        <w:t>ALIA Australia</w:t>
      </w:r>
      <w:r>
        <w:br/>
        <w:t>Customer Profile &amp; Buying Journey</w:t>
      </w:r>
      <w:commentRangeEnd w:id="0"/>
      <w:r>
        <w:rPr>
          <w:rStyle w:val="CommentReference"/>
          <w:sz w:val="44"/>
          <w:szCs w:val="52"/>
        </w:rPr>
        <w:commentReference w:id="0"/>
      </w:r>
    </w:p>
    <w:p w14:paraId="0B2E19EB" w14:textId="77777777" w:rsidR="002501C0" w:rsidRDefault="00000000">
      <w:pPr>
        <w:spacing w:after="100" w:line="259" w:lineRule="auto"/>
      </w:pPr>
      <w:r>
        <w:rPr>
          <w:b/>
          <w:color w:val="3A7D44"/>
          <w:sz w:val="26"/>
        </w:rPr>
        <w:t xml:space="preserve">Customer 1 </w:t>
      </w:r>
      <w:r w:rsidR="00B54E02">
        <w:rPr>
          <w:b/>
          <w:color w:val="3A7D44"/>
          <w:sz w:val="26"/>
        </w:rPr>
        <w:t>–</w:t>
      </w:r>
      <w:r>
        <w:rPr>
          <w:b/>
          <w:color w:val="3A7D44"/>
          <w:sz w:val="26"/>
        </w:rPr>
        <w:t xml:space="preserve"> Retail</w:t>
      </w:r>
      <w:r w:rsidR="00B54E02">
        <w:rPr>
          <w:b/>
          <w:color w:val="3A7D44"/>
          <w:sz w:val="26"/>
        </w:rPr>
        <w:t xml:space="preserve"> SHOP</w:t>
      </w:r>
      <w:r>
        <w:rPr>
          <w:b/>
          <w:color w:val="3A7D44"/>
          <w:sz w:val="26"/>
        </w:rPr>
        <w:t xml:space="preserve"> / Small-Volume End User</w:t>
      </w:r>
    </w:p>
    <w:p w14:paraId="5581F855" w14:textId="039C7258" w:rsidR="006230C0" w:rsidRDefault="006230C0">
      <w:pPr>
        <w:pStyle w:val="Heading1"/>
        <w:spacing w:after="100" w:line="259" w:lineRule="auto"/>
        <w:rPr>
          <w:rFonts w:ascii="Arial" w:eastAsiaTheme="minorEastAsia" w:hAnsi="Arial" w:cstheme="minorBidi"/>
          <w:b w:val="0"/>
          <w:bCs w:val="0"/>
          <w:color w:val="auto"/>
          <w:sz w:val="21"/>
          <w:szCs w:val="22"/>
        </w:rPr>
      </w:pPr>
      <w:r w:rsidRPr="006230C0">
        <w:rPr>
          <w:rFonts w:ascii="Arial" w:eastAsiaTheme="minorEastAsia" w:hAnsi="Arial" w:cstheme="minorBidi"/>
          <w:b w:val="0"/>
          <w:bCs w:val="0"/>
          <w:color w:val="auto"/>
          <w:sz w:val="21"/>
          <w:szCs w:val="22"/>
        </w:rPr>
        <w:t xml:space="preserve">This customer profile highlights the customer journey, from identifying a lubrication need and evaluating options through to how </w:t>
      </w:r>
      <w:r w:rsidR="00926F50">
        <w:rPr>
          <w:rFonts w:ascii="Arial" w:eastAsiaTheme="minorEastAsia" w:hAnsi="Arial" w:cstheme="minorBidi"/>
          <w:b w:val="0"/>
          <w:bCs w:val="0"/>
          <w:color w:val="auto"/>
          <w:sz w:val="21"/>
          <w:szCs w:val="22"/>
        </w:rPr>
        <w:t>KAJO AUSTRALIA</w:t>
      </w:r>
      <w:r w:rsidRPr="006230C0">
        <w:rPr>
          <w:rFonts w:ascii="Arial" w:eastAsiaTheme="minorEastAsia" w:hAnsi="Arial" w:cstheme="minorBidi"/>
          <w:b w:val="0"/>
          <w:bCs w:val="0"/>
          <w:color w:val="auto"/>
          <w:sz w:val="21"/>
          <w:szCs w:val="22"/>
        </w:rPr>
        <w:t xml:space="preserve"> can help them find the right product, purchase easily and reorder with confidence.</w:t>
      </w:r>
    </w:p>
    <w:p w14:paraId="0DDE51AF" w14:textId="01131E67" w:rsidR="002501C0" w:rsidRDefault="00000000">
      <w:pPr>
        <w:pStyle w:val="Heading1"/>
        <w:spacing w:after="100" w:line="259" w:lineRule="auto"/>
      </w:pPr>
      <w:r>
        <w:t>Example Customer: Mick - Owner-Operator</w:t>
      </w:r>
    </w:p>
    <w:p w14:paraId="24F0561F" w14:textId="77777777" w:rsidR="002501C0" w:rsidRDefault="00000000">
      <w:pPr>
        <w:pStyle w:val="Heading2"/>
        <w:spacing w:after="100" w:line="259" w:lineRule="auto"/>
      </w:pPr>
      <w:r>
        <w:t>Who is Mick?</w:t>
      </w:r>
    </w:p>
    <w:p w14:paraId="3324A430" w14:textId="77777777" w:rsidR="002501C0" w:rsidRDefault="00000000">
      <w:pPr>
        <w:spacing w:after="100" w:line="259" w:lineRule="auto"/>
      </w:pPr>
      <w:r>
        <w:t>Mick owns and operates machinery and is responsible for much of its day-to-day maintenance. He purchases lubricants for his own equipment in relatively small quantities rather than through a bulk supply arrangement.</w:t>
      </w:r>
    </w:p>
    <w:p w14:paraId="1FBB9B1F" w14:textId="77777777" w:rsidR="002501C0" w:rsidRDefault="00000000">
      <w:pPr>
        <w:spacing w:after="100" w:line="259" w:lineRule="auto"/>
      </w:pPr>
      <w:r>
        <w:t>He understands his machinery and how it operates but isn't necessarily a lubrication specialist. He wants to be confident he's using the right product without having to interpret extensive technical information.</w:t>
      </w:r>
      <w:r w:rsidR="00B54E02">
        <w:t xml:space="preserve"> Mick can differentiate the grease he needs by the colour of the current grease he has.</w:t>
      </w:r>
    </w:p>
    <w:p w14:paraId="7B3AAFA4" w14:textId="77777777" w:rsidR="002501C0" w:rsidRDefault="00000000">
      <w:pPr>
        <w:pStyle w:val="Heading2"/>
        <w:spacing w:after="100" w:line="259" w:lineRule="auto"/>
      </w:pPr>
      <w:r>
        <w:t>Typical situation</w:t>
      </w:r>
    </w:p>
    <w:p w14:paraId="157111B1" w14:textId="77777777" w:rsidR="002501C0" w:rsidRDefault="00000000">
      <w:pPr>
        <w:spacing w:after="100" w:line="259" w:lineRule="auto"/>
      </w:pPr>
      <w:r>
        <w:t>Mick could be an owner-operator working in construction, agriculture, forestry or another machinery-based industry. He may own one machine or a small fleet and purchase grease as required for servicing and maintenance.</w:t>
      </w:r>
    </w:p>
    <w:p w14:paraId="2DC06CC6" w14:textId="77777777" w:rsidR="002501C0" w:rsidRDefault="00000000">
      <w:pPr>
        <w:spacing w:after="100" w:line="259" w:lineRule="auto"/>
      </w:pPr>
      <w:r>
        <w:t>He wants to be able to purchase the quantity he needs without requiring a trade account or committing to a bulk order.</w:t>
      </w:r>
    </w:p>
    <w:p w14:paraId="4A19A79E" w14:textId="77777777" w:rsidR="002501C0" w:rsidRDefault="00000000">
      <w:pPr>
        <w:pStyle w:val="Heading2"/>
        <w:spacing w:after="100" w:line="259" w:lineRule="auto"/>
      </w:pPr>
      <w:r>
        <w:t>What matters to Mick?</w:t>
      </w:r>
    </w:p>
    <w:p w14:paraId="5540415F" w14:textId="77777777" w:rsidR="002501C0" w:rsidRDefault="00000000">
      <w:pPr>
        <w:pStyle w:val="ListBullet"/>
        <w:spacing w:after="100" w:line="259" w:lineRule="auto"/>
      </w:pPr>
      <w:r>
        <w:t>Is the grease suitable for his machine and application?</w:t>
      </w:r>
    </w:p>
    <w:p w14:paraId="1D18C5B6" w14:textId="77777777" w:rsidR="002501C0" w:rsidRDefault="00000000">
      <w:pPr>
        <w:pStyle w:val="ListBullet"/>
        <w:spacing w:after="100" w:line="259" w:lineRule="auto"/>
      </w:pPr>
      <w:r>
        <w:t>Will it perform in the conditions his equipment operates in?</w:t>
      </w:r>
    </w:p>
    <w:p w14:paraId="5A6595AE" w14:textId="77777777" w:rsidR="002501C0" w:rsidRDefault="00000000">
      <w:pPr>
        <w:pStyle w:val="ListBullet"/>
        <w:spacing w:after="100" w:line="259" w:lineRule="auto"/>
      </w:pPr>
      <w:r>
        <w:t>Is it compatible with what he is currently using?</w:t>
      </w:r>
    </w:p>
    <w:p w14:paraId="062C27C1" w14:textId="77777777" w:rsidR="002501C0" w:rsidRDefault="00000000">
      <w:pPr>
        <w:pStyle w:val="ListBullet"/>
        <w:spacing w:after="100" w:line="259" w:lineRule="auto"/>
      </w:pPr>
      <w:r>
        <w:t>What is the difference between the available products?</w:t>
      </w:r>
    </w:p>
    <w:p w14:paraId="66FDCE09" w14:textId="000305F5" w:rsidR="002501C0" w:rsidRDefault="00000000">
      <w:pPr>
        <w:pStyle w:val="ListBullet"/>
        <w:spacing w:after="100" w:line="259" w:lineRule="auto"/>
      </w:pPr>
      <w:r>
        <w:t>What pack or cartridge size does he need?</w:t>
      </w:r>
      <w:r w:rsidR="00EF2F6B">
        <w:t xml:space="preserve"> 500g </w:t>
      </w:r>
    </w:p>
    <w:p w14:paraId="31D60E94" w14:textId="77777777" w:rsidR="002501C0" w:rsidRDefault="00000000">
      <w:pPr>
        <w:pStyle w:val="ListBullet"/>
        <w:spacing w:after="100" w:line="259" w:lineRule="auto"/>
      </w:pPr>
      <w:r>
        <w:t>How much does it cost?</w:t>
      </w:r>
    </w:p>
    <w:p w14:paraId="7BFA1F66" w14:textId="6091DD4C" w:rsidR="002501C0" w:rsidRDefault="00000000">
      <w:pPr>
        <w:pStyle w:val="ListBullet"/>
        <w:spacing w:after="100" w:line="259" w:lineRule="auto"/>
      </w:pPr>
      <w:r>
        <w:t>Is it available now?</w:t>
      </w:r>
      <w:r w:rsidR="00EF2F6B">
        <w:t xml:space="preserve"> Yes </w:t>
      </w:r>
    </w:p>
    <w:p w14:paraId="459391E0" w14:textId="2DAC5C8B" w:rsidR="002501C0" w:rsidRDefault="00000000">
      <w:pPr>
        <w:pStyle w:val="ListBullet"/>
        <w:spacing w:after="100" w:line="259" w:lineRule="auto"/>
      </w:pPr>
      <w:r>
        <w:t>What will delivery cost and how quickly will it arrive?</w:t>
      </w:r>
      <w:r w:rsidR="00EF2F6B">
        <w:t xml:space="preserve"> 1-3 days</w:t>
      </w:r>
    </w:p>
    <w:p w14:paraId="49502819" w14:textId="77777777" w:rsidR="002501C0" w:rsidRDefault="00000000">
      <w:pPr>
        <w:pStyle w:val="ListBullet"/>
        <w:spacing w:after="100" w:line="259" w:lineRule="auto"/>
      </w:pPr>
      <w:r>
        <w:t>Can he speak to someone if he isn't sure?</w:t>
      </w:r>
    </w:p>
    <w:p w14:paraId="08A1E19A" w14:textId="73BAFD8B" w:rsidR="00EF2F6B" w:rsidRDefault="00EF2F6B">
      <w:pPr>
        <w:pStyle w:val="ListBullet"/>
        <w:spacing w:after="100" w:line="259" w:lineRule="auto"/>
      </w:pPr>
      <w:r>
        <w:t>** can be happy to pay more for the premium product and quality of product make result in needing less grease.</w:t>
      </w:r>
    </w:p>
    <w:p w14:paraId="231F2C3D" w14:textId="77777777" w:rsidR="002501C0" w:rsidRDefault="00000000">
      <w:pPr>
        <w:pStyle w:val="Heading2"/>
        <w:spacing w:after="100" w:line="259" w:lineRule="auto"/>
      </w:pPr>
      <w:r>
        <w:t>Typical buying triggers</w:t>
      </w:r>
    </w:p>
    <w:p w14:paraId="7DF0DBE0" w14:textId="77777777" w:rsidR="002501C0" w:rsidRDefault="00000000">
      <w:pPr>
        <w:pStyle w:val="ListBullet"/>
        <w:spacing w:after="100" w:line="259" w:lineRule="auto"/>
      </w:pPr>
      <w:r>
        <w:t>His machine is due for servicing.</w:t>
      </w:r>
    </w:p>
    <w:p w14:paraId="1C3017AA" w14:textId="71E0AAF1" w:rsidR="002501C0" w:rsidRDefault="00000000">
      <w:pPr>
        <w:pStyle w:val="ListBullet"/>
        <w:spacing w:after="100" w:line="259" w:lineRule="auto"/>
      </w:pPr>
      <w:r>
        <w:t>He is running low on his existing grease.</w:t>
      </w:r>
      <w:r w:rsidR="00EF2F6B">
        <w:t>****</w:t>
      </w:r>
    </w:p>
    <w:p w14:paraId="5FE10758" w14:textId="0A26D736" w:rsidR="00EF2F6B" w:rsidRPr="00EF2F6B" w:rsidRDefault="00EF2F6B">
      <w:pPr>
        <w:pStyle w:val="ListBullet"/>
        <w:spacing w:after="100" w:line="259" w:lineRule="auto"/>
        <w:rPr>
          <w:highlight w:val="yellow"/>
        </w:rPr>
      </w:pPr>
      <w:r w:rsidRPr="00EF2F6B">
        <w:rPr>
          <w:highlight w:val="yellow"/>
        </w:rPr>
        <w:t>Recognition of 500g tube</w:t>
      </w:r>
    </w:p>
    <w:p w14:paraId="15A6F821" w14:textId="19F26017" w:rsidR="00EF2F6B" w:rsidRPr="00EF2F6B" w:rsidRDefault="00EF2F6B">
      <w:pPr>
        <w:pStyle w:val="ListBullet"/>
        <w:spacing w:after="100" w:line="259" w:lineRule="auto"/>
        <w:rPr>
          <w:highlight w:val="yellow"/>
        </w:rPr>
      </w:pPr>
      <w:r w:rsidRPr="00EF2F6B">
        <w:rPr>
          <w:highlight w:val="yellow"/>
        </w:rPr>
        <w:t>Word of mouth</w:t>
      </w:r>
    </w:p>
    <w:p w14:paraId="7C088ED3" w14:textId="77777777" w:rsidR="002501C0" w:rsidRDefault="00000000">
      <w:pPr>
        <w:pStyle w:val="ListBullet"/>
        <w:spacing w:after="100" w:line="259" w:lineRule="auto"/>
      </w:pPr>
      <w:r>
        <w:t>He has purchased a new or second-hand machine.</w:t>
      </w:r>
    </w:p>
    <w:p w14:paraId="6F5C2C16" w14:textId="77777777" w:rsidR="002501C0" w:rsidRDefault="00000000">
      <w:pPr>
        <w:pStyle w:val="ListBullet"/>
        <w:spacing w:after="100" w:line="259" w:lineRule="auto"/>
      </w:pPr>
      <w:r>
        <w:lastRenderedPageBreak/>
        <w:t>He has a particular lubrication or application problem.</w:t>
      </w:r>
    </w:p>
    <w:p w14:paraId="3E143683" w14:textId="540D2CFA" w:rsidR="002501C0" w:rsidRDefault="00000000">
      <w:pPr>
        <w:pStyle w:val="ListBullet"/>
        <w:spacing w:after="100" w:line="259" w:lineRule="auto"/>
      </w:pPr>
      <w:r>
        <w:t>His mechanic, dealer or another operator recommend</w:t>
      </w:r>
      <w:r w:rsidR="00EF2F6B">
        <w:t xml:space="preserve"> </w:t>
      </w:r>
      <w:r w:rsidR="00926F50">
        <w:t>KAJO AUSTRALIA</w:t>
      </w:r>
      <w:r w:rsidR="00EF2F6B">
        <w:t>.</w:t>
      </w:r>
    </w:p>
    <w:p w14:paraId="287C166F" w14:textId="77777777" w:rsidR="002501C0" w:rsidRDefault="00000000">
      <w:pPr>
        <w:pStyle w:val="ListBullet"/>
        <w:spacing w:after="100" w:line="259" w:lineRule="auto"/>
      </w:pPr>
      <w:r>
        <w:t>He is dissatisfied with his current grease or supplier.</w:t>
      </w:r>
    </w:p>
    <w:p w14:paraId="3B7567CE" w14:textId="77777777" w:rsidR="002501C0" w:rsidRDefault="00000000">
      <w:pPr>
        <w:pStyle w:val="ListBullet"/>
        <w:spacing w:after="100" w:line="259" w:lineRule="auto"/>
      </w:pPr>
      <w:r>
        <w:t>He wants a product better suited to the conditions his equipment operates in</w:t>
      </w:r>
      <w:r w:rsidR="00B54E02">
        <w:t xml:space="preserve"> e.g. light duty/ heavy duty.</w:t>
      </w:r>
    </w:p>
    <w:p w14:paraId="221C2E9E" w14:textId="22A31D5B" w:rsidR="002501C0" w:rsidRDefault="00000000">
      <w:pPr>
        <w:pStyle w:val="Heading2"/>
        <w:spacing w:after="100" w:line="259" w:lineRule="auto"/>
      </w:pPr>
      <w:r>
        <w:t>Potential barriers</w:t>
      </w:r>
      <w:r w:rsidR="00EF2F6B">
        <w:t xml:space="preserve"> – KSP 500g TUBE differentiator </w:t>
      </w:r>
    </w:p>
    <w:p w14:paraId="2E3522A4" w14:textId="2D3CF6D9" w:rsidR="002501C0" w:rsidRDefault="00000000">
      <w:pPr>
        <w:spacing w:after="100" w:line="259" w:lineRule="auto"/>
      </w:pPr>
      <w:r>
        <w:t xml:space="preserve">The biggest potential barrier is uncertainty about product suitability. If Mick can't quickly work out which </w:t>
      </w:r>
      <w:r w:rsidR="00926F50">
        <w:t>KAJO AUSTRALIA AUSTRALIA</w:t>
      </w:r>
      <w:r>
        <w:t xml:space="preserve"> product is right for his equipment, it may be easier for him to continue purchasing the product or brand he already knows.</w:t>
      </w:r>
    </w:p>
    <w:p w14:paraId="477EACBE" w14:textId="2B3355D4" w:rsidR="002501C0" w:rsidRDefault="00000000">
      <w:pPr>
        <w:pStyle w:val="ListBullet"/>
        <w:spacing w:after="100" w:line="259" w:lineRule="auto"/>
      </w:pPr>
      <w:r>
        <w:t xml:space="preserve">Unfamiliarity with </w:t>
      </w:r>
      <w:r w:rsidR="00926F50">
        <w:t xml:space="preserve">KAJO AUSTRALIA </w:t>
      </w:r>
    </w:p>
    <w:p w14:paraId="61B5D395" w14:textId="77777777" w:rsidR="002501C0" w:rsidRDefault="00000000">
      <w:pPr>
        <w:pStyle w:val="ListBullet"/>
        <w:spacing w:after="100" w:line="259" w:lineRule="auto"/>
      </w:pPr>
      <w:r>
        <w:t>Uncertainty about compatibility with his current grease</w:t>
      </w:r>
    </w:p>
    <w:p w14:paraId="1782DDD0" w14:textId="77777777" w:rsidR="002501C0" w:rsidRDefault="00000000">
      <w:pPr>
        <w:pStyle w:val="ListBullet"/>
        <w:spacing w:after="100" w:line="259" w:lineRule="auto"/>
      </w:pPr>
      <w:r>
        <w:t>Difficulty comparing products</w:t>
      </w:r>
    </w:p>
    <w:p w14:paraId="7445AAB0" w14:textId="77777777" w:rsidR="002501C0" w:rsidRDefault="00000000" w:rsidP="00EF2F6B">
      <w:pPr>
        <w:pStyle w:val="ListBullet"/>
      </w:pPr>
      <w:r>
        <w:t>Price</w:t>
      </w:r>
    </w:p>
    <w:p w14:paraId="2FB21C5F" w14:textId="77777777" w:rsidR="002501C0" w:rsidRDefault="00000000">
      <w:pPr>
        <w:pStyle w:val="ListBullet"/>
        <w:spacing w:after="100" w:line="259" w:lineRule="auto"/>
      </w:pPr>
      <w:r>
        <w:t>Delivery cost or timing</w:t>
      </w:r>
    </w:p>
    <w:p w14:paraId="20B19CC2" w14:textId="60853A0B" w:rsidR="00EF2F6B" w:rsidRDefault="00EF2F6B">
      <w:pPr>
        <w:pStyle w:val="ListBullet"/>
        <w:spacing w:after="100" w:line="259" w:lineRule="auto"/>
      </w:pPr>
      <w:r>
        <w:t>Unsure of origin e.g china</w:t>
      </w:r>
    </w:p>
    <w:p w14:paraId="2BAF2F4C" w14:textId="4972C868" w:rsidR="00EF2F6B" w:rsidRPr="00EF2F6B" w:rsidRDefault="00EF2F6B">
      <w:pPr>
        <w:pStyle w:val="ListBullet"/>
        <w:spacing w:after="100" w:line="259" w:lineRule="auto"/>
        <w:rPr>
          <w:highlight w:val="yellow"/>
        </w:rPr>
      </w:pPr>
      <w:r w:rsidRPr="00EF2F6B">
        <w:rPr>
          <w:highlight w:val="yellow"/>
        </w:rPr>
        <w:t xml:space="preserve">Get more product for the price 50g more than 450g </w:t>
      </w:r>
    </w:p>
    <w:p w14:paraId="5EF73ADB" w14:textId="77777777" w:rsidR="002501C0" w:rsidRDefault="00000000">
      <w:pPr>
        <w:pStyle w:val="Heading1"/>
        <w:spacing w:after="100" w:line="259" w:lineRule="auto"/>
      </w:pPr>
      <w:r>
        <w:t>Mick's Likely Buying Journey - Example</w:t>
      </w:r>
    </w:p>
    <w:tbl>
      <w:tblPr>
        <w:tblW w:w="0" w:type="auto"/>
        <w:tblLayout w:type="fixed"/>
        <w:tblLook w:val="04A0" w:firstRow="1" w:lastRow="0" w:firstColumn="1" w:lastColumn="0" w:noHBand="0" w:noVBand="1"/>
      </w:tblPr>
      <w:tblGrid>
        <w:gridCol w:w="9936"/>
      </w:tblGrid>
      <w:tr w:rsidR="002501C0" w14:paraId="2198BA79" w14:textId="77777777">
        <w:tc>
          <w:tcPr>
            <w:tcW w:w="9936" w:type="dxa"/>
            <w:shd w:val="clear" w:color="auto" w:fill="EAF3EA"/>
            <w:vAlign w:val="center"/>
          </w:tcPr>
          <w:p w14:paraId="4D99D54D" w14:textId="77777777" w:rsidR="002501C0" w:rsidRDefault="00000000">
            <w:r>
              <w:rPr>
                <w:b/>
                <w:color w:val="3A7D44"/>
              </w:rPr>
              <w:t>Example situation</w:t>
            </w:r>
            <w:r>
              <w:rPr>
                <w:b/>
                <w:color w:val="3A7D44"/>
              </w:rPr>
              <w:br/>
            </w:r>
            <w:r>
              <w:t>Mick owns a small earthmoving business and operates an excavator. He needs grease for the pins, bushes and pivot points, which are regularly exposed to dust, dirt, mud/water and heavy loads.</w:t>
            </w:r>
          </w:p>
        </w:tc>
      </w:tr>
    </w:tbl>
    <w:p w14:paraId="7B368314" w14:textId="77777777" w:rsidR="002501C0" w:rsidRDefault="00000000">
      <w:pPr>
        <w:pStyle w:val="Heading2"/>
        <w:spacing w:after="100" w:line="259" w:lineRule="auto"/>
      </w:pPr>
      <w:r>
        <w:t>1. Need arises</w:t>
      </w:r>
    </w:p>
    <w:p w14:paraId="754F8F46" w14:textId="77777777" w:rsidR="002501C0" w:rsidRDefault="00000000">
      <w:pPr>
        <w:spacing w:after="100" w:line="259" w:lineRule="auto"/>
      </w:pPr>
      <w:r>
        <w:t>Mick is servicing his excavator and is running low on grease. He needs something suitable for the machine's pins and bushes and the demanding conditions it operates in.</w:t>
      </w:r>
    </w:p>
    <w:p w14:paraId="083857C2" w14:textId="5A7D59CF" w:rsidR="002501C0" w:rsidRDefault="00000000">
      <w:pPr>
        <w:pStyle w:val="Heading2"/>
        <w:spacing w:after="100" w:line="259" w:lineRule="auto"/>
      </w:pPr>
      <w:r>
        <w:t xml:space="preserve">2. Searches / discovers </w:t>
      </w:r>
      <w:r w:rsidR="00926F50">
        <w:t>KAJO AUSTRALIA</w:t>
      </w:r>
    </w:p>
    <w:p w14:paraId="748B7388" w14:textId="7BC22F18" w:rsidR="002501C0" w:rsidRDefault="00000000">
      <w:pPr>
        <w:spacing w:after="100" w:line="259" w:lineRule="auto"/>
      </w:pPr>
      <w:r>
        <w:t>Mick might search for "excavator grease" or "grease for excavator pins and bushes"</w:t>
      </w:r>
      <w:r w:rsidR="00EF2F6B">
        <w:t xml:space="preserve"> or “500g tube grease screw cap”</w:t>
      </w:r>
      <w:r>
        <w:t xml:space="preserve">. He may also search for an alternative or equivalent to the grease he already uses. He discovers </w:t>
      </w:r>
      <w:r w:rsidR="00926F50">
        <w:t>KAJO AUSTRALIA</w:t>
      </w:r>
      <w:r>
        <w:t xml:space="preserve"> through </w:t>
      </w:r>
      <w:r w:rsidR="00EF2F6B">
        <w:t>**</w:t>
      </w:r>
      <w:r>
        <w:t>Google Search, Google Shopping, social media, an industry group, recommendation or another channel.</w:t>
      </w:r>
    </w:p>
    <w:p w14:paraId="24DC223E" w14:textId="77777777" w:rsidR="002501C0" w:rsidRDefault="00000000">
      <w:pPr>
        <w:pStyle w:val="Heading2"/>
        <w:spacing w:after="100" w:line="259" w:lineRule="auto"/>
      </w:pPr>
      <w:r>
        <w:t>3. Checks suitability</w:t>
      </w:r>
    </w:p>
    <w:p w14:paraId="2C1A657D" w14:textId="77777777" w:rsidR="002501C0" w:rsidRDefault="00000000">
      <w:pPr>
        <w:spacing w:after="100" w:line="259" w:lineRule="auto"/>
      </w:pPr>
      <w:r>
        <w:t>Mick's first question isn't necessarily about lubricant specifications. His question is: "Is this the right grease for my excavator?" He needs to understand whether the product is appropriate for his machine, application and operating conditions.</w:t>
      </w:r>
    </w:p>
    <w:tbl>
      <w:tblPr>
        <w:tblW w:w="0" w:type="auto"/>
        <w:tblLayout w:type="fixed"/>
        <w:tblLook w:val="04A0" w:firstRow="1" w:lastRow="0" w:firstColumn="1" w:lastColumn="0" w:noHBand="0" w:noVBand="1"/>
      </w:tblPr>
      <w:tblGrid>
        <w:gridCol w:w="2376"/>
        <w:gridCol w:w="7200"/>
      </w:tblGrid>
      <w:tr w:rsidR="002501C0" w14:paraId="2119581A" w14:textId="77777777">
        <w:tc>
          <w:tcPr>
            <w:tcW w:w="2376" w:type="dxa"/>
            <w:tcMar>
              <w:top w:w="100" w:type="dxa"/>
              <w:left w:w="100" w:type="dxa"/>
              <w:bottom w:w="100" w:type="dxa"/>
              <w:right w:w="100" w:type="dxa"/>
            </w:tcMar>
            <w:vAlign w:val="center"/>
          </w:tcPr>
          <w:p w14:paraId="0BB43266" w14:textId="77777777" w:rsidR="002501C0" w:rsidRDefault="00000000">
            <w:r>
              <w:rPr>
                <w:b/>
              </w:rPr>
              <w:t>Machine</w:t>
            </w:r>
          </w:p>
        </w:tc>
        <w:tc>
          <w:tcPr>
            <w:tcW w:w="7200" w:type="dxa"/>
            <w:tcMar>
              <w:top w:w="100" w:type="dxa"/>
              <w:left w:w="100" w:type="dxa"/>
              <w:bottom w:w="100" w:type="dxa"/>
              <w:right w:w="100" w:type="dxa"/>
            </w:tcMar>
            <w:vAlign w:val="center"/>
          </w:tcPr>
          <w:p w14:paraId="1AFE1932" w14:textId="77777777" w:rsidR="002501C0" w:rsidRDefault="00000000">
            <w:r>
              <w:t>Excavator</w:t>
            </w:r>
          </w:p>
        </w:tc>
      </w:tr>
      <w:tr w:rsidR="002501C0" w14:paraId="247CBC0D" w14:textId="77777777">
        <w:tc>
          <w:tcPr>
            <w:tcW w:w="2376" w:type="dxa"/>
            <w:tcMar>
              <w:top w:w="100" w:type="dxa"/>
              <w:left w:w="100" w:type="dxa"/>
              <w:bottom w:w="100" w:type="dxa"/>
              <w:right w:w="100" w:type="dxa"/>
            </w:tcMar>
            <w:vAlign w:val="center"/>
          </w:tcPr>
          <w:p w14:paraId="6455951D" w14:textId="77777777" w:rsidR="002501C0" w:rsidRDefault="00000000">
            <w:r>
              <w:rPr>
                <w:b/>
              </w:rPr>
              <w:t>Application</w:t>
            </w:r>
          </w:p>
        </w:tc>
        <w:tc>
          <w:tcPr>
            <w:tcW w:w="7200" w:type="dxa"/>
            <w:tcMar>
              <w:top w:w="100" w:type="dxa"/>
              <w:left w:w="100" w:type="dxa"/>
              <w:bottom w:w="100" w:type="dxa"/>
              <w:right w:w="100" w:type="dxa"/>
            </w:tcMar>
            <w:vAlign w:val="center"/>
          </w:tcPr>
          <w:p w14:paraId="4246782A" w14:textId="77777777" w:rsidR="002501C0" w:rsidRDefault="00000000">
            <w:r>
              <w:t>Pins, bushes and pivot points</w:t>
            </w:r>
          </w:p>
        </w:tc>
      </w:tr>
      <w:tr w:rsidR="002501C0" w14:paraId="59C71240" w14:textId="77777777">
        <w:tc>
          <w:tcPr>
            <w:tcW w:w="2376" w:type="dxa"/>
            <w:tcMar>
              <w:top w:w="100" w:type="dxa"/>
              <w:left w:w="100" w:type="dxa"/>
              <w:bottom w:w="100" w:type="dxa"/>
              <w:right w:w="100" w:type="dxa"/>
            </w:tcMar>
            <w:vAlign w:val="center"/>
          </w:tcPr>
          <w:p w14:paraId="6046FB90" w14:textId="77777777" w:rsidR="002501C0" w:rsidRDefault="00000000">
            <w:r>
              <w:rPr>
                <w:b/>
              </w:rPr>
              <w:t>Operating conditions</w:t>
            </w:r>
          </w:p>
        </w:tc>
        <w:tc>
          <w:tcPr>
            <w:tcW w:w="7200" w:type="dxa"/>
            <w:tcMar>
              <w:top w:w="100" w:type="dxa"/>
              <w:left w:w="100" w:type="dxa"/>
              <w:bottom w:w="100" w:type="dxa"/>
              <w:right w:w="100" w:type="dxa"/>
            </w:tcMar>
            <w:vAlign w:val="center"/>
          </w:tcPr>
          <w:p w14:paraId="1E2DB009" w14:textId="77777777" w:rsidR="00B54E02" w:rsidRDefault="00000000">
            <w:r>
              <w:t>Heavy loads, dust, dirt, mud/water and outdoor operation</w:t>
            </w:r>
          </w:p>
        </w:tc>
      </w:tr>
      <w:tr w:rsidR="00B54E02" w14:paraId="3C54B701" w14:textId="77777777">
        <w:tc>
          <w:tcPr>
            <w:tcW w:w="2376" w:type="dxa"/>
            <w:tcMar>
              <w:top w:w="100" w:type="dxa"/>
              <w:left w:w="100" w:type="dxa"/>
              <w:bottom w:w="100" w:type="dxa"/>
              <w:right w:w="100" w:type="dxa"/>
            </w:tcMar>
            <w:vAlign w:val="center"/>
          </w:tcPr>
          <w:p w14:paraId="4513F7F1" w14:textId="77777777" w:rsidR="00B54E02" w:rsidRDefault="00B54E02">
            <w:pPr>
              <w:rPr>
                <w:b/>
              </w:rPr>
            </w:pPr>
            <w:r>
              <w:rPr>
                <w:b/>
              </w:rPr>
              <w:lastRenderedPageBreak/>
              <w:t>Best Suited For</w:t>
            </w:r>
          </w:p>
        </w:tc>
        <w:tc>
          <w:tcPr>
            <w:tcW w:w="7200" w:type="dxa"/>
            <w:tcMar>
              <w:top w:w="100" w:type="dxa"/>
              <w:left w:w="100" w:type="dxa"/>
              <w:bottom w:w="100" w:type="dxa"/>
              <w:right w:w="100" w:type="dxa"/>
            </w:tcMar>
            <w:vAlign w:val="center"/>
          </w:tcPr>
          <w:p w14:paraId="2A1BB876" w14:textId="77777777" w:rsidR="00B54E02" w:rsidRPr="00B54E02" w:rsidRDefault="00B54E02" w:rsidP="00B54E02">
            <w:pPr>
              <w:numPr>
                <w:ilvl w:val="0"/>
                <w:numId w:val="10"/>
              </w:numPr>
              <w:rPr>
                <w:lang w:val="en-AU"/>
              </w:rPr>
            </w:pPr>
            <w:r>
              <w:t xml:space="preserve">e.g. </w:t>
            </w:r>
            <w:r w:rsidRPr="00B54E02">
              <w:rPr>
                <w:b/>
                <w:bCs/>
                <w:lang w:val="en-AU"/>
              </w:rPr>
              <w:t>Excavators &amp; Mini Excavators:</w:t>
            </w:r>
            <w:r w:rsidRPr="00B54E02">
              <w:rPr>
                <w:lang w:val="en-AU"/>
              </w:rPr>
              <w:t xml:space="preserve"> Maximum protection for bucket pins, bushes, and main pivot points, especially when working in mud or water.</w:t>
            </w:r>
          </w:p>
          <w:p w14:paraId="04804D87" w14:textId="77777777" w:rsidR="00B54E02" w:rsidRPr="00B54E02" w:rsidRDefault="00B54E02" w:rsidP="00B54E02">
            <w:pPr>
              <w:numPr>
                <w:ilvl w:val="0"/>
                <w:numId w:val="10"/>
              </w:numPr>
              <w:rPr>
                <w:lang w:val="en-AU"/>
              </w:rPr>
            </w:pPr>
            <w:r w:rsidRPr="00B54E02">
              <w:rPr>
                <w:b/>
                <w:bCs/>
                <w:lang w:val="en-AU"/>
              </w:rPr>
              <w:t>Bulldozers &amp; Track Loaders:</w:t>
            </w:r>
            <w:r w:rsidRPr="00B54E02">
              <w:rPr>
                <w:lang w:val="en-AU"/>
              </w:rPr>
              <w:t xml:space="preserve"> Essential lubrication for final drives, oscillating beams, and track rollers exposed to heavy loads and water.</w:t>
            </w:r>
          </w:p>
          <w:p w14:paraId="492AF288" w14:textId="77777777" w:rsidR="00B54E02" w:rsidRPr="00B54E02" w:rsidRDefault="00B54E02" w:rsidP="00B54E02">
            <w:pPr>
              <w:numPr>
                <w:ilvl w:val="0"/>
                <w:numId w:val="10"/>
              </w:numPr>
              <w:rPr>
                <w:lang w:val="en-AU"/>
              </w:rPr>
            </w:pPr>
            <w:r w:rsidRPr="00B54E02">
              <w:rPr>
                <w:b/>
                <w:bCs/>
                <w:lang w:val="en-AU"/>
              </w:rPr>
              <w:t>Dredging &amp; Wet Site Equipment:</w:t>
            </w:r>
            <w:r w:rsidRPr="00B54E02">
              <w:rPr>
                <w:lang w:val="en-AU"/>
              </w:rPr>
              <w:t xml:space="preserve"> Recommended for all lubrication points on machines working partially submerged or in saturated soil.</w:t>
            </w:r>
          </w:p>
          <w:p w14:paraId="0FA737FB" w14:textId="77777777" w:rsidR="00B54E02" w:rsidRPr="00B54E02" w:rsidRDefault="00B54E02" w:rsidP="00B54E02">
            <w:pPr>
              <w:numPr>
                <w:ilvl w:val="0"/>
                <w:numId w:val="10"/>
              </w:numPr>
              <w:rPr>
                <w:lang w:val="en-AU"/>
              </w:rPr>
            </w:pPr>
            <w:r w:rsidRPr="00B54E02">
              <w:rPr>
                <w:b/>
                <w:bCs/>
                <w:lang w:val="en-AU"/>
              </w:rPr>
              <w:t>Earthmoving Attachments:</w:t>
            </w:r>
            <w:r w:rsidRPr="00B54E02">
              <w:rPr>
                <w:lang w:val="en-AU"/>
              </w:rPr>
              <w:t xml:space="preserve"> Perfect for general-purpose lubrication of heavy-duty grabs and couplers that face severe shock loads and environmental exposure.</w:t>
            </w:r>
          </w:p>
          <w:p w14:paraId="1D1B533B" w14:textId="77777777" w:rsidR="00B54E02" w:rsidRDefault="00B54E02"/>
        </w:tc>
      </w:tr>
    </w:tbl>
    <w:p w14:paraId="18FD8086" w14:textId="77777777" w:rsidR="002501C0" w:rsidRDefault="00000000">
      <w:pPr>
        <w:pStyle w:val="Heading2"/>
        <w:spacing w:after="100" w:line="259" w:lineRule="auto"/>
      </w:pPr>
      <w:r>
        <w:t>4. Evaluates the purchase</w:t>
      </w:r>
    </w:p>
    <w:p w14:paraId="50386261" w14:textId="633A32A2" w:rsidR="002501C0" w:rsidRDefault="00000000">
      <w:pPr>
        <w:spacing w:after="100" w:line="259" w:lineRule="auto"/>
      </w:pPr>
      <w:r>
        <w:t xml:space="preserve">Once Mick is confident the grease is suitable, he moves onto the practical purchase considerations: suitability -&gt; performance -&gt; </w:t>
      </w:r>
      <w:r w:rsidR="0032046E">
        <w:t>web user experience =&gt;</w:t>
      </w:r>
      <w:r>
        <w:t>compatibility -&gt; pack/cartridge size -&gt; quantity -&gt; price -&gt; availability -&gt; delivery.</w:t>
      </w:r>
    </w:p>
    <w:p w14:paraId="1E230AF1" w14:textId="7EFA199A" w:rsidR="002501C0" w:rsidRDefault="00000000">
      <w:pPr>
        <w:spacing w:after="100" w:line="259" w:lineRule="auto"/>
      </w:pPr>
      <w:r>
        <w:t xml:space="preserve">He may also compare the </w:t>
      </w:r>
      <w:r w:rsidR="00926F50">
        <w:t>KAJO AUSTRALIA</w:t>
      </w:r>
      <w:r>
        <w:t xml:space="preserve"> product with the grease he currently uses.</w:t>
      </w:r>
    </w:p>
    <w:p w14:paraId="41678203" w14:textId="77777777" w:rsidR="002501C0" w:rsidRDefault="00000000">
      <w:pPr>
        <w:pStyle w:val="Heading2"/>
        <w:spacing w:after="100" w:line="259" w:lineRule="auto"/>
      </w:pPr>
      <w:r>
        <w:t>5. Buys or asks</w:t>
      </w:r>
    </w:p>
    <w:p w14:paraId="3AF38B5A" w14:textId="77777777" w:rsidR="002501C0" w:rsidRDefault="00000000">
      <w:pPr>
        <w:spacing w:after="100" w:line="259" w:lineRule="auto"/>
      </w:pPr>
      <w:r>
        <w:t>If he has enough information and is confident in his choice: Shop online.</w:t>
      </w:r>
    </w:p>
    <w:p w14:paraId="2C35C281" w14:textId="4C916FA9" w:rsidR="002501C0" w:rsidRDefault="00000000">
      <w:pPr>
        <w:spacing w:after="100" w:line="259" w:lineRule="auto"/>
      </w:pPr>
      <w:r>
        <w:t xml:space="preserve">If he is unsure about suitability, compatibility or which product to choose: Ask </w:t>
      </w:r>
      <w:r w:rsidR="00926F50">
        <w:t>KAJO AUSTRALIA</w:t>
      </w:r>
      <w:r>
        <w:t xml:space="preserve"> for product advice.</w:t>
      </w:r>
    </w:p>
    <w:p w14:paraId="25739B4B" w14:textId="73DBCBE7" w:rsidR="002501C0" w:rsidRDefault="00926F50">
      <w:pPr>
        <w:spacing w:after="100" w:line="259" w:lineRule="auto"/>
      </w:pPr>
      <w:r>
        <w:t>KAJO AUSTRALIA can then understand his machinery, application and operating conditions and help identify the appropriate product.</w:t>
      </w:r>
    </w:p>
    <w:p w14:paraId="5F194A36" w14:textId="77777777" w:rsidR="002501C0" w:rsidRDefault="00000000">
      <w:pPr>
        <w:pStyle w:val="Heading2"/>
        <w:spacing w:after="100" w:line="259" w:lineRule="auto"/>
      </w:pPr>
      <w:r>
        <w:t>6. Uses &amp; reorders</w:t>
      </w:r>
    </w:p>
    <w:p w14:paraId="6840DBC5" w14:textId="77777777" w:rsidR="002501C0" w:rsidRDefault="00000000">
      <w:pPr>
        <w:spacing w:after="100" w:line="259" w:lineRule="auto"/>
      </w:pPr>
      <w:r>
        <w:t>Mick uses the grease in his excavator. Once the product has been proven in his equipment and he is confident it meets his needs, his next purchase should require considerably less research.</w:t>
      </w:r>
    </w:p>
    <w:p w14:paraId="1B3C12D3" w14:textId="77777777" w:rsidR="002501C0" w:rsidRDefault="00000000">
      <w:pPr>
        <w:spacing w:after="100" w:line="259" w:lineRule="auto"/>
      </w:pPr>
      <w:r>
        <w:rPr>
          <w:b/>
        </w:rPr>
        <w:t xml:space="preserve">The customer journey changes from: </w:t>
      </w:r>
      <w:r>
        <w:t>Help me choose the right product -&gt; Make it easy for me to buy it again.</w:t>
      </w:r>
    </w:p>
    <w:p w14:paraId="6AAADE99" w14:textId="3B15DB9C" w:rsidR="002501C0" w:rsidRDefault="00000000">
      <w:pPr>
        <w:pStyle w:val="Heading1"/>
        <w:spacing w:after="100" w:line="259" w:lineRule="auto"/>
      </w:pPr>
      <w:r>
        <w:t xml:space="preserve">What </w:t>
      </w:r>
      <w:r w:rsidR="00926F50">
        <w:t>KAJO AUSTRALIA</w:t>
      </w:r>
      <w:r>
        <w:t xml:space="preserve"> needs to provide Mick</w:t>
      </w:r>
    </w:p>
    <w:p w14:paraId="382A8B65" w14:textId="45A90226" w:rsidR="002501C0" w:rsidRDefault="00926F50">
      <w:pPr>
        <w:spacing w:after="100" w:line="259" w:lineRule="auto"/>
      </w:pPr>
      <w:r>
        <w:t>KAJO AUSTRALIA needs to make it easy for Mick to move through the following decision path:</w:t>
      </w:r>
    </w:p>
    <w:p w14:paraId="5332662D" w14:textId="258015D5" w:rsidR="002501C0" w:rsidRDefault="00000000">
      <w:pPr>
        <w:spacing w:after="100" w:line="259" w:lineRule="auto"/>
      </w:pPr>
      <w:r>
        <w:rPr>
          <w:b/>
          <w:color w:val="3A7D44"/>
        </w:rPr>
        <w:t xml:space="preserve">My machine -&gt; What am I lubricating? -&gt; What conditions does it operate in? -&gt; Which </w:t>
      </w:r>
      <w:r w:rsidR="00926F50">
        <w:rPr>
          <w:b/>
          <w:color w:val="3A7D44"/>
        </w:rPr>
        <w:t>KAJO AUSTRALIA</w:t>
      </w:r>
      <w:r>
        <w:rPr>
          <w:b/>
          <w:color w:val="3A7D44"/>
        </w:rPr>
        <w:t xml:space="preserve"> product suits it? -&gt; What quantity do I need? -&gt; Buy online / ask for advice -&gt; Reorder easily</w:t>
      </w:r>
    </w:p>
    <w:p w14:paraId="4F86A6EF" w14:textId="77777777" w:rsidR="002501C0" w:rsidRDefault="00000000">
      <w:pPr>
        <w:pStyle w:val="ListBullet"/>
        <w:spacing w:after="100" w:line="259" w:lineRule="auto"/>
      </w:pPr>
      <w:r>
        <w:t>Product/application finder</w:t>
      </w:r>
    </w:p>
    <w:p w14:paraId="7BBF0FD0" w14:textId="77777777" w:rsidR="002501C0" w:rsidRDefault="00000000">
      <w:pPr>
        <w:pStyle w:val="ListBullet"/>
        <w:spacing w:after="100" w:line="259" w:lineRule="auto"/>
      </w:pPr>
      <w:r>
        <w:t>Machinery/application landing pages</w:t>
      </w:r>
    </w:p>
    <w:p w14:paraId="6BCE9B77" w14:textId="77777777" w:rsidR="002501C0" w:rsidRDefault="00000000">
      <w:pPr>
        <w:pStyle w:val="ListBullet"/>
        <w:spacing w:after="100" w:line="259" w:lineRule="auto"/>
      </w:pPr>
      <w:r>
        <w:t>Clear "suitable for" information</w:t>
      </w:r>
    </w:p>
    <w:p w14:paraId="702F1CA3" w14:textId="77777777" w:rsidR="002501C0" w:rsidRDefault="00000000">
      <w:pPr>
        <w:pStyle w:val="ListBullet"/>
        <w:spacing w:after="100" w:line="259" w:lineRule="auto"/>
      </w:pPr>
      <w:r>
        <w:t>Product comparison/equivalent information where appropriate</w:t>
      </w:r>
    </w:p>
    <w:p w14:paraId="5A6A9585" w14:textId="77777777" w:rsidR="002501C0" w:rsidRDefault="00000000">
      <w:pPr>
        <w:pStyle w:val="ListBullet"/>
        <w:spacing w:after="100" w:line="259" w:lineRule="auto"/>
      </w:pPr>
      <w:r>
        <w:lastRenderedPageBreak/>
        <w:t>Compatibility information</w:t>
      </w:r>
    </w:p>
    <w:p w14:paraId="45F6F658" w14:textId="618F5B4E" w:rsidR="002501C0" w:rsidRDefault="00000000">
      <w:pPr>
        <w:pStyle w:val="ListBullet"/>
        <w:spacing w:after="100" w:line="259" w:lineRule="auto"/>
      </w:pPr>
      <w:r>
        <w:t>Pack and cartridge sizes</w:t>
      </w:r>
      <w:r w:rsidR="0032046E">
        <w:t>***</w:t>
      </w:r>
    </w:p>
    <w:p w14:paraId="2E555E71" w14:textId="77777777" w:rsidR="002501C0" w:rsidRDefault="00000000">
      <w:pPr>
        <w:pStyle w:val="ListBullet"/>
        <w:spacing w:after="100" w:line="259" w:lineRule="auto"/>
      </w:pPr>
      <w:r>
        <w:t>Technical data without overwhelming the customer</w:t>
      </w:r>
    </w:p>
    <w:p w14:paraId="1C14F20A" w14:textId="77777777" w:rsidR="002501C0" w:rsidRDefault="00000000">
      <w:pPr>
        <w:pStyle w:val="ListBullet"/>
        <w:spacing w:after="100" w:line="259" w:lineRule="auto"/>
      </w:pPr>
      <w:r>
        <w:t>Clear price and delivery information</w:t>
      </w:r>
    </w:p>
    <w:p w14:paraId="6A962D11" w14:textId="4B4C4827" w:rsidR="002501C0" w:rsidRDefault="00000000">
      <w:pPr>
        <w:pStyle w:val="ListBullet"/>
        <w:spacing w:after="100" w:line="259" w:lineRule="auto"/>
      </w:pPr>
      <w:r>
        <w:t xml:space="preserve">Easy access to </w:t>
      </w:r>
      <w:r w:rsidR="00926F50">
        <w:t>KAJO AUSTRALIA</w:t>
      </w:r>
      <w:r>
        <w:t xml:space="preserve"> for product advice</w:t>
      </w:r>
    </w:p>
    <w:p w14:paraId="1E4BD14D" w14:textId="77777777" w:rsidR="002501C0" w:rsidRDefault="00000000">
      <w:pPr>
        <w:pStyle w:val="ListBullet"/>
        <w:spacing w:after="100" w:line="259" w:lineRule="auto"/>
      </w:pPr>
      <w:r>
        <w:t>Reviews and real Australian applications</w:t>
      </w:r>
    </w:p>
    <w:p w14:paraId="5DA92E91" w14:textId="77777777" w:rsidR="002501C0" w:rsidRDefault="00000000">
      <w:pPr>
        <w:pStyle w:val="ListBullet"/>
        <w:spacing w:after="100" w:line="259" w:lineRule="auto"/>
      </w:pPr>
      <w:r>
        <w:t>Simple reorder process</w:t>
      </w:r>
    </w:p>
    <w:p w14:paraId="3E6C6856" w14:textId="77777777" w:rsidR="002501C0" w:rsidRDefault="00000000">
      <w:pPr>
        <w:pStyle w:val="Heading1"/>
        <w:spacing w:after="100" w:line="259" w:lineRule="auto"/>
      </w:pPr>
      <w:r>
        <w:t>Locked Customer Message</w:t>
      </w:r>
    </w:p>
    <w:tbl>
      <w:tblPr>
        <w:tblW w:w="0" w:type="auto"/>
        <w:tblLook w:val="04A0" w:firstRow="1" w:lastRow="0" w:firstColumn="1" w:lastColumn="0" w:noHBand="0" w:noVBand="1"/>
      </w:tblPr>
      <w:tblGrid>
        <w:gridCol w:w="9936"/>
      </w:tblGrid>
      <w:tr w:rsidR="002501C0" w14:paraId="69D322FF" w14:textId="77777777">
        <w:tc>
          <w:tcPr>
            <w:tcW w:w="9936" w:type="dxa"/>
            <w:shd w:val="clear" w:color="auto" w:fill="F2F2F2"/>
          </w:tcPr>
          <w:p w14:paraId="5FEB8827" w14:textId="61C2F434" w:rsidR="002501C0" w:rsidRDefault="00000000">
            <w:r>
              <w:rPr>
                <w:b/>
              </w:rPr>
              <w:t xml:space="preserve">Order specialist, high-performance German </w:t>
            </w:r>
            <w:r w:rsidR="00926F50">
              <w:rPr>
                <w:b/>
              </w:rPr>
              <w:t>KAJO AUSTRALIA</w:t>
            </w:r>
            <w:r>
              <w:rPr>
                <w:b/>
              </w:rPr>
              <w:t xml:space="preserve"> lubricants online in the quantities that suit you, with the correct information and our team's support to choose the right product.</w:t>
            </w:r>
          </w:p>
        </w:tc>
      </w:tr>
    </w:tbl>
    <w:p w14:paraId="63F280E1" w14:textId="77777777" w:rsidR="002501C0" w:rsidRDefault="00000000">
      <w:pPr>
        <w:spacing w:after="100" w:line="259" w:lineRule="auto"/>
      </w:pPr>
      <w:r>
        <w:t>Primary action: Shop online or ask for product advice.</w:t>
      </w:r>
    </w:p>
    <w:p w14:paraId="69471552" w14:textId="616EDEA5" w:rsidR="002501C0" w:rsidRDefault="00000000">
      <w:pPr>
        <w:pStyle w:val="Heading1"/>
        <w:spacing w:after="100" w:line="259" w:lineRule="auto"/>
      </w:pPr>
      <w:r>
        <w:t xml:space="preserve"> Validate</w:t>
      </w:r>
      <w:r w:rsidR="0032046E">
        <w:t>d**</w:t>
      </w:r>
    </w:p>
    <w:p w14:paraId="6709E5F8" w14:textId="77777777" w:rsidR="002501C0" w:rsidRDefault="00000000">
      <w:pPr>
        <w:pStyle w:val="ListBullet"/>
        <w:spacing w:after="100" w:line="259" w:lineRule="auto"/>
      </w:pPr>
      <w:r>
        <w:t>Who is actually making the product decision?</w:t>
      </w:r>
    </w:p>
    <w:p w14:paraId="01C84C9D" w14:textId="77777777" w:rsidR="002501C0" w:rsidRDefault="00000000">
      <w:pPr>
        <w:pStyle w:val="ListBullet"/>
        <w:spacing w:after="100" w:line="259" w:lineRule="auto"/>
      </w:pPr>
      <w:r>
        <w:t>What machinery are they buying for?</w:t>
      </w:r>
    </w:p>
    <w:p w14:paraId="7C2FDDA0" w14:textId="77777777" w:rsidR="002501C0" w:rsidRDefault="00000000">
      <w:pPr>
        <w:pStyle w:val="ListBullet"/>
        <w:spacing w:after="100" w:line="259" w:lineRule="auto"/>
      </w:pPr>
      <w:r>
        <w:t>What applications are most common?</w:t>
      </w:r>
    </w:p>
    <w:p w14:paraId="535644FA" w14:textId="77777777" w:rsidR="002501C0" w:rsidRDefault="00000000">
      <w:pPr>
        <w:pStyle w:val="ListBullet"/>
        <w:spacing w:after="100" w:line="259" w:lineRule="auto"/>
      </w:pPr>
      <w:r>
        <w:t>What operating conditions matter most?</w:t>
      </w:r>
    </w:p>
    <w:p w14:paraId="2FA11359" w14:textId="77777777" w:rsidR="002501C0" w:rsidRDefault="00000000">
      <w:pPr>
        <w:pStyle w:val="ListBullet"/>
        <w:spacing w:after="100" w:line="259" w:lineRule="auto"/>
      </w:pPr>
      <w:r>
        <w:t>What products or brands were they previously using?</w:t>
      </w:r>
    </w:p>
    <w:p w14:paraId="516FFFB8" w14:textId="417D59D8" w:rsidR="002501C0" w:rsidRDefault="00000000">
      <w:pPr>
        <w:pStyle w:val="ListBullet"/>
        <w:spacing w:after="100" w:line="259" w:lineRule="auto"/>
      </w:pPr>
      <w:r>
        <w:t xml:space="preserve">What caused them to consider </w:t>
      </w:r>
      <w:r w:rsidR="00926F50">
        <w:t>KAJO AUSTRALIA</w:t>
      </w:r>
      <w:r>
        <w:t>?</w:t>
      </w:r>
    </w:p>
    <w:p w14:paraId="50B20D22" w14:textId="0BC83A77" w:rsidR="002501C0" w:rsidRDefault="00000000">
      <w:pPr>
        <w:pStyle w:val="ListBullet"/>
        <w:spacing w:after="100" w:line="259" w:lineRule="auto"/>
      </w:pPr>
      <w:r>
        <w:t xml:space="preserve">How did they find </w:t>
      </w:r>
      <w:r w:rsidR="00926F50">
        <w:t>KAJO AUSTRALIA</w:t>
      </w:r>
      <w:r>
        <w:t>?</w:t>
      </w:r>
    </w:p>
    <w:p w14:paraId="59AEC2A4" w14:textId="77777777" w:rsidR="002501C0" w:rsidRDefault="00000000">
      <w:pPr>
        <w:pStyle w:val="ListBullet"/>
        <w:spacing w:after="100" w:line="259" w:lineRule="auto"/>
      </w:pPr>
      <w:r>
        <w:t>What information did they need before ordering?</w:t>
      </w:r>
    </w:p>
    <w:p w14:paraId="206DFFFF" w14:textId="5579FA4F" w:rsidR="002501C0" w:rsidRDefault="00000000">
      <w:pPr>
        <w:pStyle w:val="ListBullet"/>
        <w:spacing w:after="100" w:line="259" w:lineRule="auto"/>
      </w:pPr>
      <w:r>
        <w:t xml:space="preserve">What questions did they ask </w:t>
      </w:r>
      <w:r w:rsidR="00926F50">
        <w:t>KAJO AUSTRALIA</w:t>
      </w:r>
      <w:r>
        <w:t>?</w:t>
      </w:r>
    </w:p>
    <w:p w14:paraId="37029B20" w14:textId="77777777" w:rsidR="002501C0" w:rsidRDefault="00000000">
      <w:pPr>
        <w:pStyle w:val="ListBullet"/>
        <w:spacing w:after="100" w:line="259" w:lineRule="auto"/>
      </w:pPr>
      <w:r>
        <w:t>What almost prevented the purchase?</w:t>
      </w:r>
    </w:p>
    <w:p w14:paraId="7A05EB05" w14:textId="77777777" w:rsidR="002501C0" w:rsidRDefault="00000000">
      <w:pPr>
        <w:pStyle w:val="ListBullet"/>
        <w:spacing w:after="100" w:line="259" w:lineRule="auto"/>
      </w:pPr>
      <w:r>
        <w:t>What makes them reorder?</w:t>
      </w:r>
    </w:p>
    <w:p w14:paraId="50161B32" w14:textId="77777777" w:rsidR="00A42058" w:rsidRDefault="00A42058" w:rsidP="00A42058">
      <w:pPr>
        <w:pStyle w:val="ListBullet"/>
        <w:numPr>
          <w:ilvl w:val="0"/>
          <w:numId w:val="0"/>
        </w:numPr>
        <w:rPr>
          <w:rFonts w:hAnsi="Symbol" w:hint="eastAsia"/>
          <w:lang w:val="en-AU" w:eastAsia="en-AU"/>
        </w:rPr>
      </w:pPr>
    </w:p>
    <w:p w14:paraId="27F85F59" w14:textId="4C8C958C" w:rsidR="004D16CA" w:rsidRPr="004D16CA" w:rsidRDefault="004D16CA" w:rsidP="00A42058">
      <w:pPr>
        <w:pStyle w:val="ListBullet"/>
        <w:numPr>
          <w:ilvl w:val="0"/>
          <w:numId w:val="0"/>
        </w:numPr>
        <w:ind w:left="360" w:hanging="360"/>
        <w:rPr>
          <w:lang w:val="en-AU" w:eastAsia="en-AU"/>
        </w:rPr>
      </w:pPr>
      <w:r w:rsidRPr="004D16CA">
        <w:rPr>
          <w:rFonts w:hAnsi="Symbol"/>
          <w:lang w:val="en-AU" w:eastAsia="en-AU"/>
        </w:rPr>
        <w:t></w:t>
      </w:r>
      <w:r w:rsidRPr="004D16CA">
        <w:rPr>
          <w:lang w:val="en-AU" w:eastAsia="en-AU"/>
        </w:rPr>
        <w:t xml:space="preserve"> </w:t>
      </w:r>
      <w:r w:rsidRPr="004D16CA">
        <w:rPr>
          <w:b/>
          <w:bCs/>
          <w:lang w:val="en-AU" w:eastAsia="en-AU"/>
        </w:rPr>
        <w:t>What prevents or delays purchase</w:t>
      </w:r>
      <w:r w:rsidRPr="004D16CA">
        <w:rPr>
          <w:lang w:val="en-AU" w:eastAsia="en-AU"/>
        </w:rPr>
        <w:t xml:space="preserve"> — suitability, compatibility, price, delivery, unfamiliarity with </w:t>
      </w:r>
      <w:r w:rsidR="00926F50">
        <w:rPr>
          <w:lang w:val="en-AU" w:eastAsia="en-AU"/>
        </w:rPr>
        <w:t>KAJO AUSTRALIA</w:t>
      </w:r>
      <w:r w:rsidRPr="004D16CA">
        <w:rPr>
          <w:lang w:val="en-AU" w:eastAsia="en-AU"/>
        </w:rPr>
        <w:t>, etc.</w:t>
      </w:r>
    </w:p>
    <w:p w14:paraId="7E6EA694" w14:textId="3D970725" w:rsidR="004D16CA" w:rsidRDefault="004D16CA" w:rsidP="00A42058">
      <w:pPr>
        <w:pStyle w:val="ListBullet"/>
        <w:numPr>
          <w:ilvl w:val="0"/>
          <w:numId w:val="0"/>
        </w:numPr>
        <w:ind w:left="360" w:hanging="360"/>
      </w:pPr>
      <w:r w:rsidRPr="004D16CA">
        <w:rPr>
          <w:rFonts w:hAnsi="Symbol"/>
          <w:lang w:val="en-AU" w:eastAsia="en-AU"/>
        </w:rPr>
        <w:t></w:t>
      </w:r>
      <w:r w:rsidRPr="004D16CA">
        <w:rPr>
          <w:lang w:val="en-AU" w:eastAsia="en-AU"/>
        </w:rPr>
        <w:t xml:space="preserve"> </w:t>
      </w:r>
      <w:r w:rsidRPr="004D16CA">
        <w:rPr>
          <w:b/>
          <w:bCs/>
          <w:lang w:val="en-AU" w:eastAsia="en-AU"/>
        </w:rPr>
        <w:t>What drives repeat purchase</w:t>
      </w:r>
      <w:r w:rsidRPr="004D16CA">
        <w:rPr>
          <w:lang w:val="en-AU" w:eastAsia="en-AU"/>
        </w:rPr>
        <w:t xml:space="preserve"> — product performance, service, availability, ease of reordering and other factors.</w:t>
      </w:r>
    </w:p>
    <w:p w14:paraId="75F98661" w14:textId="77777777" w:rsidR="00792D64" w:rsidRDefault="00000000">
      <w:r>
        <w:br w:type="page"/>
      </w:r>
    </w:p>
    <w:p w14:paraId="00A538F1" w14:textId="77777777" w:rsidR="00792D64" w:rsidRDefault="00000000">
      <w:pPr>
        <w:pStyle w:val="Heading1"/>
      </w:pPr>
      <w:r>
        <w:lastRenderedPageBreak/>
        <w:t>Customer 2 – Bulk Supply / Regular B2B Customer</w:t>
      </w:r>
    </w:p>
    <w:p w14:paraId="551462D5" w14:textId="0A2672E5" w:rsidR="006230C0" w:rsidRDefault="006230C0">
      <w:pPr>
        <w:pStyle w:val="Heading2"/>
        <w:rPr>
          <w:rFonts w:ascii="Arial" w:eastAsiaTheme="minorEastAsia" w:hAnsi="Arial" w:cstheme="minorBidi"/>
          <w:b w:val="0"/>
          <w:bCs w:val="0"/>
          <w:color w:val="auto"/>
          <w:sz w:val="21"/>
          <w:szCs w:val="22"/>
        </w:rPr>
      </w:pPr>
      <w:r w:rsidRPr="006230C0">
        <w:rPr>
          <w:rFonts w:ascii="Arial" w:eastAsiaTheme="minorEastAsia" w:hAnsi="Arial" w:cstheme="minorBidi"/>
          <w:b w:val="0"/>
          <w:bCs w:val="0"/>
          <w:color w:val="auto"/>
          <w:sz w:val="21"/>
          <w:szCs w:val="22"/>
        </w:rPr>
        <w:t xml:space="preserve">This customer profile highlights the customer journey, from identifying ongoing lubricant requirements and evaluating supply options through to how </w:t>
      </w:r>
      <w:r w:rsidR="00926F50">
        <w:rPr>
          <w:rFonts w:ascii="Arial" w:eastAsiaTheme="minorEastAsia" w:hAnsi="Arial" w:cstheme="minorBidi"/>
          <w:b w:val="0"/>
          <w:bCs w:val="0"/>
          <w:color w:val="auto"/>
          <w:sz w:val="21"/>
          <w:szCs w:val="22"/>
        </w:rPr>
        <w:t>KAJO AUSTRALIA</w:t>
      </w:r>
      <w:r w:rsidRPr="006230C0">
        <w:rPr>
          <w:rFonts w:ascii="Arial" w:eastAsiaTheme="minorEastAsia" w:hAnsi="Arial" w:cstheme="minorBidi"/>
          <w:b w:val="0"/>
          <w:bCs w:val="0"/>
          <w:color w:val="auto"/>
          <w:sz w:val="21"/>
          <w:szCs w:val="22"/>
        </w:rPr>
        <w:t xml:space="preserve"> can provide the right products, reliable supply, volume pricing and an efficient ongoing ordering solution.</w:t>
      </w:r>
    </w:p>
    <w:p w14:paraId="014DA749" w14:textId="1FB09A19" w:rsidR="00792D64" w:rsidRDefault="00000000">
      <w:pPr>
        <w:pStyle w:val="Heading2"/>
      </w:pPr>
      <w:r>
        <w:t>Example Customer: David - Maintenance Manager</w:t>
      </w:r>
    </w:p>
    <w:p w14:paraId="1B175238" w14:textId="77777777" w:rsidR="00792D64" w:rsidRDefault="00000000">
      <w:pPr>
        <w:pStyle w:val="Heading2"/>
      </w:pPr>
      <w:r>
        <w:t>Who is David?</w:t>
      </w:r>
    </w:p>
    <w:p w14:paraId="68B9F8BF" w14:textId="77777777" w:rsidR="00792D64" w:rsidRDefault="00000000">
      <w:r>
        <w:t>David manages maintenance requirements for a commercial operation that uses lubricants regularly across multiple pieces of equipment. He is responsible for helping ensure the right products are available for servicing and ongoing maintenance.</w:t>
      </w:r>
    </w:p>
    <w:p w14:paraId="4188AAE4" w14:textId="77777777" w:rsidR="00792D64" w:rsidRDefault="00000000">
      <w:r>
        <w:t>Unlike Mick, David purchases in larger and more regular quantities. He needs confidence not only in product suitability, but also in reliable supply, local stock, volume pricing, technical support and an efficient way for his business to place repeat orders.</w:t>
      </w:r>
    </w:p>
    <w:p w14:paraId="3310B369" w14:textId="77777777" w:rsidR="00792D64" w:rsidRDefault="00000000">
      <w:pPr>
        <w:pStyle w:val="Heading2"/>
      </w:pPr>
      <w:r>
        <w:t>Typical situation</w:t>
      </w:r>
    </w:p>
    <w:p w14:paraId="22BFA108" w14:textId="77777777" w:rsidR="00792D64" w:rsidRDefault="00000000">
      <w:r>
        <w:t>David could work for a quarry, mining, construction, transport, manufacturing or other industrial operation with ongoing lubricant requirements. He may be involved in selecting the products himself or work alongside workshop, stores, operations or procurement staff.</w:t>
      </w:r>
    </w:p>
    <w:p w14:paraId="2C917A3D" w14:textId="5DDBEB6A" w:rsidR="00792D64" w:rsidRDefault="00000000">
      <w:r>
        <w:t xml:space="preserve">Once the products and expected purchasing requirements are established with </w:t>
      </w:r>
      <w:r w:rsidR="00926F50">
        <w:t>KAJO AUSTRALIA</w:t>
      </w:r>
      <w:r>
        <w:t>, the business can access volume pricing and a tailored B2B portal for ongoing ordering.</w:t>
      </w:r>
    </w:p>
    <w:p w14:paraId="640B30D4" w14:textId="77777777" w:rsidR="00792D64" w:rsidRDefault="00000000">
      <w:pPr>
        <w:pStyle w:val="Heading2"/>
      </w:pPr>
      <w:r>
        <w:t>What matters to David?</w:t>
      </w:r>
    </w:p>
    <w:p w14:paraId="1C5D1779" w14:textId="77777777" w:rsidR="00792D64" w:rsidRDefault="00000000">
      <w:pPr>
        <w:pStyle w:val="ListBullet"/>
      </w:pPr>
      <w:r>
        <w:t>Are the lubricants suitable for the equipment and applications across the operation?</w:t>
      </w:r>
    </w:p>
    <w:p w14:paraId="3A5A4A5C" w14:textId="1B9744E7" w:rsidR="00792D64" w:rsidRDefault="00000000">
      <w:pPr>
        <w:pStyle w:val="ListBullet"/>
      </w:pPr>
      <w:r>
        <w:t xml:space="preserve">Can </w:t>
      </w:r>
      <w:r w:rsidR="00926F50">
        <w:t>KAJO AUSTRALIA</w:t>
      </w:r>
      <w:r>
        <w:t xml:space="preserve"> reliably supply the quantities the business requires?</w:t>
      </w:r>
    </w:p>
    <w:p w14:paraId="34E37740" w14:textId="77777777" w:rsidR="00792D64" w:rsidRDefault="00000000">
      <w:pPr>
        <w:pStyle w:val="ListBullet"/>
      </w:pPr>
      <w:r>
        <w:t>Is stock available locally in Australia?</w:t>
      </w:r>
    </w:p>
    <w:p w14:paraId="1562A533" w14:textId="77777777" w:rsidR="00792D64" w:rsidRDefault="00000000">
      <w:pPr>
        <w:pStyle w:val="ListBullet"/>
      </w:pPr>
      <w:r>
        <w:t>What volume pricing is available for the business?</w:t>
      </w:r>
    </w:p>
    <w:p w14:paraId="04684BEE" w14:textId="15CBF409" w:rsidR="00792D64" w:rsidRDefault="00000000">
      <w:pPr>
        <w:pStyle w:val="ListBullet"/>
      </w:pPr>
      <w:r>
        <w:t xml:space="preserve">Can </w:t>
      </w:r>
      <w:r w:rsidR="00926F50">
        <w:t>KAJO AUSTRALIA</w:t>
      </w:r>
      <w:r>
        <w:t xml:space="preserve"> help compare or transition from products currently being used?</w:t>
      </w:r>
    </w:p>
    <w:p w14:paraId="303597FE" w14:textId="77777777" w:rsidR="00792D64" w:rsidRDefault="00000000">
      <w:pPr>
        <w:pStyle w:val="ListBullet"/>
      </w:pPr>
      <w:r>
        <w:t>Is technical support available if an application or requirement changes?</w:t>
      </w:r>
    </w:p>
    <w:p w14:paraId="1314BD66" w14:textId="77777777" w:rsidR="00792D64" w:rsidRDefault="00000000">
      <w:pPr>
        <w:pStyle w:val="ListBullet"/>
      </w:pPr>
      <w:r>
        <w:t>Can repeat orders be placed quickly and easily?</w:t>
      </w:r>
    </w:p>
    <w:p w14:paraId="1DB2A888" w14:textId="77777777" w:rsidR="00792D64" w:rsidRDefault="00000000">
      <w:pPr>
        <w:pStyle w:val="ListBullet"/>
      </w:pPr>
      <w:r>
        <w:t>Can other authorised team members order when required?</w:t>
      </w:r>
    </w:p>
    <w:p w14:paraId="69F81EE7" w14:textId="44BC39BE" w:rsidR="00792D64" w:rsidRDefault="00000000">
      <w:pPr>
        <w:pStyle w:val="ListBullet"/>
      </w:pPr>
      <w:r>
        <w:t xml:space="preserve">Will </w:t>
      </w:r>
      <w:r w:rsidR="00926F50">
        <w:t>KAJO AUSTRALIA</w:t>
      </w:r>
      <w:r>
        <w:t xml:space="preserve"> continue to support the account after the initial order?</w:t>
      </w:r>
    </w:p>
    <w:p w14:paraId="6EC67847" w14:textId="77777777" w:rsidR="00792D64" w:rsidRDefault="00000000">
      <w:pPr>
        <w:pStyle w:val="Heading2"/>
      </w:pPr>
      <w:r>
        <w:t>Typical buying triggers</w:t>
      </w:r>
    </w:p>
    <w:p w14:paraId="4F013F5E" w14:textId="77777777" w:rsidR="00792D64" w:rsidRDefault="00000000">
      <w:pPr>
        <w:pStyle w:val="ListBullet"/>
      </w:pPr>
      <w:r>
        <w:t>The business is reviewing its current lubricant supplier or supply arrangement.</w:t>
      </w:r>
    </w:p>
    <w:p w14:paraId="7DE8D17C" w14:textId="77777777" w:rsidR="00792D64" w:rsidRDefault="00000000">
      <w:pPr>
        <w:pStyle w:val="ListBullet"/>
      </w:pPr>
      <w:r>
        <w:t>Lubricant usage has increased due to growth, additional equipment or higher operating requirements.</w:t>
      </w:r>
    </w:p>
    <w:p w14:paraId="67B9882B" w14:textId="77777777" w:rsidR="00792D64" w:rsidRDefault="00000000">
      <w:pPr>
        <w:pStyle w:val="ListBullet"/>
      </w:pPr>
      <w:r>
        <w:t>The business wants more reliable access to locally held stock.</w:t>
      </w:r>
    </w:p>
    <w:p w14:paraId="53A9B8DB" w14:textId="77777777" w:rsidR="00792D64" w:rsidRDefault="00000000">
      <w:pPr>
        <w:pStyle w:val="ListBullet"/>
      </w:pPr>
      <w:r>
        <w:t>The team wants to simplify repeat purchasing rather than sourcing or quoting each order separately.</w:t>
      </w:r>
    </w:p>
    <w:p w14:paraId="31257E3B" w14:textId="77777777" w:rsidR="00792D64" w:rsidRDefault="00000000">
      <w:pPr>
        <w:pStyle w:val="ListBullet"/>
      </w:pPr>
      <w:r>
        <w:t>The current product or supplier is not meeting performance, service or availability requirements.</w:t>
      </w:r>
    </w:p>
    <w:p w14:paraId="06685AA7" w14:textId="77777777" w:rsidR="00792D64" w:rsidRDefault="00000000">
      <w:pPr>
        <w:pStyle w:val="ListBullet"/>
      </w:pPr>
      <w:r>
        <w:t>New machinery or applications create different lubricant requirements.</w:t>
      </w:r>
    </w:p>
    <w:p w14:paraId="6C6A7B80" w14:textId="77777777" w:rsidR="00792D64" w:rsidRDefault="00000000">
      <w:pPr>
        <w:pStyle w:val="ListBullet"/>
      </w:pPr>
      <w:r>
        <w:t>The business wants technical support alongside ongoing supply.</w:t>
      </w:r>
    </w:p>
    <w:p w14:paraId="4C10DE9A" w14:textId="77777777" w:rsidR="00792D64" w:rsidRDefault="00000000">
      <w:pPr>
        <w:pStyle w:val="Heading2"/>
      </w:pPr>
      <w:r>
        <w:t>Potential barriers</w:t>
      </w:r>
    </w:p>
    <w:p w14:paraId="3E389296" w14:textId="122324FA" w:rsidR="00792D64" w:rsidRDefault="00000000">
      <w:r>
        <w:t xml:space="preserve">The biggest potential barrier is confidence in changing an established supply arrangement. David needs to know that the products are suitable and that </w:t>
      </w:r>
      <w:r w:rsidR="00926F50">
        <w:t>KAJO AUSTRALIA</w:t>
      </w:r>
      <w:r>
        <w:t xml:space="preserve"> can reliably support the operation over time.</w:t>
      </w:r>
    </w:p>
    <w:p w14:paraId="1B5C59C3" w14:textId="78264D62" w:rsidR="00792D64" w:rsidRDefault="00000000">
      <w:pPr>
        <w:pStyle w:val="ListBullet"/>
      </w:pPr>
      <w:r>
        <w:lastRenderedPageBreak/>
        <w:t xml:space="preserve">Unfamiliarity with </w:t>
      </w:r>
      <w:r w:rsidR="00926F50">
        <w:t>KAJO AUSTRALIA</w:t>
      </w:r>
    </w:p>
    <w:p w14:paraId="40EC5C71" w14:textId="77777777" w:rsidR="00792D64" w:rsidRDefault="00000000">
      <w:pPr>
        <w:pStyle w:val="ListBullet"/>
      </w:pPr>
      <w:r>
        <w:t>Uncertainty about changing from existing products or brands</w:t>
      </w:r>
    </w:p>
    <w:p w14:paraId="46A32348" w14:textId="77777777" w:rsidR="00792D64" w:rsidRDefault="00000000">
      <w:pPr>
        <w:pStyle w:val="ListBullet"/>
      </w:pPr>
      <w:r>
        <w:t>Concerns about product suitability across different equipment or applications</w:t>
      </w:r>
    </w:p>
    <w:p w14:paraId="7B8D5EE3" w14:textId="77777777" w:rsidR="00792D64" w:rsidRDefault="00000000">
      <w:pPr>
        <w:pStyle w:val="ListBullet"/>
      </w:pPr>
      <w:r>
        <w:t>Concerns about stock availability and continuity of supply</w:t>
      </w:r>
    </w:p>
    <w:p w14:paraId="797E3395" w14:textId="77777777" w:rsidR="00792D64" w:rsidRDefault="00000000">
      <w:pPr>
        <w:pStyle w:val="ListBullet"/>
      </w:pPr>
      <w:r>
        <w:t>Price or perceived cost of changing supplier</w:t>
      </w:r>
    </w:p>
    <w:p w14:paraId="798DC48D" w14:textId="77777777" w:rsidR="00792D64" w:rsidRDefault="00000000">
      <w:pPr>
        <w:pStyle w:val="ListBullet"/>
      </w:pPr>
      <w:r>
        <w:t>Internal approval or procurement requirements</w:t>
      </w:r>
    </w:p>
    <w:p w14:paraId="4EBA44F1" w14:textId="77777777" w:rsidR="00792D64" w:rsidRDefault="00000000">
      <w:pPr>
        <w:pStyle w:val="ListBullet"/>
      </w:pPr>
      <w:r>
        <w:t>An ordering process that feels more difficult than the current arrangement</w:t>
      </w:r>
    </w:p>
    <w:p w14:paraId="5AF3A4CB" w14:textId="77777777" w:rsidR="00792D64" w:rsidRDefault="00000000">
      <w:pPr>
        <w:pStyle w:val="Heading2"/>
      </w:pPr>
      <w:r>
        <w:t>David's Likely Buying Journey - Example</w:t>
      </w:r>
    </w:p>
    <w:p w14:paraId="5005F861" w14:textId="77777777" w:rsidR="00792D64" w:rsidRDefault="00000000">
      <w:pPr>
        <w:pStyle w:val="Heading3"/>
      </w:pPr>
      <w:r>
        <w:t>Example situation</w:t>
      </w:r>
    </w:p>
    <w:p w14:paraId="10168C04" w14:textId="77777777" w:rsidR="00792D64" w:rsidRDefault="00000000">
      <w:r>
        <w:t>David is the Maintenance Manager for a quarry operation with a combination of mobile equipment and fixed processing plant. His team regularly maintains crushers, conveyor systems, bearings and other lubrication points across the site. The equipment operates for extended periods in dusty, contaminated conditions, with components exposed to heavy loads and vibration.</w:t>
      </w:r>
    </w:p>
    <w:p w14:paraId="4C0622B6" w14:textId="77777777" w:rsidR="00792D64" w:rsidRDefault="00000000">
      <w:r>
        <w:t>Lubricants are used regularly across the operation, so David is not looking for an occasional box. He needs the right products available in the quantities the business requires, backed by reliable local supply and ongoing support.</w:t>
      </w:r>
    </w:p>
    <w:p w14:paraId="226E6EDE" w14:textId="77777777" w:rsidR="00792D64" w:rsidRDefault="00000000">
      <w:pPr>
        <w:pStyle w:val="Heading3"/>
      </w:pPr>
      <w:r>
        <w:t>1. Need arises</w:t>
      </w:r>
    </w:p>
    <w:p w14:paraId="01A010D2" w14:textId="1A1E6D7C" w:rsidR="00792D64" w:rsidRDefault="00000000">
      <w:r>
        <w:t>David is reviewing the site's lubricant supply. This may be prompted by increased usage, changes to the fleet or plant, supply issues, servicing requirements, dissatisfaction with the current supplier</w:t>
      </w:r>
      <w:r w:rsidR="00C459DD">
        <w:t xml:space="preserve">, potentially looking a grease at a better cost, or </w:t>
      </w:r>
      <w:r>
        <w:t>an opportunity to improve how lubricants are purchased across the business.</w:t>
      </w:r>
    </w:p>
    <w:p w14:paraId="74B1F76B" w14:textId="2047F6C6" w:rsidR="00792D64" w:rsidRDefault="00000000">
      <w:pPr>
        <w:pStyle w:val="Heading3"/>
      </w:pPr>
      <w:r>
        <w:t xml:space="preserve">2. Discovers / speaks with </w:t>
      </w:r>
      <w:r w:rsidR="00926F50">
        <w:t>KAJO AUSTRALIA</w:t>
      </w:r>
    </w:p>
    <w:p w14:paraId="6A6DA760" w14:textId="71EF53FA" w:rsidR="00792D64" w:rsidRDefault="00000000">
      <w:r>
        <w:t xml:space="preserve">David may discover </w:t>
      </w:r>
      <w:r w:rsidR="00926F50">
        <w:t>KAJO AUSTRALIA</w:t>
      </w:r>
      <w:r>
        <w:t xml:space="preserve"> through Google</w:t>
      </w:r>
      <w:r w:rsidR="0032046E">
        <w:t xml:space="preserve"> </w:t>
      </w:r>
      <w:r w:rsidR="00C459DD">
        <w:t>or reaching out directly</w:t>
      </w:r>
      <w:r>
        <w:t xml:space="preserve">, </w:t>
      </w:r>
      <w:r w:rsidR="00C459DD">
        <w:t>a trade show</w:t>
      </w:r>
      <w:r>
        <w:t xml:space="preserve">, recommendation or an existing relationship. Rather than simply purchasing a few units online, he wants to understand whether </w:t>
      </w:r>
      <w:r w:rsidR="00926F50">
        <w:t>KAJO AUSTRALIA</w:t>
      </w:r>
      <w:r>
        <w:t xml:space="preserve"> can support the operation's broader and ongoing requirements.</w:t>
      </w:r>
    </w:p>
    <w:p w14:paraId="0BBAFBA6" w14:textId="77777777" w:rsidR="00792D64" w:rsidRDefault="00000000">
      <w:pPr>
        <w:pStyle w:val="Heading3"/>
      </w:pPr>
      <w:r>
        <w:t>3. Confirms suitability</w:t>
      </w:r>
    </w:p>
    <w:p w14:paraId="1F54C6C1" w14:textId="43E43C87" w:rsidR="00792D64" w:rsidRDefault="00926F50">
      <w:r>
        <w:t>KAJO AUSTRALIA works with David to understand the equipment, applications, operating conditions, products currently being used and expected lubricant requirements. His question is broader than Mick's: 'Can KAJO AUSTRALIA reliably supply the right lubricants for our operation</w:t>
      </w:r>
      <w:r w:rsidR="00C459DD">
        <w:t xml:space="preserve"> and either supply higher quality products for a similar price with more product or provide me the best price for volume purchasing</w:t>
      </w:r>
      <w:r>
        <w:t>?'</w:t>
      </w:r>
    </w:p>
    <w:p w14:paraId="12599D7A" w14:textId="77777777" w:rsidR="00792D64" w:rsidRDefault="00000000">
      <w:pPr>
        <w:pStyle w:val="Heading3"/>
      </w:pPr>
      <w:r>
        <w:t>4. Evaluates the supply arrangement</w:t>
      </w:r>
    </w:p>
    <w:p w14:paraId="12FB101D" w14:textId="74397249" w:rsidR="00792D64" w:rsidRDefault="00000000">
      <w:r>
        <w:t xml:space="preserve">Once product suitability is established, David considers the wider commercial requirements: suitability -&gt; performance -&gt; required volumes -&gt; volume pricing -&gt; local stock -&gt; reliable supply -&gt; technical support -&gt; ease of repeat ordering. He may also compare </w:t>
      </w:r>
      <w:r w:rsidR="00926F50">
        <w:t>KAJO AUSTRALIA</w:t>
      </w:r>
      <w:r>
        <w:t xml:space="preserve"> products and supply arrangements with those currently used by the business.</w:t>
      </w:r>
    </w:p>
    <w:p w14:paraId="44A5E441" w14:textId="77777777" w:rsidR="00792D64" w:rsidRDefault="00000000">
      <w:pPr>
        <w:pStyle w:val="Heading3"/>
      </w:pPr>
      <w:r>
        <w:t>5. Establishes ongoing supply</w:t>
      </w:r>
    </w:p>
    <w:p w14:paraId="2B32628A" w14:textId="35D99E52" w:rsidR="00792D64" w:rsidRDefault="00000000">
      <w:r>
        <w:t xml:space="preserve">Once the business's requirements and expected purchasing volumes are agreed, </w:t>
      </w:r>
      <w:r w:rsidR="00926F50">
        <w:t>KAJO AUSTRALIA</w:t>
      </w:r>
      <w:r>
        <w:t xml:space="preserve"> provides volume pricing and access to a tailored B2B portal. The business now has an established ordering arrangement rather than starting again with every routine purchase</w:t>
      </w:r>
      <w:r w:rsidR="00C459DD">
        <w:t>, providing a quick and easy buying journey.</w:t>
      </w:r>
    </w:p>
    <w:p w14:paraId="46FB0234" w14:textId="77777777" w:rsidR="00792D64" w:rsidRDefault="00000000">
      <w:pPr>
        <w:pStyle w:val="Heading3"/>
      </w:pPr>
      <w:r>
        <w:lastRenderedPageBreak/>
        <w:t>6. Reorders through the B2B portal</w:t>
      </w:r>
    </w:p>
    <w:p w14:paraId="269055F7" w14:textId="01521ECB" w:rsidR="00792D64" w:rsidRDefault="00000000">
      <w:r>
        <w:t xml:space="preserve">David or another authorised team member can access the B2B portal, view the products and pricing relevant to their account and place repeat orders as required. </w:t>
      </w:r>
      <w:r w:rsidR="00926F50">
        <w:t>KAJO AUSTRALIA</w:t>
      </w:r>
      <w:r>
        <w:t xml:space="preserve"> continues to support the account with local stock, reliable supply and product or technical support when requirements change.</w:t>
      </w:r>
    </w:p>
    <w:p w14:paraId="0A3EACBD" w14:textId="77777777" w:rsidR="00792D64" w:rsidRDefault="00000000">
      <w:pPr>
        <w:pStyle w:val="Heading3"/>
      </w:pPr>
      <w:r>
        <w:t>Example application</w:t>
      </w:r>
    </w:p>
    <w:p w14:paraId="2175977E" w14:textId="77777777" w:rsidR="00792D64" w:rsidRDefault="00000000">
      <w:r>
        <w:rPr>
          <w:b/>
        </w:rPr>
        <w:t xml:space="preserve">Operation  </w:t>
      </w:r>
      <w:r>
        <w:t>Quarry</w:t>
      </w:r>
    </w:p>
    <w:p w14:paraId="37418588" w14:textId="77777777" w:rsidR="00792D64" w:rsidRDefault="00000000">
      <w:r>
        <w:rPr>
          <w:b/>
        </w:rPr>
        <w:t xml:space="preserve">Equipment  </w:t>
      </w:r>
      <w:r>
        <w:t>Crushers, conveyor systems and other fixed/mobile plant</w:t>
      </w:r>
    </w:p>
    <w:p w14:paraId="67AC7431" w14:textId="77777777" w:rsidR="00792D64" w:rsidRDefault="00000000">
      <w:r>
        <w:rPr>
          <w:b/>
        </w:rPr>
        <w:t xml:space="preserve">Applications  </w:t>
      </w:r>
      <w:r>
        <w:t>Bearings and other lubrication points</w:t>
      </w:r>
    </w:p>
    <w:p w14:paraId="5DF26812" w14:textId="77777777" w:rsidR="00792D64" w:rsidRDefault="00000000">
      <w:r>
        <w:rPr>
          <w:b/>
        </w:rPr>
        <w:t xml:space="preserve">Operating conditions  </w:t>
      </w:r>
      <w:r>
        <w:t>Dust/contamination, heavy loads, vibration and extended operation</w:t>
      </w:r>
    </w:p>
    <w:p w14:paraId="378F6670" w14:textId="6DDC17A7" w:rsidR="00792D64" w:rsidRDefault="00000000">
      <w:pPr>
        <w:pStyle w:val="Heading2"/>
      </w:pPr>
      <w:r>
        <w:t xml:space="preserve">What </w:t>
      </w:r>
      <w:r w:rsidR="00926F50">
        <w:t>KAJO AUSTRALIA</w:t>
      </w:r>
      <w:r>
        <w:t xml:space="preserve"> needs to provide David</w:t>
      </w:r>
    </w:p>
    <w:p w14:paraId="13599FBF" w14:textId="004D4C25" w:rsidR="00792D64" w:rsidRDefault="00926F50">
      <w:r>
        <w:t>KAJO AUSTRALIA needs to make it easy for David to move through the following decision path:</w:t>
      </w:r>
    </w:p>
    <w:p w14:paraId="705219AE" w14:textId="289D51DD" w:rsidR="00792D64" w:rsidRDefault="00000000">
      <w:r>
        <w:t xml:space="preserve">Our operation -&gt; What equipment/applications need lubrication? -&gt; Which </w:t>
      </w:r>
      <w:r w:rsidR="00926F50">
        <w:t>KAJO AUSTRALIA</w:t>
      </w:r>
      <w:r>
        <w:t xml:space="preserve"> products suit them? -&gt; What quantities do we expect to purchase? -&gt; Agree volume pricing -&gt; Set up B2B access -&gt; Order and reorder easily -&gt; Ongoing local and technical support</w:t>
      </w:r>
    </w:p>
    <w:p w14:paraId="18B02A5D" w14:textId="77777777" w:rsidR="00792D64" w:rsidRDefault="00000000">
      <w:pPr>
        <w:pStyle w:val="ListBullet"/>
      </w:pPr>
      <w:r>
        <w:t>Product and application assessment</w:t>
      </w:r>
    </w:p>
    <w:p w14:paraId="3955F8E5" w14:textId="738A1175" w:rsidR="00792D64" w:rsidRDefault="00000000">
      <w:pPr>
        <w:pStyle w:val="ListBullet"/>
      </w:pPr>
      <w:r>
        <w:t>Clear product suitability and technical information</w:t>
      </w:r>
      <w:r w:rsidR="00C459DD">
        <w:t>( 500g screw cap tube offering 50g more of product in comparison to competitors)</w:t>
      </w:r>
    </w:p>
    <w:p w14:paraId="323A2B21" w14:textId="77777777" w:rsidR="00792D64" w:rsidRDefault="00000000">
      <w:pPr>
        <w:pStyle w:val="ListBullet"/>
      </w:pPr>
      <w:r>
        <w:t>Product comparison/equivalent information where appropriate</w:t>
      </w:r>
    </w:p>
    <w:p w14:paraId="7C9564D4" w14:textId="77777777" w:rsidR="00792D64" w:rsidRDefault="00000000">
      <w:pPr>
        <w:pStyle w:val="ListBullet"/>
      </w:pPr>
      <w:r>
        <w:t>Volume pricing based on the customer's agreed purchasing requirements</w:t>
      </w:r>
    </w:p>
    <w:p w14:paraId="0A4A230A" w14:textId="77777777" w:rsidR="00792D64" w:rsidRDefault="00000000">
      <w:pPr>
        <w:pStyle w:val="ListBullet"/>
      </w:pPr>
      <w:r>
        <w:t>Reliable access to locally held Australian stock</w:t>
      </w:r>
    </w:p>
    <w:p w14:paraId="592EDA39" w14:textId="77777777" w:rsidR="00792D64" w:rsidRDefault="00000000">
      <w:pPr>
        <w:pStyle w:val="ListBullet"/>
      </w:pPr>
      <w:r>
        <w:t>Tailored B2B portal and relevant product catalogue</w:t>
      </w:r>
    </w:p>
    <w:p w14:paraId="7576A142" w14:textId="77777777" w:rsidR="00792D64" w:rsidRDefault="00000000">
      <w:pPr>
        <w:pStyle w:val="ListBullet"/>
      </w:pPr>
      <w:r>
        <w:t>Easy repeat ordering</w:t>
      </w:r>
    </w:p>
    <w:p w14:paraId="63155809" w14:textId="77777777" w:rsidR="00792D64" w:rsidRDefault="00000000">
      <w:pPr>
        <w:pStyle w:val="ListBullet"/>
      </w:pPr>
      <w:r>
        <w:t>Ability for appropriate team members to place orders</w:t>
      </w:r>
    </w:p>
    <w:p w14:paraId="44DF433C" w14:textId="77777777" w:rsidR="00792D64" w:rsidRDefault="00000000">
      <w:pPr>
        <w:pStyle w:val="ListBullet"/>
      </w:pPr>
      <w:r>
        <w:t>Clear account contact and technical support</w:t>
      </w:r>
    </w:p>
    <w:p w14:paraId="44233933" w14:textId="77777777" w:rsidR="00792D64" w:rsidRDefault="00000000">
      <w:pPr>
        <w:pStyle w:val="ListBullet"/>
      </w:pPr>
      <w:r>
        <w:t>Ongoing review as equipment, applications or purchasing requirements change</w:t>
      </w:r>
    </w:p>
    <w:p w14:paraId="165642A8" w14:textId="77777777" w:rsidR="00792D64" w:rsidRDefault="00000000">
      <w:pPr>
        <w:pStyle w:val="Heading2"/>
      </w:pPr>
      <w:r>
        <w:t>Locked Customer Message</w:t>
      </w:r>
    </w:p>
    <w:p w14:paraId="0647D471" w14:textId="43623FC2" w:rsidR="00792D64" w:rsidRDefault="00000000">
      <w:r>
        <w:t xml:space="preserve">Reliable supply of high-performance </w:t>
      </w:r>
      <w:r w:rsidR="00926F50">
        <w:t>KAJO AUSTRALIA</w:t>
      </w:r>
      <w:r>
        <w:t xml:space="preserve"> lubricants manufactured in Germany, with technical support, volume pricing and your own tailored B2B portal and catalogue for making repeat purchases quick and easy.</w:t>
      </w:r>
    </w:p>
    <w:p w14:paraId="0CADA961" w14:textId="77777777" w:rsidR="00792D64" w:rsidRDefault="00000000">
      <w:r>
        <w:t>Primary action: Enquire about bulk supply / volume pricing.</w:t>
      </w:r>
    </w:p>
    <w:p w14:paraId="7D4795CC" w14:textId="77777777" w:rsidR="00792D64" w:rsidRDefault="00000000">
      <w:pPr>
        <w:pStyle w:val="Heading2"/>
      </w:pPr>
      <w:r>
        <w:t>To Validate</w:t>
      </w:r>
    </w:p>
    <w:p w14:paraId="3E4AAFB7" w14:textId="654A0BDA" w:rsidR="00792D64" w:rsidRDefault="00C459DD">
      <w:pPr>
        <w:pStyle w:val="ListBullet"/>
      </w:pPr>
      <w:r w:rsidRPr="00C459DD">
        <w:rPr>
          <w:color w:val="EE0000"/>
        </w:rPr>
        <w:t xml:space="preserve">*** </w:t>
      </w:r>
      <w:r>
        <w:t>Who normally makes the lubricant decision and who places the order?</w:t>
      </w:r>
    </w:p>
    <w:p w14:paraId="5243DC04" w14:textId="23AFB865" w:rsidR="00792D64" w:rsidRPr="00C459DD" w:rsidRDefault="00000000">
      <w:pPr>
        <w:pStyle w:val="ListBullet"/>
        <w:rPr>
          <w:color w:val="EE0000"/>
        </w:rPr>
      </w:pPr>
      <w:r>
        <w:t>What types of businesses and operations most commonly suit the bulk supply pathway?</w:t>
      </w:r>
      <w:r w:rsidR="00C459DD">
        <w:t xml:space="preserve"> </w:t>
      </w:r>
      <w:r w:rsidR="00C459DD" w:rsidRPr="00C459DD">
        <w:rPr>
          <w:color w:val="EE0000"/>
        </w:rPr>
        <w:t>Bingo Bins Waste Management (crushers &amp;screeners), East to West Civil (excavators &amp;rock hammers &amp; tilt rotators)</w:t>
      </w:r>
    </w:p>
    <w:p w14:paraId="105C6BCF" w14:textId="77E079AA" w:rsidR="00792D64" w:rsidRDefault="00C459DD">
      <w:pPr>
        <w:pStyle w:val="ListBullet"/>
      </w:pPr>
      <w:r w:rsidRPr="00C459DD">
        <w:rPr>
          <w:color w:val="EE0000"/>
        </w:rPr>
        <w:t xml:space="preserve">*** </w:t>
      </w:r>
      <w:r>
        <w:t>What machinery, applications and operating conditions are most common?</w:t>
      </w:r>
    </w:p>
    <w:p w14:paraId="44A09C52" w14:textId="64B58C6D" w:rsidR="00792D64" w:rsidRDefault="00C459DD">
      <w:pPr>
        <w:pStyle w:val="ListBullet"/>
      </w:pPr>
      <w:r w:rsidRPr="00C459DD">
        <w:rPr>
          <w:color w:val="EE0000"/>
        </w:rPr>
        <w:t xml:space="preserve">*** </w:t>
      </w:r>
      <w:r>
        <w:t>What purchasing volumes and ordering patterns are typical?</w:t>
      </w:r>
    </w:p>
    <w:p w14:paraId="6099D180" w14:textId="23D91075" w:rsidR="00792D64" w:rsidRDefault="00C459DD">
      <w:pPr>
        <w:pStyle w:val="ListBullet"/>
      </w:pPr>
      <w:r w:rsidRPr="00C459DD">
        <w:rPr>
          <w:color w:val="EE0000"/>
        </w:rPr>
        <w:t xml:space="preserve">*** </w:t>
      </w:r>
      <w:r>
        <w:t>What causes a business to review or change lubricant suppliers?</w:t>
      </w:r>
    </w:p>
    <w:p w14:paraId="080701EE" w14:textId="595930B1" w:rsidR="00792D64" w:rsidRDefault="00C459DD">
      <w:pPr>
        <w:pStyle w:val="ListBullet"/>
      </w:pPr>
      <w:r w:rsidRPr="00C459DD">
        <w:rPr>
          <w:color w:val="EE0000"/>
        </w:rPr>
        <w:t xml:space="preserve">*** </w:t>
      </w:r>
      <w:r>
        <w:t>What information is needed before approving a new product or supplier?</w:t>
      </w:r>
    </w:p>
    <w:p w14:paraId="0FE1C68E" w14:textId="4DADEE7C" w:rsidR="00792D64" w:rsidRDefault="00C459DD">
      <w:pPr>
        <w:pStyle w:val="ListBullet"/>
      </w:pPr>
      <w:r w:rsidRPr="00C459DD">
        <w:rPr>
          <w:color w:val="EE0000"/>
        </w:rPr>
        <w:t xml:space="preserve">*** </w:t>
      </w:r>
      <w:r>
        <w:t>What matters most when evaluating supply - performance, price, availability, support, ordering convenience or other factors?</w:t>
      </w:r>
    </w:p>
    <w:p w14:paraId="638AE6D0" w14:textId="77777777" w:rsidR="00792D64" w:rsidRDefault="00000000">
      <w:pPr>
        <w:pStyle w:val="ListBullet"/>
      </w:pPr>
      <w:r>
        <w:lastRenderedPageBreak/>
        <w:t>How many people within a customer business typically need B2B portal access?</w:t>
      </w:r>
    </w:p>
    <w:p w14:paraId="62C5A05D" w14:textId="24A2F260" w:rsidR="00792D64" w:rsidRDefault="00C459DD">
      <w:pPr>
        <w:pStyle w:val="ListBullet"/>
      </w:pPr>
      <w:r w:rsidRPr="00C459DD">
        <w:rPr>
          <w:color w:val="EE0000"/>
        </w:rPr>
        <w:t xml:space="preserve">*** </w:t>
      </w:r>
      <w:r>
        <w:t>What concerns or barriers most commonly delay switching?</w:t>
      </w:r>
    </w:p>
    <w:p w14:paraId="52A5F1B7" w14:textId="2113E9DB" w:rsidR="00792D64" w:rsidRPr="00C51C5A" w:rsidRDefault="00000000">
      <w:pPr>
        <w:pStyle w:val="ListBullet"/>
        <w:rPr>
          <w:color w:val="EE0000"/>
        </w:rPr>
      </w:pPr>
      <w:r>
        <w:t xml:space="preserve">What makes a bulk customer continue ordering from </w:t>
      </w:r>
      <w:r w:rsidR="00926F50">
        <w:t>KAJO AUSTRALIA</w:t>
      </w:r>
      <w:r>
        <w:t>?</w:t>
      </w:r>
      <w:r w:rsidR="00C459DD">
        <w:t xml:space="preserve"> </w:t>
      </w:r>
      <w:r w:rsidR="00C459DD" w:rsidRPr="00C51C5A">
        <w:rPr>
          <w:color w:val="EE0000"/>
        </w:rPr>
        <w:t xml:space="preserve">Ease of purchase, simplified buying journey via website, quick delivery, </w:t>
      </w:r>
      <w:r w:rsidR="00C51C5A" w:rsidRPr="00C51C5A">
        <w:rPr>
          <w:color w:val="EE0000"/>
        </w:rPr>
        <w:t>high-quality</w:t>
      </w:r>
      <w:r w:rsidR="00C459DD" w:rsidRPr="00C51C5A">
        <w:rPr>
          <w:color w:val="EE0000"/>
        </w:rPr>
        <w:t xml:space="preserve"> products meaning less grease required on machines, </w:t>
      </w:r>
      <w:r w:rsidR="00C51C5A" w:rsidRPr="00C51C5A">
        <w:rPr>
          <w:color w:val="EE0000"/>
        </w:rPr>
        <w:t>good customer service. 500g tube more product than other supplies and ease of use with screw cap lid</w:t>
      </w:r>
    </w:p>
    <w:p w14:paraId="1BE7B4E1" w14:textId="34F7559D" w:rsidR="0050457A" w:rsidRPr="0050457A" w:rsidRDefault="00000000" w:rsidP="0050457A">
      <w:pPr>
        <w:pStyle w:val="Heading1"/>
      </w:pPr>
      <w:r>
        <w:br w:type="page"/>
      </w:r>
      <w:r>
        <w:lastRenderedPageBreak/>
        <w:t>Customer 3 – Stockist / Reseller</w:t>
      </w:r>
    </w:p>
    <w:p w14:paraId="789487B4" w14:textId="4F4B2869" w:rsidR="006230C0" w:rsidRDefault="006230C0">
      <w:pPr>
        <w:pStyle w:val="Heading2"/>
        <w:rPr>
          <w:rFonts w:ascii="Arial" w:eastAsiaTheme="minorEastAsia" w:hAnsi="Arial" w:cstheme="minorBidi"/>
          <w:b w:val="0"/>
          <w:bCs w:val="0"/>
          <w:color w:val="auto"/>
          <w:sz w:val="21"/>
          <w:szCs w:val="22"/>
        </w:rPr>
      </w:pPr>
      <w:r w:rsidRPr="006230C0">
        <w:rPr>
          <w:rFonts w:ascii="Arial" w:eastAsiaTheme="minorEastAsia" w:hAnsi="Arial" w:cstheme="minorBidi"/>
          <w:b w:val="0"/>
          <w:bCs w:val="0"/>
          <w:color w:val="auto"/>
          <w:sz w:val="21"/>
          <w:szCs w:val="22"/>
        </w:rPr>
        <w:t xml:space="preserve">This customer profile highlights the customer journey, from identifying an opportunity and evaluating lubricant brands through to how </w:t>
      </w:r>
      <w:r w:rsidR="00926F50">
        <w:rPr>
          <w:rFonts w:ascii="Arial" w:eastAsiaTheme="minorEastAsia" w:hAnsi="Arial" w:cstheme="minorBidi"/>
          <w:b w:val="0"/>
          <w:bCs w:val="0"/>
          <w:color w:val="auto"/>
          <w:sz w:val="21"/>
          <w:szCs w:val="22"/>
        </w:rPr>
        <w:t>KAJO AUSTRALIA</w:t>
      </w:r>
      <w:r w:rsidRPr="006230C0">
        <w:rPr>
          <w:rFonts w:ascii="Arial" w:eastAsiaTheme="minorEastAsia" w:hAnsi="Arial" w:cstheme="minorBidi"/>
          <w:b w:val="0"/>
          <w:bCs w:val="0"/>
          <w:color w:val="auto"/>
          <w:sz w:val="21"/>
          <w:szCs w:val="22"/>
        </w:rPr>
        <w:t xml:space="preserve"> can support them in stocking, selling and growing the </w:t>
      </w:r>
      <w:r w:rsidR="00926F50">
        <w:rPr>
          <w:rFonts w:ascii="Arial" w:eastAsiaTheme="minorEastAsia" w:hAnsi="Arial" w:cstheme="minorBidi"/>
          <w:b w:val="0"/>
          <w:bCs w:val="0"/>
          <w:color w:val="auto"/>
          <w:sz w:val="21"/>
          <w:szCs w:val="22"/>
        </w:rPr>
        <w:t>KAJO AUSTRALIA</w:t>
      </w:r>
      <w:r w:rsidRPr="006230C0">
        <w:rPr>
          <w:rFonts w:ascii="Arial" w:eastAsiaTheme="minorEastAsia" w:hAnsi="Arial" w:cstheme="minorBidi"/>
          <w:b w:val="0"/>
          <w:bCs w:val="0"/>
          <w:color w:val="auto"/>
          <w:sz w:val="21"/>
          <w:szCs w:val="22"/>
        </w:rPr>
        <w:t xml:space="preserve"> range.</w:t>
      </w:r>
    </w:p>
    <w:p w14:paraId="2AA2462D" w14:textId="74EE648E" w:rsidR="00792D64" w:rsidRDefault="00000000">
      <w:pPr>
        <w:pStyle w:val="Heading2"/>
      </w:pPr>
      <w:r>
        <w:t>Example Customer: Steve - Industrial Supply Business Owner</w:t>
      </w:r>
    </w:p>
    <w:p w14:paraId="2E6AF807" w14:textId="77777777" w:rsidR="00792D64" w:rsidRDefault="00000000">
      <w:pPr>
        <w:pStyle w:val="Heading2"/>
      </w:pPr>
      <w:r>
        <w:t>Who is Steve?</w:t>
      </w:r>
    </w:p>
    <w:p w14:paraId="58B9E98D" w14:textId="77777777" w:rsidR="00792D64" w:rsidRDefault="00000000">
      <w:r>
        <w:t>Steve owns an independent industrial and machinery supplies business servicing local contractors, workshops, farmers, equipment operators and other businesses in his area. His business may already stock several grease and lubricant brands alongside other maintenance products.</w:t>
      </w:r>
    </w:p>
    <w:p w14:paraId="6F41AB39" w14:textId="01232F26" w:rsidR="00792D64" w:rsidRDefault="00000000">
      <w:r>
        <w:t xml:space="preserve">Steve isn't purchasing </w:t>
      </w:r>
      <w:r w:rsidR="00926F50">
        <w:t>KAJO AUSTRALIA</w:t>
      </w:r>
      <w:r>
        <w:t xml:space="preserve"> primarily for his own equipment. He is deciding whether </w:t>
      </w:r>
      <w:r w:rsidR="00926F50">
        <w:t>KAJO AUSTRALIA</w:t>
      </w:r>
      <w:r>
        <w:t xml:space="preserve"> is a brand he can confidently stock, recommend and sell to his customers, and whether it is commercially worthwhile to add to his existing range.</w:t>
      </w:r>
    </w:p>
    <w:p w14:paraId="4552A437" w14:textId="77777777" w:rsidR="00792D64" w:rsidRDefault="00000000">
      <w:pPr>
        <w:pStyle w:val="Heading2"/>
      </w:pPr>
      <w:r>
        <w:t>Typical situation</w:t>
      </w:r>
    </w:p>
    <w:p w14:paraId="0E72AB39" w14:textId="6A142EFD" w:rsidR="00792D64" w:rsidRDefault="00000000">
      <w:r>
        <w:t xml:space="preserve">Steve already has grease and lubricant products on his shelves, so adding </w:t>
      </w:r>
      <w:r w:rsidR="00926F50">
        <w:t>KAJO AUSTRALIA</w:t>
      </w:r>
      <w:r>
        <w:t xml:space="preserve"> doesn't necessarily mean replacing his existing brands. He is considering where </w:t>
      </w:r>
      <w:r w:rsidR="00926F50">
        <w:t>KAJO AUSTRALIA</w:t>
      </w:r>
      <w:r>
        <w:t xml:space="preserve"> fits within his current offering and whether there is enough opportunity among his customers to justify stocking and developing the range.</w:t>
      </w:r>
    </w:p>
    <w:p w14:paraId="601F69FE" w14:textId="77777777" w:rsidR="00792D64" w:rsidRDefault="00000000">
      <w:r>
        <w:t>He may begin with a selected core range relevant to the customers and industries he services, then expand the range as demand develops.</w:t>
      </w:r>
    </w:p>
    <w:p w14:paraId="30322FA2" w14:textId="77777777" w:rsidR="00792D64" w:rsidRDefault="00000000">
      <w:pPr>
        <w:pStyle w:val="Heading2"/>
      </w:pPr>
      <w:r>
        <w:t>What matters to Steve?</w:t>
      </w:r>
    </w:p>
    <w:p w14:paraId="105A2515" w14:textId="088B3EB8" w:rsidR="00792D64" w:rsidRDefault="00000000">
      <w:pPr>
        <w:pStyle w:val="ListBullet"/>
      </w:pPr>
      <w:r>
        <w:t xml:space="preserve">Where does </w:t>
      </w:r>
      <w:r w:rsidR="00926F50">
        <w:t>KAJO AUSTRALIA</w:t>
      </w:r>
      <w:r>
        <w:t xml:space="preserve"> fit alongside the lubricant brands he already stocks?</w:t>
      </w:r>
    </w:p>
    <w:p w14:paraId="6D4D5830" w14:textId="34EDD1D8" w:rsidR="00792D64" w:rsidRDefault="00000000">
      <w:pPr>
        <w:pStyle w:val="ListBullet"/>
      </w:pPr>
      <w:r>
        <w:t xml:space="preserve">Which </w:t>
      </w:r>
      <w:r w:rsidR="00926F50">
        <w:t>KAJO AUSTRALIA</w:t>
      </w:r>
      <w:r>
        <w:t xml:space="preserve"> products are most relevant to his customers and applications?</w:t>
      </w:r>
    </w:p>
    <w:p w14:paraId="4B3D272B" w14:textId="77777777" w:rsidR="00792D64" w:rsidRDefault="00000000">
      <w:pPr>
        <w:pStyle w:val="ListBullet"/>
      </w:pPr>
      <w:r>
        <w:t>What makes the range worth adding?</w:t>
      </w:r>
    </w:p>
    <w:p w14:paraId="04146EAC" w14:textId="77777777" w:rsidR="00792D64" w:rsidRDefault="00000000">
      <w:pPr>
        <w:pStyle w:val="ListBullet"/>
      </w:pPr>
      <w:r>
        <w:t>Is there likely to be enough customer demand?</w:t>
      </w:r>
    </w:p>
    <w:p w14:paraId="1EE66BFE" w14:textId="77777777" w:rsidR="00792D64" w:rsidRDefault="00000000">
      <w:pPr>
        <w:pStyle w:val="ListBullet"/>
      </w:pPr>
      <w:r>
        <w:t>What trade pricing is available and is the range commercially viable?</w:t>
      </w:r>
    </w:p>
    <w:p w14:paraId="08C9A8E6" w14:textId="77777777" w:rsidR="00792D64" w:rsidRDefault="00000000">
      <w:pPr>
        <w:pStyle w:val="ListBullet"/>
      </w:pPr>
      <w:r>
        <w:t>Is stock readily available in Australia and easy to replenish?</w:t>
      </w:r>
    </w:p>
    <w:p w14:paraId="3B6126D1" w14:textId="77777777" w:rsidR="00792D64" w:rsidRDefault="00000000">
      <w:pPr>
        <w:pStyle w:val="ListBullet"/>
      </w:pPr>
      <w:r>
        <w:t>Can his team easily understand and recommend the range?</w:t>
      </w:r>
    </w:p>
    <w:p w14:paraId="191B00A9" w14:textId="414C5FD6" w:rsidR="00792D64" w:rsidRDefault="00000000">
      <w:pPr>
        <w:pStyle w:val="ListBullet"/>
      </w:pPr>
      <w:r>
        <w:t xml:space="preserve">What product, technical, sales and marketing support will </w:t>
      </w:r>
      <w:r w:rsidR="00926F50">
        <w:t>KAJO AUSTRALIA</w:t>
      </w:r>
      <w:r>
        <w:t xml:space="preserve"> provide?</w:t>
      </w:r>
    </w:p>
    <w:p w14:paraId="27C734A5" w14:textId="77777777" w:rsidR="006230C0" w:rsidRDefault="006230C0" w:rsidP="006230C0">
      <w:pPr>
        <w:pStyle w:val="ListBullet"/>
        <w:numPr>
          <w:ilvl w:val="0"/>
          <w:numId w:val="0"/>
        </w:numPr>
        <w:ind w:left="360"/>
      </w:pPr>
    </w:p>
    <w:p w14:paraId="3BF519FA" w14:textId="77777777" w:rsidR="00792D64" w:rsidRDefault="00000000">
      <w:pPr>
        <w:pStyle w:val="Heading2"/>
      </w:pPr>
      <w:r>
        <w:t>Typical buying triggers</w:t>
      </w:r>
    </w:p>
    <w:p w14:paraId="44F269B5" w14:textId="77777777" w:rsidR="00792D64" w:rsidRDefault="00000000">
      <w:pPr>
        <w:pStyle w:val="ListBullet"/>
      </w:pPr>
      <w:r>
        <w:t>He wants to expand or refresh his existing lubricant range.</w:t>
      </w:r>
    </w:p>
    <w:p w14:paraId="22CE0F16" w14:textId="77777777" w:rsidR="00792D64" w:rsidRDefault="00000000">
      <w:pPr>
        <w:pStyle w:val="ListBullet"/>
      </w:pPr>
      <w:r>
        <w:t>He sees demand for specialist or high-performance lubricants among his customers.</w:t>
      </w:r>
    </w:p>
    <w:p w14:paraId="562579A9" w14:textId="77777777" w:rsidR="00792D64" w:rsidRDefault="00000000">
      <w:pPr>
        <w:pStyle w:val="ListBullet"/>
      </w:pPr>
      <w:r>
        <w:t>Customers are asking for products or applications he does not currently carry.</w:t>
      </w:r>
    </w:p>
    <w:p w14:paraId="76B92AD9" w14:textId="77777777" w:rsidR="00792D64" w:rsidRDefault="00000000">
      <w:pPr>
        <w:pStyle w:val="ListBullet"/>
      </w:pPr>
      <w:r>
        <w:t>He wants to broaden the lubricant options available to his customers.</w:t>
      </w:r>
    </w:p>
    <w:p w14:paraId="38ADBA99" w14:textId="665571D1" w:rsidR="00792D64" w:rsidRDefault="00000000">
      <w:pPr>
        <w:pStyle w:val="ListBullet"/>
      </w:pPr>
      <w:r>
        <w:t xml:space="preserve">A customer specifically asks for </w:t>
      </w:r>
      <w:r w:rsidR="00926F50">
        <w:t>KAJO AUSTRALIA</w:t>
      </w:r>
      <w:r>
        <w:t xml:space="preserve"> or </w:t>
      </w:r>
      <w:r w:rsidR="00926F50">
        <w:t>KAJO AUSTRALIA</w:t>
      </w:r>
      <w:r>
        <w:t xml:space="preserve"> approaches him about becoming a stockist.</w:t>
      </w:r>
    </w:p>
    <w:p w14:paraId="7BDC4B7B" w14:textId="77777777" w:rsidR="00792D64" w:rsidRDefault="00000000">
      <w:pPr>
        <w:pStyle w:val="ListBullet"/>
      </w:pPr>
      <w:r>
        <w:t>He identifies an opportunity to grow lubricant sales within his existing customer base.</w:t>
      </w:r>
    </w:p>
    <w:p w14:paraId="4D48ADF6" w14:textId="77777777" w:rsidR="00792D64" w:rsidRDefault="00000000">
      <w:pPr>
        <w:pStyle w:val="Heading2"/>
      </w:pPr>
      <w:r>
        <w:lastRenderedPageBreak/>
        <w:t>Potential barriers</w:t>
      </w:r>
    </w:p>
    <w:p w14:paraId="78468F01" w14:textId="77777777" w:rsidR="00792D64" w:rsidRDefault="00000000">
      <w:r>
        <w:t>One of Steve's biggest questions is: "Why should I put another grease brand on my shelf?" Adding another range means committing stock and space, introducing the brand to customers and making sure his team understands what they are selling.</w:t>
      </w:r>
    </w:p>
    <w:p w14:paraId="45E914FF" w14:textId="495ED7BB" w:rsidR="00792D64" w:rsidRDefault="00000000">
      <w:pPr>
        <w:pStyle w:val="ListBullet"/>
      </w:pPr>
      <w:r>
        <w:t xml:space="preserve">Limited customer awareness of </w:t>
      </w:r>
      <w:r w:rsidR="00926F50">
        <w:t>KAJO AUSTRALIA</w:t>
      </w:r>
    </w:p>
    <w:p w14:paraId="19D74964" w14:textId="77777777" w:rsidR="00792D64" w:rsidRDefault="00000000">
      <w:pPr>
        <w:pStyle w:val="ListBullet"/>
      </w:pPr>
      <w:r>
        <w:t>Already carrying several grease or lubricant brands</w:t>
      </w:r>
    </w:p>
    <w:p w14:paraId="73273121" w14:textId="144C4439" w:rsidR="00792D64" w:rsidRDefault="00000000">
      <w:pPr>
        <w:pStyle w:val="ListBullet"/>
      </w:pPr>
      <w:r>
        <w:t xml:space="preserve">Uncertainty about where </w:t>
      </w:r>
      <w:r w:rsidR="00926F50">
        <w:t>KAJO AUSTRALIA</w:t>
      </w:r>
      <w:r>
        <w:t xml:space="preserve"> fits within the existing range</w:t>
      </w:r>
    </w:p>
    <w:p w14:paraId="4194BAD8" w14:textId="16286350" w:rsidR="00792D64" w:rsidRDefault="00000000">
      <w:pPr>
        <w:pStyle w:val="ListBullet"/>
      </w:pPr>
      <w:r>
        <w:t xml:space="preserve">Uncertainty about which </w:t>
      </w:r>
      <w:r w:rsidR="00926F50">
        <w:t>KAJO AUSTRALIA</w:t>
      </w:r>
      <w:r>
        <w:t xml:space="preserve"> products to initially stock and likely demand</w:t>
      </w:r>
    </w:p>
    <w:p w14:paraId="01D0D40D" w14:textId="77777777" w:rsidR="00792D64" w:rsidRDefault="00000000">
      <w:pPr>
        <w:pStyle w:val="ListBullet"/>
      </w:pPr>
      <w:r>
        <w:t>Limited shelf, display or warehouse space</w:t>
      </w:r>
    </w:p>
    <w:p w14:paraId="4363B98F" w14:textId="77777777" w:rsidR="00792D64" w:rsidRDefault="00000000">
      <w:pPr>
        <w:pStyle w:val="ListBullet"/>
      </w:pPr>
      <w:r>
        <w:t>Staff needing to become familiar with another product range</w:t>
      </w:r>
    </w:p>
    <w:p w14:paraId="63D27DB0" w14:textId="77777777" w:rsidR="00792D64" w:rsidRDefault="00000000">
      <w:pPr>
        <w:pStyle w:val="ListBullet"/>
      </w:pPr>
      <w:r>
        <w:t>Confidence in ongoing stock availability and replenishment</w:t>
      </w:r>
    </w:p>
    <w:p w14:paraId="1D2CB882" w14:textId="77777777" w:rsidR="00792D64" w:rsidRDefault="00000000">
      <w:pPr>
        <w:pStyle w:val="ListBullet"/>
      </w:pPr>
      <w:r>
        <w:t>Whether trade pricing and potential margin make commercial sense</w:t>
      </w:r>
    </w:p>
    <w:p w14:paraId="180A343E" w14:textId="34368614" w:rsidR="00C46ABD" w:rsidRDefault="00C46ABD" w:rsidP="00C46ABD">
      <w:pPr>
        <w:pStyle w:val="Heading2"/>
      </w:pPr>
      <w:r>
        <w:t xml:space="preserve">Why </w:t>
      </w:r>
      <w:r w:rsidR="00926F50">
        <w:t>KAJO AUSTRALIA</w:t>
      </w:r>
      <w:r>
        <w:t xml:space="preserve"> / Reasons to Buy In</w:t>
      </w:r>
    </w:p>
    <w:p w14:paraId="5A82F794" w14:textId="77777777" w:rsidR="00C46ABD" w:rsidRDefault="00C46ABD" w:rsidP="00C46ABD">
      <w:pPr>
        <w:pStyle w:val="ListBullet"/>
      </w:pPr>
      <w:r>
        <w:t>High-performance specialist lubricant range</w:t>
      </w:r>
    </w:p>
    <w:p w14:paraId="6D60C66C" w14:textId="77777777" w:rsidR="00C46ABD" w:rsidRDefault="00C46ABD" w:rsidP="00C46ABD">
      <w:pPr>
        <w:pStyle w:val="ListBullet"/>
      </w:pPr>
      <w:r>
        <w:t>Backed by established German manufacturing and product expertise</w:t>
      </w:r>
    </w:p>
    <w:p w14:paraId="34A91F63" w14:textId="77777777" w:rsidR="00C46ABD" w:rsidRDefault="00C46ABD" w:rsidP="00C46ABD">
      <w:pPr>
        <w:pStyle w:val="ListBullet"/>
      </w:pPr>
      <w:r>
        <w:t>Reliable Australian stock</w:t>
      </w:r>
    </w:p>
    <w:p w14:paraId="5725E012" w14:textId="77777777" w:rsidR="00C46ABD" w:rsidRDefault="00C46ABD" w:rsidP="00C46ABD">
      <w:pPr>
        <w:pStyle w:val="ListBullet"/>
      </w:pPr>
      <w:r>
        <w:t>Trade pricing for approved stockists</w:t>
      </w:r>
    </w:p>
    <w:p w14:paraId="6311FAD6" w14:textId="00C94AE3" w:rsidR="00C46ABD" w:rsidRDefault="00C46ABD" w:rsidP="00C46ABD">
      <w:pPr>
        <w:pStyle w:val="ListBullet"/>
      </w:pPr>
      <w:r>
        <w:t xml:space="preserve">Local </w:t>
      </w:r>
      <w:r w:rsidR="00926F50">
        <w:t>KAJO AUSTRALIA</w:t>
      </w:r>
      <w:r>
        <w:t xml:space="preserve"> Australia product and account support</w:t>
      </w:r>
    </w:p>
    <w:p w14:paraId="43D0DDF3" w14:textId="77777777" w:rsidR="00C46ABD" w:rsidRDefault="00C46ABD" w:rsidP="00C46ABD">
      <w:pPr>
        <w:pStyle w:val="ListBullet"/>
      </w:pPr>
      <w:r>
        <w:t>Technical/manufacturer support when required</w:t>
      </w:r>
    </w:p>
    <w:p w14:paraId="3EDF96EF" w14:textId="77777777" w:rsidR="00C46ABD" w:rsidRDefault="00C46ABD" w:rsidP="00C46ABD">
      <w:pPr>
        <w:pStyle w:val="ListBullet"/>
      </w:pPr>
      <w:r>
        <w:t>Brand, product and sales materials to support the range in-store</w:t>
      </w:r>
    </w:p>
    <w:p w14:paraId="22AE18A1" w14:textId="77777777" w:rsidR="00C46ABD" w:rsidRDefault="00C46ABD" w:rsidP="00C46ABD">
      <w:pPr>
        <w:pStyle w:val="ListBullet"/>
      </w:pPr>
      <w:r>
        <w:t>Ability to start with a relevant range and expand as demand develops</w:t>
      </w:r>
    </w:p>
    <w:p w14:paraId="0BF3AF1C" w14:textId="77777777" w:rsidR="00C46ABD" w:rsidRDefault="00C46ABD" w:rsidP="00C46ABD">
      <w:pPr>
        <w:pStyle w:val="ListBullet"/>
      </w:pPr>
      <w:r>
        <w:t>USP compared to other ranges having the 500g screw cap tube competitors only have 450g tube and no screw cap</w:t>
      </w:r>
    </w:p>
    <w:p w14:paraId="57AF1876" w14:textId="77777777" w:rsidR="00792D64" w:rsidRDefault="00000000">
      <w:pPr>
        <w:pStyle w:val="Heading2"/>
      </w:pPr>
      <w:r>
        <w:t>Steve's Likely Buying Journey - Example</w:t>
      </w:r>
    </w:p>
    <w:p w14:paraId="734A3A69" w14:textId="77777777" w:rsidR="00792D64" w:rsidRDefault="00000000">
      <w:pPr>
        <w:pStyle w:val="Heading3"/>
      </w:pPr>
      <w:r>
        <w:t>Example situation</w:t>
      </w:r>
    </w:p>
    <w:p w14:paraId="01AFBC4B" w14:textId="577CA131" w:rsidR="00792D64" w:rsidRDefault="00000000">
      <w:r>
        <w:t xml:space="preserve">Steve operates an industrial and machinery supplies business in a regional area. His customers include farmers, earthmoving contractors, workshops, transport businesses and machinery operators. He already stocks several grease and lubricant products and is considering adding </w:t>
      </w:r>
      <w:r w:rsidR="00926F50">
        <w:t>KAJO AUSTRALIA</w:t>
      </w:r>
      <w:r>
        <w:t xml:space="preserve"> to the brands he carries.</w:t>
      </w:r>
    </w:p>
    <w:p w14:paraId="4DD73D52" w14:textId="77777777" w:rsidR="00792D64" w:rsidRDefault="00000000">
      <w:pPr>
        <w:pStyle w:val="Heading3"/>
      </w:pPr>
      <w:r>
        <w:t>1. Opportunity arises</w:t>
      </w:r>
    </w:p>
    <w:p w14:paraId="555855D8" w14:textId="3E68D919" w:rsidR="00792D64" w:rsidRDefault="00000000">
      <w:r>
        <w:t xml:space="preserve">Steve is reviewing his lubricant offering and sees an opportunity to expand the range available to his customers. Alternatively, </w:t>
      </w:r>
      <w:r w:rsidR="00926F50">
        <w:t>KAJO AUSTRALIA</w:t>
      </w:r>
      <w:r>
        <w:t xml:space="preserve"> may approach Steve because his business is well positioned to service customers in the local area. His key question is: "Where does </w:t>
      </w:r>
      <w:r w:rsidR="00926F50">
        <w:t>KAJO AUSTRALIA</w:t>
      </w:r>
      <w:r>
        <w:t xml:space="preserve"> fit within the range I already sell, and is it a brand we can successfully build with our customers?"</w:t>
      </w:r>
    </w:p>
    <w:p w14:paraId="38E23542" w14:textId="3776DB16" w:rsidR="00792D64" w:rsidRDefault="00000000">
      <w:pPr>
        <w:pStyle w:val="Heading3"/>
      </w:pPr>
      <w:r>
        <w:t xml:space="preserve">2. Evaluates </w:t>
      </w:r>
      <w:r w:rsidR="00926F50">
        <w:t>KAJO AUSTRALIA</w:t>
      </w:r>
    </w:p>
    <w:p w14:paraId="5921ED22" w14:textId="1F20F3DB" w:rsidR="00792D64" w:rsidRDefault="00000000">
      <w:r>
        <w:t xml:space="preserve">Steve looks at the </w:t>
      </w:r>
      <w:r w:rsidR="00926F50">
        <w:t>KAJO AUSTRALIA</w:t>
      </w:r>
      <w:r>
        <w:t xml:space="preserve"> brand, product range, applications and the types of customers the products could suit. He is evaluating </w:t>
      </w:r>
      <w:r w:rsidR="00926F50">
        <w:t>KAJO AUSTRALIA</w:t>
      </w:r>
      <w:r>
        <w:t xml:space="preserve"> as a brand, product range and supplier - not simply an individual tub or cartridge of grease.</w:t>
      </w:r>
    </w:p>
    <w:p w14:paraId="0593081F" w14:textId="77777777" w:rsidR="00792D64" w:rsidRDefault="00000000">
      <w:pPr>
        <w:pStyle w:val="Heading3"/>
      </w:pPr>
      <w:r>
        <w:t>3. Identifies the right starting range</w:t>
      </w:r>
    </w:p>
    <w:p w14:paraId="74AB4DC6" w14:textId="4ED498D8" w:rsidR="00792D64" w:rsidRDefault="00926F50">
      <w:r>
        <w:t>KAJO AUSTRALIA works with Steve to understand his customer base, industries and common requirements, then helps identify a relevant starting range rather than expecting him to select from the entire catalogue himself.</w:t>
      </w:r>
    </w:p>
    <w:p w14:paraId="6AD38DD4" w14:textId="77777777" w:rsidR="00792D64" w:rsidRDefault="00000000">
      <w:pPr>
        <w:pStyle w:val="Heading3"/>
      </w:pPr>
      <w:r>
        <w:lastRenderedPageBreak/>
        <w:t>4. Evaluates the stockist relationship</w:t>
      </w:r>
    </w:p>
    <w:p w14:paraId="50F4E33E" w14:textId="77777777" w:rsidR="00792D64" w:rsidRDefault="00000000">
      <w:r>
        <w:t>Steve considers the practical and commercial requirements: range fit -&gt; customer demand -&gt; trade pricing -&gt; commercial viability -&gt; initial stock -&gt; Australian availability -&gt; sales support -&gt; technical support -&gt; replenishment. He needs confidence in both the products and the supplier behind them.</w:t>
      </w:r>
    </w:p>
    <w:p w14:paraId="5DBEAAA5" w14:textId="46243483" w:rsidR="00792D64" w:rsidRDefault="00000000">
      <w:pPr>
        <w:pStyle w:val="Heading3"/>
      </w:pPr>
      <w:r>
        <w:t xml:space="preserve">5. Becomes a </w:t>
      </w:r>
      <w:r w:rsidR="00926F50">
        <w:t>KAJO AUSTRALIA</w:t>
      </w:r>
      <w:r>
        <w:t xml:space="preserve"> </w:t>
      </w:r>
      <w:r w:rsidR="00926F50">
        <w:t>Stockist</w:t>
      </w:r>
    </w:p>
    <w:p w14:paraId="76A57612" w14:textId="0B82F224" w:rsidR="00792D64" w:rsidRDefault="00000000">
      <w:r>
        <w:t xml:space="preserve">Steve agrees on an appropriate starting range and places his initial stock order. </w:t>
      </w:r>
      <w:r w:rsidR="00926F50">
        <w:t>KAJO AUSTRALIA</w:t>
      </w:r>
      <w:r>
        <w:t xml:space="preserve"> provides the product information and support needed to help his team understand and introduce the range, including appropriate brand, leaflet and point-of-sale material where available.</w:t>
      </w:r>
    </w:p>
    <w:p w14:paraId="44AF9397" w14:textId="77777777" w:rsidR="00792D64" w:rsidRDefault="00000000">
      <w:pPr>
        <w:pStyle w:val="Heading3"/>
      </w:pPr>
      <w:r>
        <w:t>6. Sells, learns &amp; reorders</w:t>
      </w:r>
    </w:p>
    <w:p w14:paraId="1EBDD5DC" w14:textId="79662823" w:rsidR="00792D64" w:rsidRDefault="00000000">
      <w:r>
        <w:t xml:space="preserve">As Steve begins selling </w:t>
      </w:r>
      <w:r w:rsidR="00926F50">
        <w:t>KAJO AUSTRALIA</w:t>
      </w:r>
      <w:r>
        <w:t xml:space="preserve">, he develops a clearer picture of which products generate demand among his customers. He replenishes core products and can introduce additional </w:t>
      </w:r>
      <w:r w:rsidR="00926F50">
        <w:t>KAJO AUSTRALIA</w:t>
      </w:r>
      <w:r>
        <w:t xml:space="preserve"> products as opportunities develop. The relationship moves from: Should we stock </w:t>
      </w:r>
      <w:r w:rsidR="00926F50">
        <w:t>KAJO AUSTRALIA</w:t>
      </w:r>
      <w:r>
        <w:t xml:space="preserve">? -&gt; How do we grow </w:t>
      </w:r>
      <w:r w:rsidR="00926F50">
        <w:t>KAJO AUSTRALIA</w:t>
      </w:r>
      <w:r>
        <w:t xml:space="preserve"> within our business?</w:t>
      </w:r>
    </w:p>
    <w:p w14:paraId="09E450F5" w14:textId="36EDC34B" w:rsidR="00792D64" w:rsidRDefault="00000000">
      <w:pPr>
        <w:pStyle w:val="Heading2"/>
      </w:pPr>
      <w:r>
        <w:t xml:space="preserve">What </w:t>
      </w:r>
      <w:r w:rsidR="00926F50">
        <w:t>KAJO AUSTRALIA</w:t>
      </w:r>
      <w:r>
        <w:t xml:space="preserve"> needs to provide Steve</w:t>
      </w:r>
    </w:p>
    <w:p w14:paraId="17026AAC" w14:textId="0154B900" w:rsidR="00792D64" w:rsidRDefault="00926F50">
      <w:r>
        <w:t>KAJO Australia needs to make it easy for Steve to move through the following decision path:</w:t>
      </w:r>
    </w:p>
    <w:p w14:paraId="52C30DA4" w14:textId="02B34036" w:rsidR="00792D64" w:rsidRDefault="00000000">
      <w:r>
        <w:t xml:space="preserve">Understand </w:t>
      </w:r>
      <w:r w:rsidR="00926F50">
        <w:t>KAJO AUSTRALIA</w:t>
      </w:r>
      <w:r>
        <w:t xml:space="preserve"> -&gt; See where it fits -&gt; Identify the right starting range -&gt; Understand the commercial opportunity -&gt; Stock the range -&gt; Sell confidently -&gt; Replenish easily -&gt; Grow the range</w:t>
      </w:r>
    </w:p>
    <w:p w14:paraId="1FEF3F85" w14:textId="77777777" w:rsidR="00792D64" w:rsidRDefault="00000000">
      <w:pPr>
        <w:pStyle w:val="ListBullet"/>
      </w:pPr>
      <w:r>
        <w:t>Recommended starting range based on his customer base</w:t>
      </w:r>
    </w:p>
    <w:p w14:paraId="38649D38" w14:textId="77777777" w:rsidR="00792D64" w:rsidRDefault="00000000">
      <w:pPr>
        <w:pStyle w:val="ListBullet"/>
      </w:pPr>
      <w:r>
        <w:t>Clear product, application and suitable-for information</w:t>
      </w:r>
    </w:p>
    <w:p w14:paraId="06F04743" w14:textId="77777777" w:rsidR="00792D64" w:rsidRDefault="00000000">
      <w:pPr>
        <w:pStyle w:val="ListBullet"/>
      </w:pPr>
      <w:r>
        <w:t>Product comparison/equivalent information where appropriate</w:t>
      </w:r>
    </w:p>
    <w:p w14:paraId="4AEA879E" w14:textId="77777777" w:rsidR="00792D64" w:rsidRDefault="00000000">
      <w:pPr>
        <w:pStyle w:val="ListBullet"/>
      </w:pPr>
      <w:r>
        <w:t>Trade pricing and reliable Australian stock</w:t>
      </w:r>
    </w:p>
    <w:p w14:paraId="22618DAB" w14:textId="77777777" w:rsidR="00792D64" w:rsidRDefault="00000000">
      <w:pPr>
        <w:pStyle w:val="ListBullet"/>
      </w:pPr>
      <w:r>
        <w:t>Straightforward ordering and replenishment</w:t>
      </w:r>
    </w:p>
    <w:p w14:paraId="1384A7B9" w14:textId="77777777" w:rsidR="00792D64" w:rsidRDefault="00000000">
      <w:pPr>
        <w:pStyle w:val="ListBullet"/>
      </w:pPr>
      <w:r>
        <w:t>Product education and access to technical/application advice</w:t>
      </w:r>
    </w:p>
    <w:p w14:paraId="63232C70" w14:textId="39A12D38" w:rsidR="00792D64" w:rsidRDefault="00926F50">
      <w:pPr>
        <w:pStyle w:val="ListBullet"/>
      </w:pPr>
      <w:r>
        <w:t>KAJO AUSTRALIA Australia brand guidelines and approved brand assets</w:t>
      </w:r>
    </w:p>
    <w:p w14:paraId="576CA26C" w14:textId="77777777" w:rsidR="00792D64" w:rsidRDefault="00000000">
      <w:pPr>
        <w:pStyle w:val="ListBullet"/>
      </w:pPr>
      <w:r>
        <w:t>Product brochures, leaflets and digital imagery</w:t>
      </w:r>
    </w:p>
    <w:p w14:paraId="7D9FEBFD" w14:textId="77777777" w:rsidR="00792D64" w:rsidRDefault="00000000">
      <w:pPr>
        <w:pStyle w:val="ListBullet"/>
      </w:pPr>
      <w:r>
        <w:t>Point-of-sale or display materials where appropriate</w:t>
      </w:r>
    </w:p>
    <w:p w14:paraId="7B2D322E" w14:textId="77777777" w:rsidR="00792D64" w:rsidRDefault="00000000">
      <w:pPr>
        <w:pStyle w:val="ListBullet"/>
      </w:pPr>
      <w:r>
        <w:t>Ongoing account support as the range and customer demand develop</w:t>
      </w:r>
    </w:p>
    <w:p w14:paraId="0FEB16DC" w14:textId="77777777" w:rsidR="00792D64" w:rsidRDefault="00000000">
      <w:pPr>
        <w:pStyle w:val="Heading2"/>
      </w:pPr>
      <w:r>
        <w:t>Locked Customer Message</w:t>
      </w:r>
    </w:p>
    <w:p w14:paraId="5BC25691" w14:textId="77777777" w:rsidR="00C46ABD" w:rsidRDefault="00C46ABD">
      <w:r w:rsidRPr="00C46ABD">
        <w:t>Specialist, high-performance lubricants manufactured in Germany and stocked locally in Australia, backed by product knowledge and support to help you confidently supply your customers. With practical product advantages including our 500g screw-cap grease tubes, giving customers more product in an easy-to-use format.</w:t>
      </w:r>
    </w:p>
    <w:p w14:paraId="3B26BCE2" w14:textId="65FEE333" w:rsidR="00792D64" w:rsidRDefault="00000000">
      <w:r w:rsidRPr="00926F50">
        <w:rPr>
          <w:b/>
          <w:bCs/>
        </w:rPr>
        <w:t>Primary action</w:t>
      </w:r>
      <w:r>
        <w:t xml:space="preserve">: Enquire about becoming a </w:t>
      </w:r>
      <w:r w:rsidR="00926F50">
        <w:t>KAJO AUSTRALIA</w:t>
      </w:r>
      <w:r>
        <w:t xml:space="preserve"> stockist.</w:t>
      </w:r>
    </w:p>
    <w:p w14:paraId="5FEF08DA" w14:textId="70338CCD" w:rsidR="00F60062" w:rsidRPr="00F60062" w:rsidRDefault="00000000" w:rsidP="00F60062">
      <w:pPr>
        <w:pStyle w:val="Heading2"/>
      </w:pPr>
      <w:r>
        <w:t>To Validate</w:t>
      </w:r>
    </w:p>
    <w:p w14:paraId="36611F0E" w14:textId="1EA07736" w:rsidR="00792D64" w:rsidRDefault="00000000">
      <w:pPr>
        <w:pStyle w:val="ListBullet"/>
      </w:pPr>
      <w:r>
        <w:t>Who normally decides whether to introduce a new lubricant brand?</w:t>
      </w:r>
      <w:r w:rsidR="00B437AD">
        <w:t xml:space="preserve"> Store owner/ manager</w:t>
      </w:r>
    </w:p>
    <w:p w14:paraId="46F12717" w14:textId="1C766322" w:rsidR="00792D64" w:rsidRDefault="00B437AD">
      <w:pPr>
        <w:pStyle w:val="ListBullet"/>
      </w:pPr>
      <w:r w:rsidRPr="00B437AD">
        <w:rPr>
          <w:color w:val="EE0000"/>
        </w:rPr>
        <w:t xml:space="preserve">*** </w:t>
      </w:r>
      <w:r>
        <w:t xml:space="preserve">What types of businesses make the strongest </w:t>
      </w:r>
      <w:r w:rsidR="00926F50">
        <w:t>KAJO AUSTRALIA</w:t>
      </w:r>
      <w:r>
        <w:t xml:space="preserve"> stockists?</w:t>
      </w:r>
    </w:p>
    <w:p w14:paraId="2C757061" w14:textId="1F28C0AE" w:rsidR="00792D64" w:rsidRDefault="00000000">
      <w:pPr>
        <w:pStyle w:val="ListBullet"/>
      </w:pPr>
      <w:r>
        <w:t xml:space="preserve">What lubricant brands and range sizes do they </w:t>
      </w:r>
      <w:r w:rsidR="00B437AD">
        <w:t>typically</w:t>
      </w:r>
      <w:r>
        <w:t xml:space="preserve"> carry?</w:t>
      </w:r>
      <w:r w:rsidR="00B437AD">
        <w:t xml:space="preserve"> 450g, lubex, hi tec oil?</w:t>
      </w:r>
    </w:p>
    <w:p w14:paraId="3064F69B" w14:textId="3356FF1A" w:rsidR="00792D64" w:rsidRDefault="00B437AD">
      <w:pPr>
        <w:pStyle w:val="ListBullet"/>
      </w:pPr>
      <w:r w:rsidRPr="00B437AD">
        <w:rPr>
          <w:color w:val="EE0000"/>
        </w:rPr>
        <w:t xml:space="preserve">*** </w:t>
      </w:r>
      <w:r>
        <w:t xml:space="preserve">What prompts them to consider adding another brand? Varied product range for customer, only local stockiest of </w:t>
      </w:r>
      <w:r w:rsidR="00926F50">
        <w:t>KAJO AUSTRALIA</w:t>
      </w:r>
      <w:r>
        <w:t xml:space="preserve"> none within xx range</w:t>
      </w:r>
    </w:p>
    <w:p w14:paraId="2C556915" w14:textId="31CC6386" w:rsidR="00792D64" w:rsidRDefault="00000000">
      <w:pPr>
        <w:pStyle w:val="ListBullet"/>
      </w:pPr>
      <w:r>
        <w:t>What makes a new lubricant range commercially attractive to them?</w:t>
      </w:r>
      <w:r w:rsidR="00B437AD">
        <w:t xml:space="preserve"> USP (unique selling proposition) 500g screw cap vs competitors &amp; trade pricing</w:t>
      </w:r>
    </w:p>
    <w:p w14:paraId="63AD1D20" w14:textId="2416E417" w:rsidR="00792D64" w:rsidRDefault="00B437AD">
      <w:pPr>
        <w:pStyle w:val="ListBullet"/>
      </w:pPr>
      <w:r w:rsidRPr="00B437AD">
        <w:rPr>
          <w:color w:val="EE0000"/>
        </w:rPr>
        <w:t xml:space="preserve">*** </w:t>
      </w:r>
      <w:r>
        <w:t xml:space="preserve">Which sales, POS and product materials are actually most useful? </w:t>
      </w:r>
      <w:r w:rsidRPr="00B437AD">
        <w:rPr>
          <w:color w:val="EE0000"/>
        </w:rPr>
        <w:t>***</w:t>
      </w:r>
      <w:r>
        <w:rPr>
          <w:color w:val="EE0000"/>
        </w:rPr>
        <w:t xml:space="preserve"> to ask a stockist</w:t>
      </w:r>
    </w:p>
    <w:p w14:paraId="03432DF2" w14:textId="77777777" w:rsidR="00792D64" w:rsidRDefault="00000000">
      <w:pPr>
        <w:pStyle w:val="ListBullet"/>
      </w:pPr>
      <w:r>
        <w:lastRenderedPageBreak/>
        <w:t>What ongoing support makes them continue stocking and expanding the range?</w:t>
      </w:r>
    </w:p>
    <w:p w14:paraId="63B75134" w14:textId="77777777" w:rsidR="00926F50" w:rsidRDefault="00926F50" w:rsidP="00926F50">
      <w:pPr>
        <w:pStyle w:val="ListBullet"/>
        <w:numPr>
          <w:ilvl w:val="0"/>
          <w:numId w:val="0"/>
        </w:numPr>
      </w:pPr>
    </w:p>
    <w:p w14:paraId="78C845D0" w14:textId="77777777" w:rsidR="00926F50" w:rsidRDefault="00926F50" w:rsidP="00926F50">
      <w:pPr>
        <w:pStyle w:val="ListBullet"/>
        <w:numPr>
          <w:ilvl w:val="0"/>
          <w:numId w:val="0"/>
        </w:numPr>
      </w:pPr>
    </w:p>
    <w:p w14:paraId="7AA6BFE6" w14:textId="77777777" w:rsidR="00926F50" w:rsidRPr="00926F50" w:rsidRDefault="00926F50" w:rsidP="00926F50">
      <w:pPr>
        <w:pStyle w:val="ListBullet"/>
        <w:rPr>
          <w:lang w:val="en-AU"/>
        </w:rPr>
      </w:pPr>
      <w:r w:rsidRPr="00926F50">
        <w:rPr>
          <w:lang w:val="en-AU"/>
        </w:rPr>
        <w:t xml:space="preserve">Absolutely. I’d now use this as the </w:t>
      </w:r>
      <w:r w:rsidRPr="00926F50">
        <w:rPr>
          <w:b/>
          <w:bCs/>
          <w:lang w:val="en-AU"/>
        </w:rPr>
        <w:t>full working Customer 4 profile</w:t>
      </w:r>
      <w:r w:rsidRPr="00926F50">
        <w:rPr>
          <w:lang w:val="en-AU"/>
        </w:rPr>
        <w:t>, with KAJO Australia clearly separated from KAJO’s manufacturing/product-development capability in Germany.</w:t>
      </w:r>
    </w:p>
    <w:p w14:paraId="6A1CC27A" w14:textId="77777777" w:rsidR="00926F50" w:rsidRPr="00926F50" w:rsidRDefault="00926F50" w:rsidP="004E42E6">
      <w:pPr>
        <w:pStyle w:val="Heading1"/>
        <w:rPr>
          <w:lang w:val="en-AU"/>
        </w:rPr>
      </w:pPr>
      <w:r w:rsidRPr="00926F50">
        <w:rPr>
          <w:lang w:val="en-AU"/>
        </w:rPr>
        <w:t>Customer 4 – Private Label / OEM</w:t>
      </w:r>
    </w:p>
    <w:p w14:paraId="6C5DC01F" w14:textId="77777777" w:rsidR="00926F50" w:rsidRPr="00926F50" w:rsidRDefault="00926F50" w:rsidP="00926F50">
      <w:pPr>
        <w:rPr>
          <w:lang w:val="en-AU"/>
        </w:rPr>
      </w:pPr>
      <w:r w:rsidRPr="00926F50">
        <w:rPr>
          <w:lang w:val="en-AU"/>
        </w:rPr>
        <w:t>This customer profile highlights the customer journey, from identifying a private label or OEM opportunity and defining product requirements through to how KAJO Australia can provide the right lubricant solution and establish an ongoing supply partnership.</w:t>
      </w:r>
    </w:p>
    <w:p w14:paraId="63A0647D" w14:textId="77777777" w:rsidR="00926F50" w:rsidRPr="00926F50" w:rsidRDefault="00926F50" w:rsidP="004E42E6">
      <w:pPr>
        <w:pStyle w:val="Heading2"/>
        <w:rPr>
          <w:lang w:val="en-AU"/>
        </w:rPr>
      </w:pPr>
      <w:r w:rsidRPr="00926F50">
        <w:rPr>
          <w:lang w:val="en-AU"/>
        </w:rPr>
        <w:t>Example Customer: James – Owner / Manager of an Equipment Attachment Business</w:t>
      </w:r>
    </w:p>
    <w:p w14:paraId="1B3BF9BC" w14:textId="77777777" w:rsidR="00926F50" w:rsidRPr="00926F50" w:rsidRDefault="00926F50" w:rsidP="004E42E6">
      <w:pPr>
        <w:pStyle w:val="Heading2"/>
        <w:rPr>
          <w:lang w:val="en-AU"/>
        </w:rPr>
      </w:pPr>
      <w:r w:rsidRPr="00926F50">
        <w:rPr>
          <w:lang w:val="en-AU"/>
        </w:rPr>
        <w:t>Who is James?</w:t>
      </w:r>
    </w:p>
    <w:p w14:paraId="66E87178" w14:textId="77777777" w:rsidR="00926F50" w:rsidRPr="00926F50" w:rsidRDefault="00926F50" w:rsidP="00926F50">
      <w:pPr>
        <w:pStyle w:val="ListBullet"/>
        <w:rPr>
          <w:lang w:val="en-AU"/>
        </w:rPr>
      </w:pPr>
      <w:r w:rsidRPr="00926F50">
        <w:rPr>
          <w:lang w:val="en-AU"/>
        </w:rPr>
        <w:t>James owns and manages an Australian equipment attachment business, similar to MTB Attachments, supplying attachments and related products for heavy machinery.</w:t>
      </w:r>
    </w:p>
    <w:p w14:paraId="7E55F011" w14:textId="77777777" w:rsidR="00926F50" w:rsidRPr="00926F50" w:rsidRDefault="00926F50" w:rsidP="00926F50">
      <w:pPr>
        <w:pStyle w:val="ListBullet"/>
        <w:rPr>
          <w:lang w:val="en-AU"/>
        </w:rPr>
      </w:pPr>
      <w:r w:rsidRPr="00926F50">
        <w:rPr>
          <w:lang w:val="en-AU"/>
        </w:rPr>
        <w:t>His business supplies a box of grease with each new attachment, giving the customer lubricant to use with the equipment from the outset. He also sees an opportunity to provide replacement grease as part of the company's ongoing maintenance and after-sales offering.</w:t>
      </w:r>
    </w:p>
    <w:p w14:paraId="41E7B675" w14:textId="77777777" w:rsidR="00926F50" w:rsidRPr="00926F50" w:rsidRDefault="00926F50" w:rsidP="00926F50">
      <w:pPr>
        <w:pStyle w:val="ListBullet"/>
        <w:rPr>
          <w:lang w:val="en-AU"/>
        </w:rPr>
      </w:pPr>
      <w:r w:rsidRPr="00926F50">
        <w:rPr>
          <w:lang w:val="en-AU"/>
        </w:rPr>
        <w:t>Rather than manufacturing lubricant itself, James is looking for a specialist lubricant partner that can supply a suitable high-performance product under his company's own brand.</w:t>
      </w:r>
    </w:p>
    <w:p w14:paraId="714F9120" w14:textId="77777777" w:rsidR="00926F50" w:rsidRPr="00926F50" w:rsidRDefault="00926F50" w:rsidP="00926F50">
      <w:pPr>
        <w:pStyle w:val="ListBullet"/>
        <w:rPr>
          <w:lang w:val="en-AU"/>
        </w:rPr>
      </w:pPr>
      <w:r w:rsidRPr="00926F50">
        <w:rPr>
          <w:lang w:val="en-AU"/>
        </w:rPr>
        <w:t>KAJO Australia provides James with a local point of contact while giving his business access to KAJO's German manufacturing, technical and product-development expertise where required.</w:t>
      </w:r>
    </w:p>
    <w:p w14:paraId="147F64AD" w14:textId="77777777" w:rsidR="00926F50" w:rsidRPr="00926F50" w:rsidRDefault="00926F50" w:rsidP="00926F50">
      <w:pPr>
        <w:pStyle w:val="ListBullet"/>
        <w:numPr>
          <w:ilvl w:val="0"/>
          <w:numId w:val="0"/>
        </w:numPr>
        <w:rPr>
          <w:b/>
          <w:bCs/>
          <w:lang w:val="en-AU"/>
        </w:rPr>
      </w:pPr>
      <w:r w:rsidRPr="00926F50">
        <w:rPr>
          <w:b/>
          <w:bCs/>
          <w:lang w:val="en-AU"/>
        </w:rPr>
        <w:t>Typical Situation</w:t>
      </w:r>
    </w:p>
    <w:p w14:paraId="7645F19F" w14:textId="77777777" w:rsidR="00926F50" w:rsidRPr="00926F50" w:rsidRDefault="00926F50" w:rsidP="00926F50">
      <w:pPr>
        <w:pStyle w:val="ListBullet"/>
        <w:rPr>
          <w:lang w:val="en-AU"/>
        </w:rPr>
      </w:pPr>
      <w:r w:rsidRPr="00926F50">
        <w:rPr>
          <w:lang w:val="en-AU"/>
        </w:rPr>
        <w:t>James's business already has an established equipment brand and customer base. Lubrication is an important part of maintaining the equipment it supplies, creating an opportunity to offer customers a lubricant specifically associated with the equipment.</w:t>
      </w:r>
    </w:p>
    <w:p w14:paraId="74536A7A" w14:textId="77777777" w:rsidR="00926F50" w:rsidRPr="00926F50" w:rsidRDefault="00926F50" w:rsidP="00926F50">
      <w:pPr>
        <w:pStyle w:val="ListBullet"/>
        <w:rPr>
          <w:lang w:val="en-AU"/>
        </w:rPr>
      </w:pPr>
      <w:r w:rsidRPr="00926F50">
        <w:rPr>
          <w:lang w:val="en-AU"/>
        </w:rPr>
        <w:t>The grease could be supplied with each new attachment and then made available for customers to purchase again when they need more.</w:t>
      </w:r>
    </w:p>
    <w:p w14:paraId="3F28C521" w14:textId="77777777" w:rsidR="00926F50" w:rsidRPr="00926F50" w:rsidRDefault="00926F50" w:rsidP="00926F50">
      <w:pPr>
        <w:pStyle w:val="ListBullet"/>
        <w:rPr>
          <w:lang w:val="en-AU"/>
        </w:rPr>
      </w:pPr>
      <w:r w:rsidRPr="00926F50">
        <w:rPr>
          <w:lang w:val="en-AU"/>
        </w:rPr>
        <w:t>This gives James's business the opportunity to provide customers with a clear lubricant recommendation while also creating an ongoing aftermarket product opportunity.</w:t>
      </w:r>
    </w:p>
    <w:p w14:paraId="2F7E4AD9" w14:textId="77777777" w:rsidR="00926F50" w:rsidRDefault="00926F50" w:rsidP="00926F50">
      <w:pPr>
        <w:pStyle w:val="ListBullet"/>
        <w:rPr>
          <w:lang w:val="en-AU"/>
        </w:rPr>
      </w:pPr>
      <w:r w:rsidRPr="00926F50">
        <w:rPr>
          <w:lang w:val="en-AU"/>
        </w:rPr>
        <w:t xml:space="preserve">Where an existing KAJO formulation meets the equipment requirements, </w:t>
      </w:r>
      <w:r w:rsidRPr="00926F50">
        <w:rPr>
          <w:b/>
          <w:bCs/>
          <w:lang w:val="en-AU"/>
        </w:rPr>
        <w:t>KAJO Australia can work with James to establish the product for private-label supply</w:t>
      </w:r>
      <w:r w:rsidRPr="00926F50">
        <w:rPr>
          <w:lang w:val="en-AU"/>
        </w:rPr>
        <w:t>.</w:t>
      </w:r>
    </w:p>
    <w:p w14:paraId="3E8F95D4" w14:textId="43D07752" w:rsidR="00926F50" w:rsidRPr="00926F50" w:rsidRDefault="00926F50" w:rsidP="00926F50">
      <w:pPr>
        <w:pStyle w:val="ListBullet"/>
        <w:rPr>
          <w:lang w:val="en-AU"/>
        </w:rPr>
      </w:pPr>
      <w:r w:rsidRPr="00926F50">
        <w:rPr>
          <w:lang w:val="en-AU"/>
        </w:rPr>
        <w:t>If a suitable product does not already exist, KAJO Australia can work directly with KAJO's product development team in Germany to explore a custom formulation specifically for the application.</w:t>
      </w:r>
    </w:p>
    <w:p w14:paraId="726B8325" w14:textId="77777777" w:rsidR="00926F50" w:rsidRDefault="00926F50" w:rsidP="00926F50">
      <w:pPr>
        <w:pStyle w:val="ListBullet"/>
        <w:numPr>
          <w:ilvl w:val="0"/>
          <w:numId w:val="0"/>
        </w:numPr>
        <w:rPr>
          <w:b/>
          <w:bCs/>
          <w:lang w:val="en-AU"/>
        </w:rPr>
      </w:pPr>
    </w:p>
    <w:p w14:paraId="2573BB83" w14:textId="1B0A3A4E" w:rsidR="00926F50" w:rsidRPr="00926F50" w:rsidRDefault="00926F50" w:rsidP="00926F50">
      <w:pPr>
        <w:pStyle w:val="ListBullet"/>
        <w:numPr>
          <w:ilvl w:val="0"/>
          <w:numId w:val="0"/>
        </w:numPr>
        <w:rPr>
          <w:b/>
          <w:bCs/>
          <w:lang w:val="en-AU"/>
        </w:rPr>
      </w:pPr>
      <w:r w:rsidRPr="00926F50">
        <w:rPr>
          <w:b/>
          <w:bCs/>
          <w:lang w:val="en-AU"/>
        </w:rPr>
        <w:t>What Matters to James?</w:t>
      </w:r>
    </w:p>
    <w:p w14:paraId="63ED4DBB" w14:textId="77777777" w:rsidR="00926F50" w:rsidRPr="00926F50" w:rsidRDefault="00926F50" w:rsidP="00926F50">
      <w:pPr>
        <w:pStyle w:val="ListBullet"/>
        <w:numPr>
          <w:ilvl w:val="0"/>
          <w:numId w:val="11"/>
        </w:numPr>
        <w:rPr>
          <w:lang w:val="en-AU"/>
        </w:rPr>
      </w:pPr>
      <w:r w:rsidRPr="00926F50">
        <w:rPr>
          <w:lang w:val="en-AU"/>
        </w:rPr>
        <w:t>Is the lubricant suitable for the equipment, application and operating conditions?</w:t>
      </w:r>
    </w:p>
    <w:p w14:paraId="21CBE12B" w14:textId="77777777" w:rsidR="00926F50" w:rsidRPr="00926F50" w:rsidRDefault="00926F50" w:rsidP="00926F50">
      <w:pPr>
        <w:pStyle w:val="ListBullet"/>
        <w:numPr>
          <w:ilvl w:val="0"/>
          <w:numId w:val="11"/>
        </w:numPr>
        <w:rPr>
          <w:lang w:val="en-AU"/>
        </w:rPr>
      </w:pPr>
      <w:r w:rsidRPr="00926F50">
        <w:rPr>
          <w:lang w:val="en-AU"/>
        </w:rPr>
        <w:t>Can KAJO Australia provide the technical information required to assess the product?</w:t>
      </w:r>
    </w:p>
    <w:p w14:paraId="2589E71E" w14:textId="77777777" w:rsidR="00926F50" w:rsidRPr="00926F50" w:rsidRDefault="00926F50" w:rsidP="00926F50">
      <w:pPr>
        <w:pStyle w:val="ListBullet"/>
        <w:numPr>
          <w:ilvl w:val="0"/>
          <w:numId w:val="11"/>
        </w:numPr>
        <w:rPr>
          <w:lang w:val="en-AU"/>
        </w:rPr>
      </w:pPr>
      <w:r w:rsidRPr="00926F50">
        <w:rPr>
          <w:lang w:val="en-AU"/>
        </w:rPr>
        <w:t>Can the lubricant be supplied under his company's own brand?</w:t>
      </w:r>
    </w:p>
    <w:p w14:paraId="36744217" w14:textId="77777777" w:rsidR="00926F50" w:rsidRPr="00926F50" w:rsidRDefault="00926F50" w:rsidP="00926F50">
      <w:pPr>
        <w:pStyle w:val="ListBullet"/>
        <w:numPr>
          <w:ilvl w:val="0"/>
          <w:numId w:val="11"/>
        </w:numPr>
        <w:rPr>
          <w:lang w:val="en-AU"/>
        </w:rPr>
      </w:pPr>
      <w:r w:rsidRPr="00926F50">
        <w:rPr>
          <w:lang w:val="en-AU"/>
        </w:rPr>
        <w:t>Is there an existing KAJO formulation suitable for the requirement?</w:t>
      </w:r>
    </w:p>
    <w:p w14:paraId="25183E2E" w14:textId="77777777" w:rsidR="00926F50" w:rsidRPr="00926F50" w:rsidRDefault="00926F50" w:rsidP="00926F50">
      <w:pPr>
        <w:pStyle w:val="ListBullet"/>
        <w:numPr>
          <w:ilvl w:val="0"/>
          <w:numId w:val="11"/>
        </w:numPr>
        <w:rPr>
          <w:lang w:val="en-AU"/>
        </w:rPr>
      </w:pPr>
      <w:r w:rsidRPr="00926F50">
        <w:rPr>
          <w:lang w:val="en-AU"/>
        </w:rPr>
        <w:t>If not, can KAJO develop a custom formulation specifically for the application?</w:t>
      </w:r>
    </w:p>
    <w:p w14:paraId="2E162BAD" w14:textId="77777777" w:rsidR="00926F50" w:rsidRPr="00926F50" w:rsidRDefault="00926F50" w:rsidP="00926F50">
      <w:pPr>
        <w:pStyle w:val="ListBullet"/>
        <w:numPr>
          <w:ilvl w:val="0"/>
          <w:numId w:val="11"/>
        </w:numPr>
        <w:rPr>
          <w:lang w:val="en-AU"/>
        </w:rPr>
      </w:pPr>
      <w:r w:rsidRPr="00926F50">
        <w:rPr>
          <w:lang w:val="en-AU"/>
        </w:rPr>
        <w:t>What packaging and pack sizes are available?</w:t>
      </w:r>
    </w:p>
    <w:p w14:paraId="239651D5" w14:textId="77777777" w:rsidR="00926F50" w:rsidRPr="00926F50" w:rsidRDefault="00926F50" w:rsidP="00926F50">
      <w:pPr>
        <w:pStyle w:val="ListBullet"/>
        <w:numPr>
          <w:ilvl w:val="0"/>
          <w:numId w:val="11"/>
        </w:numPr>
        <w:rPr>
          <w:lang w:val="en-AU"/>
        </w:rPr>
      </w:pPr>
      <w:r w:rsidRPr="00926F50">
        <w:rPr>
          <w:lang w:val="en-AU"/>
        </w:rPr>
        <w:t>What minimum order quantities apply?</w:t>
      </w:r>
    </w:p>
    <w:p w14:paraId="58CE24E1" w14:textId="77777777" w:rsidR="00926F50" w:rsidRPr="00926F50" w:rsidRDefault="00926F50" w:rsidP="00926F50">
      <w:pPr>
        <w:pStyle w:val="ListBullet"/>
        <w:numPr>
          <w:ilvl w:val="0"/>
          <w:numId w:val="11"/>
        </w:numPr>
        <w:rPr>
          <w:lang w:val="en-AU"/>
        </w:rPr>
      </w:pPr>
      <w:r w:rsidRPr="00926F50">
        <w:rPr>
          <w:lang w:val="en-AU"/>
        </w:rPr>
        <w:t>What pricing is available based on expected volumes?</w:t>
      </w:r>
    </w:p>
    <w:p w14:paraId="7769B708" w14:textId="77777777" w:rsidR="00926F50" w:rsidRPr="00926F50" w:rsidRDefault="00926F50" w:rsidP="00926F50">
      <w:pPr>
        <w:pStyle w:val="ListBullet"/>
        <w:numPr>
          <w:ilvl w:val="0"/>
          <w:numId w:val="11"/>
        </w:numPr>
        <w:rPr>
          <w:lang w:val="en-AU"/>
        </w:rPr>
      </w:pPr>
      <w:r w:rsidRPr="00926F50">
        <w:rPr>
          <w:lang w:val="en-AU"/>
        </w:rPr>
        <w:t>What are the production and supply lead times?</w:t>
      </w:r>
    </w:p>
    <w:p w14:paraId="2D9FB24E" w14:textId="77777777" w:rsidR="00926F50" w:rsidRPr="00926F50" w:rsidRDefault="00926F50" w:rsidP="00926F50">
      <w:pPr>
        <w:pStyle w:val="ListBullet"/>
        <w:numPr>
          <w:ilvl w:val="0"/>
          <w:numId w:val="11"/>
        </w:numPr>
        <w:rPr>
          <w:lang w:val="en-AU"/>
        </w:rPr>
      </w:pPr>
      <w:r w:rsidRPr="00926F50">
        <w:rPr>
          <w:lang w:val="en-AU"/>
        </w:rPr>
        <w:t>How does the branding, label and approval process work?</w:t>
      </w:r>
    </w:p>
    <w:p w14:paraId="628832AD" w14:textId="77777777" w:rsidR="00926F50" w:rsidRPr="00926F50" w:rsidRDefault="00926F50" w:rsidP="00926F50">
      <w:pPr>
        <w:pStyle w:val="ListBullet"/>
        <w:numPr>
          <w:ilvl w:val="0"/>
          <w:numId w:val="11"/>
        </w:numPr>
        <w:rPr>
          <w:lang w:val="en-AU"/>
        </w:rPr>
      </w:pPr>
      <w:r w:rsidRPr="00926F50">
        <w:rPr>
          <w:lang w:val="en-AU"/>
        </w:rPr>
        <w:t>Can KAJO Australia reliably support the ongoing supply arrangement?</w:t>
      </w:r>
    </w:p>
    <w:p w14:paraId="1E0CF69C" w14:textId="77777777" w:rsidR="00926F50" w:rsidRPr="00926F50" w:rsidRDefault="00926F50" w:rsidP="00926F50">
      <w:pPr>
        <w:pStyle w:val="ListBullet"/>
        <w:numPr>
          <w:ilvl w:val="0"/>
          <w:numId w:val="11"/>
        </w:numPr>
        <w:rPr>
          <w:lang w:val="en-AU"/>
        </w:rPr>
      </w:pPr>
      <w:r w:rsidRPr="00926F50">
        <w:rPr>
          <w:lang w:val="en-AU"/>
        </w:rPr>
        <w:lastRenderedPageBreak/>
        <w:t>Can the relationship expand into additional lubricant products as his business grows?</w:t>
      </w:r>
    </w:p>
    <w:p w14:paraId="725D7764" w14:textId="77777777" w:rsidR="00926F50" w:rsidRPr="00926F50" w:rsidRDefault="00926F50" w:rsidP="00926F50">
      <w:pPr>
        <w:pStyle w:val="ListBullet"/>
        <w:numPr>
          <w:ilvl w:val="0"/>
          <w:numId w:val="0"/>
        </w:numPr>
        <w:ind w:left="360" w:hanging="360"/>
        <w:rPr>
          <w:b/>
          <w:bCs/>
          <w:lang w:val="en-AU"/>
        </w:rPr>
      </w:pPr>
      <w:r w:rsidRPr="00926F50">
        <w:rPr>
          <w:b/>
          <w:bCs/>
          <w:lang w:val="en-AU"/>
        </w:rPr>
        <w:t>Typical Buying Triggers</w:t>
      </w:r>
    </w:p>
    <w:p w14:paraId="06BA246D" w14:textId="77777777" w:rsidR="00926F50" w:rsidRPr="00926F50" w:rsidRDefault="00926F50" w:rsidP="00926F50">
      <w:pPr>
        <w:pStyle w:val="ListBullet"/>
        <w:numPr>
          <w:ilvl w:val="0"/>
          <w:numId w:val="12"/>
        </w:numPr>
        <w:rPr>
          <w:lang w:val="en-AU"/>
        </w:rPr>
      </w:pPr>
      <w:r w:rsidRPr="00926F50">
        <w:rPr>
          <w:lang w:val="en-AU"/>
        </w:rPr>
        <w:t>The business already supplies grease with its equipment and is reviewing the current product or supplier.</w:t>
      </w:r>
    </w:p>
    <w:p w14:paraId="2E142F0F" w14:textId="77777777" w:rsidR="00926F50" w:rsidRPr="00926F50" w:rsidRDefault="00926F50" w:rsidP="00926F50">
      <w:pPr>
        <w:pStyle w:val="ListBullet"/>
        <w:numPr>
          <w:ilvl w:val="0"/>
          <w:numId w:val="12"/>
        </w:numPr>
        <w:rPr>
          <w:lang w:val="en-AU"/>
        </w:rPr>
      </w:pPr>
      <w:r w:rsidRPr="00926F50">
        <w:rPr>
          <w:lang w:val="en-AU"/>
        </w:rPr>
        <w:t xml:space="preserve">The business wants to introduce its </w:t>
      </w:r>
      <w:r w:rsidRPr="00926F50">
        <w:rPr>
          <w:b/>
          <w:bCs/>
          <w:lang w:val="en-AU"/>
        </w:rPr>
        <w:t>own branded lubricant</w:t>
      </w:r>
      <w:r w:rsidRPr="00926F50">
        <w:rPr>
          <w:lang w:val="en-AU"/>
        </w:rPr>
        <w:t xml:space="preserve"> rather than supplying another lubricant brand.</w:t>
      </w:r>
    </w:p>
    <w:p w14:paraId="575E1489" w14:textId="77777777" w:rsidR="00926F50" w:rsidRPr="00926F50" w:rsidRDefault="00926F50" w:rsidP="00926F50">
      <w:pPr>
        <w:pStyle w:val="ListBullet"/>
        <w:numPr>
          <w:ilvl w:val="0"/>
          <w:numId w:val="12"/>
        </w:numPr>
        <w:rPr>
          <w:lang w:val="en-AU"/>
        </w:rPr>
      </w:pPr>
      <w:r w:rsidRPr="00926F50">
        <w:rPr>
          <w:lang w:val="en-AU"/>
        </w:rPr>
        <w:t>It wants customers to have a clearly recommended lubricant for its equipment.</w:t>
      </w:r>
    </w:p>
    <w:p w14:paraId="4F46AD8D" w14:textId="77777777" w:rsidR="00926F50" w:rsidRPr="00926F50" w:rsidRDefault="00926F50" w:rsidP="00926F50">
      <w:pPr>
        <w:pStyle w:val="ListBullet"/>
        <w:numPr>
          <w:ilvl w:val="0"/>
          <w:numId w:val="12"/>
        </w:numPr>
        <w:rPr>
          <w:lang w:val="en-AU"/>
        </w:rPr>
      </w:pPr>
      <w:r w:rsidRPr="00926F50">
        <w:rPr>
          <w:lang w:val="en-AU"/>
        </w:rPr>
        <w:t>It sees an opportunity to generate ongoing aftermarket sales after the initial equipment purchase.</w:t>
      </w:r>
    </w:p>
    <w:p w14:paraId="657CD5A2" w14:textId="77777777" w:rsidR="00926F50" w:rsidRPr="00926F50" w:rsidRDefault="00926F50" w:rsidP="00926F50">
      <w:pPr>
        <w:pStyle w:val="ListBullet"/>
        <w:numPr>
          <w:ilvl w:val="0"/>
          <w:numId w:val="12"/>
        </w:numPr>
        <w:rPr>
          <w:lang w:val="en-AU"/>
        </w:rPr>
      </w:pPr>
      <w:r w:rsidRPr="00926F50">
        <w:rPr>
          <w:lang w:val="en-AU"/>
        </w:rPr>
        <w:t>It wants to expand its maintenance, consumables or after-sales offering.</w:t>
      </w:r>
    </w:p>
    <w:p w14:paraId="011C98C6" w14:textId="77777777" w:rsidR="00926F50" w:rsidRPr="00926F50" w:rsidRDefault="00926F50" w:rsidP="00926F50">
      <w:pPr>
        <w:pStyle w:val="ListBullet"/>
        <w:numPr>
          <w:ilvl w:val="0"/>
          <w:numId w:val="12"/>
        </w:numPr>
        <w:rPr>
          <w:lang w:val="en-AU"/>
        </w:rPr>
      </w:pPr>
      <w:r w:rsidRPr="00926F50">
        <w:rPr>
          <w:lang w:val="en-AU"/>
        </w:rPr>
        <w:t>New equipment or applications create different lubricant requirements.</w:t>
      </w:r>
    </w:p>
    <w:p w14:paraId="411D8D24" w14:textId="77777777" w:rsidR="00926F50" w:rsidRPr="00926F50" w:rsidRDefault="00926F50" w:rsidP="00926F50">
      <w:pPr>
        <w:pStyle w:val="ListBullet"/>
        <w:numPr>
          <w:ilvl w:val="0"/>
          <w:numId w:val="12"/>
        </w:numPr>
        <w:rPr>
          <w:lang w:val="en-AU"/>
        </w:rPr>
      </w:pPr>
      <w:r w:rsidRPr="00926F50">
        <w:rPr>
          <w:lang w:val="en-AU"/>
        </w:rPr>
        <w:t>The current lubricant does not fully meet the required application or performance requirements.</w:t>
      </w:r>
    </w:p>
    <w:p w14:paraId="25BC742D" w14:textId="77777777" w:rsidR="00926F50" w:rsidRPr="00926F50" w:rsidRDefault="00926F50" w:rsidP="00926F50">
      <w:pPr>
        <w:pStyle w:val="ListBullet"/>
        <w:numPr>
          <w:ilvl w:val="0"/>
          <w:numId w:val="12"/>
        </w:numPr>
        <w:rPr>
          <w:lang w:val="en-AU"/>
        </w:rPr>
      </w:pPr>
      <w:r w:rsidRPr="00926F50">
        <w:rPr>
          <w:lang w:val="en-AU"/>
        </w:rPr>
        <w:t>The business wants a lubricant partner that can support both current and future requirements.</w:t>
      </w:r>
    </w:p>
    <w:p w14:paraId="25543DBA" w14:textId="77777777" w:rsidR="00926F50" w:rsidRDefault="00926F50" w:rsidP="00926F50">
      <w:pPr>
        <w:pStyle w:val="ListBullet"/>
        <w:numPr>
          <w:ilvl w:val="0"/>
          <w:numId w:val="0"/>
        </w:numPr>
        <w:ind w:left="360" w:hanging="360"/>
        <w:rPr>
          <w:b/>
          <w:bCs/>
          <w:lang w:val="en-AU"/>
        </w:rPr>
      </w:pPr>
    </w:p>
    <w:p w14:paraId="49C195F9" w14:textId="21932737" w:rsidR="00926F50" w:rsidRPr="00926F50" w:rsidRDefault="00926F50" w:rsidP="00926F50">
      <w:pPr>
        <w:pStyle w:val="ListBullet"/>
        <w:numPr>
          <w:ilvl w:val="0"/>
          <w:numId w:val="0"/>
        </w:numPr>
        <w:ind w:left="360" w:hanging="360"/>
        <w:rPr>
          <w:b/>
          <w:bCs/>
          <w:lang w:val="en-AU"/>
        </w:rPr>
      </w:pPr>
      <w:r w:rsidRPr="00926F50">
        <w:rPr>
          <w:b/>
          <w:bCs/>
          <w:lang w:val="en-AU"/>
        </w:rPr>
        <w:t>Potential Barriers</w:t>
      </w:r>
    </w:p>
    <w:p w14:paraId="22A35111" w14:textId="77777777" w:rsidR="00926F50" w:rsidRPr="00926F50" w:rsidRDefault="00926F50" w:rsidP="00926F50">
      <w:pPr>
        <w:pStyle w:val="ListBullet"/>
        <w:numPr>
          <w:ilvl w:val="0"/>
          <w:numId w:val="0"/>
        </w:numPr>
        <w:ind w:left="360"/>
        <w:rPr>
          <w:lang w:val="en-AU"/>
        </w:rPr>
      </w:pPr>
      <w:r w:rsidRPr="00926F50">
        <w:rPr>
          <w:lang w:val="en-AU"/>
        </w:rPr>
        <w:t>The biggest potential barrier is the additional commitment involved in moving from purchasing a standard lubricant to establishing a private-label supply arrangement.</w:t>
      </w:r>
    </w:p>
    <w:p w14:paraId="6E69CA52" w14:textId="77777777" w:rsidR="00926F50" w:rsidRPr="00926F50" w:rsidRDefault="00926F50" w:rsidP="00926F50">
      <w:pPr>
        <w:pStyle w:val="ListBullet"/>
        <w:numPr>
          <w:ilvl w:val="0"/>
          <w:numId w:val="13"/>
        </w:numPr>
        <w:rPr>
          <w:lang w:val="en-AU"/>
        </w:rPr>
      </w:pPr>
      <w:r w:rsidRPr="00926F50">
        <w:rPr>
          <w:lang w:val="en-AU"/>
        </w:rPr>
        <w:t>Minimum order quantities.</w:t>
      </w:r>
    </w:p>
    <w:p w14:paraId="6B83A120" w14:textId="77777777" w:rsidR="00926F50" w:rsidRPr="00926F50" w:rsidRDefault="00926F50" w:rsidP="00926F50">
      <w:pPr>
        <w:pStyle w:val="ListBullet"/>
        <w:numPr>
          <w:ilvl w:val="0"/>
          <w:numId w:val="13"/>
        </w:numPr>
        <w:rPr>
          <w:lang w:val="en-AU"/>
        </w:rPr>
      </w:pPr>
      <w:r w:rsidRPr="00926F50">
        <w:rPr>
          <w:lang w:val="en-AU"/>
        </w:rPr>
        <w:t>Expected demand and purchasing volumes.</w:t>
      </w:r>
    </w:p>
    <w:p w14:paraId="33C933D9" w14:textId="77777777" w:rsidR="00926F50" w:rsidRPr="00926F50" w:rsidRDefault="00926F50" w:rsidP="00926F50">
      <w:pPr>
        <w:pStyle w:val="ListBullet"/>
        <w:numPr>
          <w:ilvl w:val="0"/>
          <w:numId w:val="13"/>
        </w:numPr>
        <w:rPr>
          <w:lang w:val="en-AU"/>
        </w:rPr>
      </w:pPr>
      <w:r w:rsidRPr="00926F50">
        <w:rPr>
          <w:lang w:val="en-AU"/>
        </w:rPr>
        <w:t>Pricing and commercial viability.</w:t>
      </w:r>
    </w:p>
    <w:p w14:paraId="48D6E2F9" w14:textId="77777777" w:rsidR="00926F50" w:rsidRPr="00926F50" w:rsidRDefault="00926F50" w:rsidP="00926F50">
      <w:pPr>
        <w:pStyle w:val="ListBullet"/>
        <w:numPr>
          <w:ilvl w:val="0"/>
          <w:numId w:val="13"/>
        </w:numPr>
        <w:rPr>
          <w:lang w:val="en-AU"/>
        </w:rPr>
      </w:pPr>
      <w:r w:rsidRPr="00926F50">
        <w:rPr>
          <w:lang w:val="en-AU"/>
        </w:rPr>
        <w:t>Packaging and labelling requirements.</w:t>
      </w:r>
    </w:p>
    <w:p w14:paraId="76CE4DCF" w14:textId="77777777" w:rsidR="00926F50" w:rsidRPr="00926F50" w:rsidRDefault="00926F50" w:rsidP="00926F50">
      <w:pPr>
        <w:pStyle w:val="ListBullet"/>
        <w:numPr>
          <w:ilvl w:val="0"/>
          <w:numId w:val="13"/>
        </w:numPr>
        <w:rPr>
          <w:lang w:val="en-AU"/>
        </w:rPr>
      </w:pPr>
      <w:r w:rsidRPr="00926F50">
        <w:rPr>
          <w:lang w:val="en-AU"/>
        </w:rPr>
        <w:t>Production and delivery lead times.</w:t>
      </w:r>
    </w:p>
    <w:p w14:paraId="638BF8DB" w14:textId="77777777" w:rsidR="00926F50" w:rsidRPr="00926F50" w:rsidRDefault="00926F50" w:rsidP="00926F50">
      <w:pPr>
        <w:pStyle w:val="ListBullet"/>
        <w:numPr>
          <w:ilvl w:val="0"/>
          <w:numId w:val="13"/>
        </w:numPr>
        <w:rPr>
          <w:lang w:val="en-AU"/>
        </w:rPr>
      </w:pPr>
      <w:r w:rsidRPr="00926F50">
        <w:rPr>
          <w:lang w:val="en-AU"/>
        </w:rPr>
        <w:t>Confidence that the lubricant is suitable for the equipment.</w:t>
      </w:r>
    </w:p>
    <w:p w14:paraId="0BD6D0BD" w14:textId="77777777" w:rsidR="00926F50" w:rsidRPr="00926F50" w:rsidRDefault="00926F50" w:rsidP="00926F50">
      <w:pPr>
        <w:pStyle w:val="ListBullet"/>
        <w:numPr>
          <w:ilvl w:val="0"/>
          <w:numId w:val="13"/>
        </w:numPr>
        <w:rPr>
          <w:lang w:val="en-AU"/>
        </w:rPr>
      </w:pPr>
      <w:r w:rsidRPr="00926F50">
        <w:rPr>
          <w:lang w:val="en-AU"/>
        </w:rPr>
        <w:t>Product testing or approval requirements.</w:t>
      </w:r>
    </w:p>
    <w:p w14:paraId="4B129AB5" w14:textId="77777777" w:rsidR="00926F50" w:rsidRPr="00926F50" w:rsidRDefault="00926F50" w:rsidP="00926F50">
      <w:pPr>
        <w:pStyle w:val="ListBullet"/>
        <w:numPr>
          <w:ilvl w:val="0"/>
          <w:numId w:val="13"/>
        </w:numPr>
        <w:rPr>
          <w:lang w:val="en-AU"/>
        </w:rPr>
      </w:pPr>
      <w:r w:rsidRPr="00926F50">
        <w:rPr>
          <w:lang w:val="en-AU"/>
        </w:rPr>
        <w:t>Changing from an existing lubricant supplier.</w:t>
      </w:r>
    </w:p>
    <w:p w14:paraId="23C5E680" w14:textId="77777777" w:rsidR="00926F50" w:rsidRPr="00926F50" w:rsidRDefault="00926F50" w:rsidP="00926F50">
      <w:pPr>
        <w:pStyle w:val="ListBullet"/>
        <w:numPr>
          <w:ilvl w:val="0"/>
          <w:numId w:val="13"/>
        </w:numPr>
        <w:rPr>
          <w:lang w:val="en-AU"/>
        </w:rPr>
      </w:pPr>
      <w:r w:rsidRPr="00926F50">
        <w:rPr>
          <w:lang w:val="en-AU"/>
        </w:rPr>
        <w:t>Managing stock of its own branded product.</w:t>
      </w:r>
    </w:p>
    <w:p w14:paraId="7A2880AE" w14:textId="77777777" w:rsidR="00926F50" w:rsidRPr="00926F50" w:rsidRDefault="00926F50" w:rsidP="00926F50">
      <w:pPr>
        <w:pStyle w:val="ListBullet"/>
        <w:numPr>
          <w:ilvl w:val="0"/>
          <w:numId w:val="13"/>
        </w:numPr>
        <w:rPr>
          <w:lang w:val="en-AU"/>
        </w:rPr>
      </w:pPr>
      <w:r w:rsidRPr="00926F50">
        <w:rPr>
          <w:lang w:val="en-AU"/>
        </w:rPr>
        <w:t>Confidence in ongoing supply.</w:t>
      </w:r>
    </w:p>
    <w:p w14:paraId="7EDD9EA6" w14:textId="77777777" w:rsidR="00926F50" w:rsidRPr="00926F50" w:rsidRDefault="00926F50" w:rsidP="00926F50">
      <w:pPr>
        <w:pStyle w:val="ListBullet"/>
        <w:numPr>
          <w:ilvl w:val="0"/>
          <w:numId w:val="13"/>
        </w:numPr>
        <w:rPr>
          <w:lang w:val="en-AU"/>
        </w:rPr>
      </w:pPr>
      <w:r w:rsidRPr="00926F50">
        <w:rPr>
          <w:lang w:val="en-AU"/>
        </w:rPr>
        <w:t>The time and complexity involved in establishing a private-label product.</w:t>
      </w:r>
    </w:p>
    <w:p w14:paraId="3188250D" w14:textId="77777777" w:rsidR="00926F50" w:rsidRDefault="00926F50" w:rsidP="00926F50">
      <w:pPr>
        <w:pStyle w:val="ListBullet"/>
        <w:numPr>
          <w:ilvl w:val="0"/>
          <w:numId w:val="0"/>
        </w:numPr>
        <w:ind w:left="360"/>
        <w:rPr>
          <w:b/>
          <w:bCs/>
          <w:lang w:val="en-AU"/>
        </w:rPr>
      </w:pPr>
    </w:p>
    <w:p w14:paraId="24F2041F" w14:textId="77777777" w:rsidR="00926F50" w:rsidRDefault="00926F50" w:rsidP="00926F50">
      <w:pPr>
        <w:pStyle w:val="ListBullet"/>
        <w:numPr>
          <w:ilvl w:val="0"/>
          <w:numId w:val="0"/>
        </w:numPr>
        <w:ind w:left="360"/>
        <w:rPr>
          <w:b/>
          <w:bCs/>
          <w:lang w:val="en-AU"/>
        </w:rPr>
      </w:pPr>
    </w:p>
    <w:p w14:paraId="171C47DC" w14:textId="6FD74BE9" w:rsidR="00926F50" w:rsidRPr="00926F50" w:rsidRDefault="00926F50" w:rsidP="0050457A">
      <w:pPr>
        <w:pStyle w:val="Heading2"/>
        <w:rPr>
          <w:lang w:val="en-AU"/>
        </w:rPr>
      </w:pPr>
      <w:r w:rsidRPr="00926F50">
        <w:rPr>
          <w:lang w:val="en-AU"/>
        </w:rPr>
        <w:t>James's Likely Buying Journey – Example</w:t>
      </w:r>
    </w:p>
    <w:p w14:paraId="32FD78A6" w14:textId="77777777" w:rsidR="00926F50" w:rsidRPr="00926F50" w:rsidRDefault="00926F50" w:rsidP="00926F50">
      <w:pPr>
        <w:pStyle w:val="ListBullet"/>
        <w:numPr>
          <w:ilvl w:val="0"/>
          <w:numId w:val="0"/>
        </w:numPr>
        <w:ind w:left="360" w:hanging="360"/>
        <w:rPr>
          <w:b/>
          <w:bCs/>
          <w:lang w:val="en-AU"/>
        </w:rPr>
      </w:pPr>
      <w:r w:rsidRPr="00926F50">
        <w:rPr>
          <w:b/>
          <w:bCs/>
          <w:lang w:val="en-AU"/>
        </w:rPr>
        <w:t>Example Situation</w:t>
      </w:r>
    </w:p>
    <w:p w14:paraId="410A34D9" w14:textId="77777777" w:rsidR="00926F50" w:rsidRPr="00926F50" w:rsidRDefault="00926F50" w:rsidP="00926F50">
      <w:pPr>
        <w:pStyle w:val="ListBullet"/>
        <w:rPr>
          <w:lang w:val="en-AU"/>
        </w:rPr>
      </w:pPr>
      <w:r w:rsidRPr="00926F50">
        <w:rPr>
          <w:lang w:val="en-AU"/>
        </w:rPr>
        <w:t>James owns and manages an Australian business supplying heavy-equipment attachments.</w:t>
      </w:r>
    </w:p>
    <w:p w14:paraId="3F9A39AE" w14:textId="77777777" w:rsidR="00926F50" w:rsidRPr="00926F50" w:rsidRDefault="00926F50" w:rsidP="00926F50">
      <w:pPr>
        <w:pStyle w:val="ListBullet"/>
        <w:rPr>
          <w:lang w:val="en-AU"/>
        </w:rPr>
      </w:pPr>
      <w:r w:rsidRPr="00926F50">
        <w:rPr>
          <w:lang w:val="en-AU"/>
        </w:rPr>
        <w:t>His business currently provides a box of grease with each new attachment so customers have the appropriate lubricant available from the outset.</w:t>
      </w:r>
    </w:p>
    <w:p w14:paraId="1AA3A1AE" w14:textId="77777777" w:rsidR="00926F50" w:rsidRDefault="00926F50" w:rsidP="00926F50">
      <w:pPr>
        <w:pStyle w:val="ListBullet"/>
        <w:rPr>
          <w:lang w:val="en-AU"/>
        </w:rPr>
      </w:pPr>
      <w:r w:rsidRPr="00926F50">
        <w:rPr>
          <w:lang w:val="en-AU"/>
        </w:rPr>
        <w:t xml:space="preserve">James sees an opportunity to introduce a </w:t>
      </w:r>
      <w:r w:rsidRPr="00926F50">
        <w:rPr>
          <w:b/>
          <w:bCs/>
          <w:lang w:val="en-AU"/>
        </w:rPr>
        <w:t>company-branded grease</w:t>
      </w:r>
      <w:r w:rsidRPr="00926F50">
        <w:rPr>
          <w:lang w:val="en-AU"/>
        </w:rPr>
        <w:t xml:space="preserve"> that can be supplied with every attachment and then sold to customers as the recommended replacement grease for ongoing maintenance.</w:t>
      </w:r>
    </w:p>
    <w:p w14:paraId="340B4072" w14:textId="77777777" w:rsidR="00926F50" w:rsidRPr="00926F50" w:rsidRDefault="00926F50" w:rsidP="00926F50">
      <w:pPr>
        <w:pStyle w:val="ListBullet"/>
        <w:numPr>
          <w:ilvl w:val="0"/>
          <w:numId w:val="0"/>
        </w:numPr>
        <w:ind w:left="360" w:hanging="360"/>
        <w:rPr>
          <w:lang w:val="en-AU"/>
        </w:rPr>
      </w:pPr>
    </w:p>
    <w:p w14:paraId="127E3F0B" w14:textId="77777777" w:rsidR="00926F50" w:rsidRPr="00926F50" w:rsidRDefault="00926F50" w:rsidP="00926F50">
      <w:pPr>
        <w:pStyle w:val="ListBullet"/>
        <w:numPr>
          <w:ilvl w:val="0"/>
          <w:numId w:val="0"/>
        </w:numPr>
        <w:ind w:left="360" w:hanging="360"/>
        <w:rPr>
          <w:b/>
          <w:bCs/>
          <w:lang w:val="en-AU"/>
        </w:rPr>
      </w:pPr>
      <w:r w:rsidRPr="00926F50">
        <w:rPr>
          <w:b/>
          <w:bCs/>
          <w:lang w:val="en-AU"/>
        </w:rPr>
        <w:t>1. Opportunity Arises</w:t>
      </w:r>
    </w:p>
    <w:p w14:paraId="104550A1" w14:textId="77777777" w:rsidR="00926F50" w:rsidRPr="00926F50" w:rsidRDefault="00926F50" w:rsidP="00926F50">
      <w:pPr>
        <w:pStyle w:val="ListBullet"/>
        <w:rPr>
          <w:lang w:val="en-AU"/>
        </w:rPr>
      </w:pPr>
      <w:r w:rsidRPr="00926F50">
        <w:rPr>
          <w:lang w:val="en-AU"/>
        </w:rPr>
        <w:t>James reviews the grease currently supplied with the company's equipment.</w:t>
      </w:r>
    </w:p>
    <w:p w14:paraId="4E32FCD7" w14:textId="77777777" w:rsidR="00926F50" w:rsidRPr="00926F50" w:rsidRDefault="00926F50" w:rsidP="00926F50">
      <w:pPr>
        <w:pStyle w:val="ListBullet"/>
        <w:rPr>
          <w:lang w:val="en-AU"/>
        </w:rPr>
      </w:pPr>
      <w:r w:rsidRPr="00926F50">
        <w:rPr>
          <w:lang w:val="en-AU"/>
        </w:rPr>
        <w:t>This may be prompted by a desire to strengthen the company's own brand, improve the lubricant being supplied, achieve a better commercial arrangement, create an ongoing aftermarket product or establish a more direct relationship with the lubricant manufacturer.</w:t>
      </w:r>
    </w:p>
    <w:p w14:paraId="151AA178" w14:textId="77777777" w:rsidR="00926F50" w:rsidRPr="00926F50" w:rsidRDefault="00926F50" w:rsidP="00926F50">
      <w:pPr>
        <w:pStyle w:val="ListBullet"/>
        <w:rPr>
          <w:lang w:val="en-AU"/>
        </w:rPr>
      </w:pPr>
      <w:r w:rsidRPr="00926F50">
        <w:rPr>
          <w:lang w:val="en-AU"/>
        </w:rPr>
        <w:t>His initial question is:</w:t>
      </w:r>
    </w:p>
    <w:p w14:paraId="39B13882" w14:textId="77777777" w:rsidR="00926F50" w:rsidRPr="00926F50" w:rsidRDefault="00926F50" w:rsidP="00926F50">
      <w:pPr>
        <w:pStyle w:val="ListBullet"/>
        <w:numPr>
          <w:ilvl w:val="0"/>
          <w:numId w:val="0"/>
        </w:numPr>
        <w:rPr>
          <w:lang w:val="en-AU"/>
        </w:rPr>
      </w:pPr>
      <w:r w:rsidRPr="00926F50">
        <w:rPr>
          <w:b/>
          <w:bCs/>
          <w:lang w:val="en-AU"/>
        </w:rPr>
        <w:t>"Could we have our own branded grease specifically suited to the equipment we sell?"</w:t>
      </w:r>
    </w:p>
    <w:p w14:paraId="53B2BBC0" w14:textId="77777777" w:rsidR="00926F50" w:rsidRDefault="00926F50" w:rsidP="00926F50">
      <w:pPr>
        <w:pStyle w:val="ListBullet"/>
        <w:numPr>
          <w:ilvl w:val="0"/>
          <w:numId w:val="0"/>
        </w:numPr>
        <w:ind w:left="360" w:hanging="360"/>
        <w:rPr>
          <w:b/>
          <w:bCs/>
          <w:lang w:val="en-AU"/>
        </w:rPr>
      </w:pPr>
    </w:p>
    <w:p w14:paraId="5ED1AABE" w14:textId="15BB7636" w:rsidR="00926F50" w:rsidRPr="00926F50" w:rsidRDefault="00926F50" w:rsidP="00926F50">
      <w:pPr>
        <w:pStyle w:val="ListBullet"/>
        <w:numPr>
          <w:ilvl w:val="0"/>
          <w:numId w:val="0"/>
        </w:numPr>
        <w:ind w:left="360" w:hanging="360"/>
        <w:rPr>
          <w:b/>
          <w:bCs/>
          <w:lang w:val="en-AU"/>
        </w:rPr>
      </w:pPr>
      <w:r w:rsidRPr="00926F50">
        <w:rPr>
          <w:b/>
          <w:bCs/>
          <w:lang w:val="en-AU"/>
        </w:rPr>
        <w:t>2. Speaks with KAJO Australia</w:t>
      </w:r>
    </w:p>
    <w:p w14:paraId="2C901ADC" w14:textId="77777777" w:rsidR="00926F50" w:rsidRPr="00926F50" w:rsidRDefault="00926F50" w:rsidP="00926F50">
      <w:pPr>
        <w:pStyle w:val="ListBullet"/>
        <w:rPr>
          <w:lang w:val="en-AU"/>
        </w:rPr>
      </w:pPr>
      <w:r w:rsidRPr="00926F50">
        <w:rPr>
          <w:lang w:val="en-AU"/>
        </w:rPr>
        <w:t>James discusses the opportunity with KAJO Australia.</w:t>
      </w:r>
    </w:p>
    <w:p w14:paraId="2F63299D" w14:textId="77777777" w:rsidR="00926F50" w:rsidRPr="00926F50" w:rsidRDefault="00926F50" w:rsidP="00926F50">
      <w:pPr>
        <w:pStyle w:val="ListBullet"/>
        <w:rPr>
          <w:lang w:val="en-AU"/>
        </w:rPr>
      </w:pPr>
      <w:r w:rsidRPr="00926F50">
        <w:rPr>
          <w:lang w:val="en-AU"/>
        </w:rPr>
        <w:lastRenderedPageBreak/>
        <w:t>KAJO Australia first needs to understand:</w:t>
      </w:r>
    </w:p>
    <w:p w14:paraId="0A402EA6" w14:textId="77777777" w:rsidR="00926F50" w:rsidRPr="00926F50" w:rsidRDefault="00926F50" w:rsidP="00926F50">
      <w:pPr>
        <w:pStyle w:val="ListBullet"/>
        <w:numPr>
          <w:ilvl w:val="0"/>
          <w:numId w:val="0"/>
        </w:numPr>
        <w:rPr>
          <w:lang w:val="en-AU"/>
        </w:rPr>
      </w:pPr>
      <w:r w:rsidRPr="00926F50">
        <w:rPr>
          <w:b/>
          <w:bCs/>
          <w:lang w:val="en-AU"/>
        </w:rPr>
        <w:t>Equipment → lubrication application → operating conditions → current product → technical requirements → expected volumes → packaging → branding</w:t>
      </w:r>
    </w:p>
    <w:p w14:paraId="5B4A5C23" w14:textId="77777777" w:rsidR="00926F50" w:rsidRPr="00926F50" w:rsidRDefault="00926F50" w:rsidP="00926F50">
      <w:pPr>
        <w:pStyle w:val="ListBullet"/>
        <w:rPr>
          <w:lang w:val="en-AU"/>
        </w:rPr>
      </w:pPr>
      <w:r w:rsidRPr="00926F50">
        <w:rPr>
          <w:lang w:val="en-AU"/>
        </w:rPr>
        <w:t xml:space="preserve">James is evaluating KAJO Australia not simply as a lubricant supplier, but as a potential </w:t>
      </w:r>
      <w:r w:rsidRPr="00926F50">
        <w:rPr>
          <w:b/>
          <w:bCs/>
          <w:lang w:val="en-AU"/>
        </w:rPr>
        <w:t>long-term supply partner with direct access to German manufacturing and product-development expertise.</w:t>
      </w:r>
    </w:p>
    <w:p w14:paraId="5757077E" w14:textId="77777777" w:rsidR="00926F50" w:rsidRDefault="00926F50" w:rsidP="00926F50">
      <w:pPr>
        <w:pStyle w:val="ListBullet"/>
        <w:numPr>
          <w:ilvl w:val="0"/>
          <w:numId w:val="0"/>
        </w:numPr>
        <w:rPr>
          <w:b/>
          <w:bCs/>
          <w:lang w:val="en-AU"/>
        </w:rPr>
      </w:pPr>
    </w:p>
    <w:p w14:paraId="38AA7E2C" w14:textId="77777777" w:rsidR="00926F50" w:rsidRDefault="00926F50" w:rsidP="00926F50">
      <w:pPr>
        <w:pStyle w:val="ListBullet"/>
        <w:numPr>
          <w:ilvl w:val="0"/>
          <w:numId w:val="0"/>
        </w:numPr>
        <w:rPr>
          <w:b/>
          <w:bCs/>
          <w:lang w:val="en-AU"/>
        </w:rPr>
      </w:pPr>
    </w:p>
    <w:p w14:paraId="4EBD8FA5" w14:textId="40C74B8F" w:rsidR="00926F50" w:rsidRPr="00926F50" w:rsidRDefault="00926F50" w:rsidP="00926F50">
      <w:pPr>
        <w:pStyle w:val="ListBullet"/>
        <w:numPr>
          <w:ilvl w:val="0"/>
          <w:numId w:val="0"/>
        </w:numPr>
        <w:rPr>
          <w:b/>
          <w:bCs/>
          <w:lang w:val="en-AU"/>
        </w:rPr>
      </w:pPr>
      <w:r w:rsidRPr="00926F50">
        <w:rPr>
          <w:b/>
          <w:bCs/>
          <w:lang w:val="en-AU"/>
        </w:rPr>
        <w:t>3. Confirms the Right Product</w:t>
      </w:r>
    </w:p>
    <w:p w14:paraId="593C7A1E" w14:textId="77777777" w:rsidR="00926F50" w:rsidRPr="00926F50" w:rsidRDefault="00926F50" w:rsidP="00926F50">
      <w:pPr>
        <w:pStyle w:val="ListBullet"/>
        <w:rPr>
          <w:lang w:val="en-AU"/>
        </w:rPr>
      </w:pPr>
      <w:r w:rsidRPr="00926F50">
        <w:rPr>
          <w:lang w:val="en-AU"/>
        </w:rPr>
        <w:t>KAJO Australia works with James to understand the equipment, application, operating conditions and technical requirements to determine the most appropriate lubricant.</w:t>
      </w:r>
    </w:p>
    <w:p w14:paraId="0025AE30" w14:textId="77777777" w:rsidR="00926F50" w:rsidRPr="00926F50" w:rsidRDefault="00926F50" w:rsidP="00926F50">
      <w:pPr>
        <w:pStyle w:val="ListBullet"/>
        <w:rPr>
          <w:lang w:val="en-AU"/>
        </w:rPr>
      </w:pPr>
      <w:r w:rsidRPr="00926F50">
        <w:rPr>
          <w:lang w:val="en-AU"/>
        </w:rPr>
        <w:t>There are two potential pathways:</w:t>
      </w:r>
    </w:p>
    <w:p w14:paraId="324FF20D" w14:textId="77777777" w:rsidR="00926F50" w:rsidRDefault="00926F50" w:rsidP="00926F50">
      <w:pPr>
        <w:pStyle w:val="ListBullet"/>
        <w:numPr>
          <w:ilvl w:val="0"/>
          <w:numId w:val="0"/>
        </w:numPr>
        <w:rPr>
          <w:b/>
          <w:bCs/>
          <w:lang w:val="en-AU"/>
        </w:rPr>
      </w:pPr>
    </w:p>
    <w:p w14:paraId="40982062" w14:textId="33CC9FEB" w:rsidR="00926F50" w:rsidRPr="00926F50" w:rsidRDefault="00926F50" w:rsidP="00926F50">
      <w:pPr>
        <w:pStyle w:val="ListBullet"/>
        <w:numPr>
          <w:ilvl w:val="0"/>
          <w:numId w:val="0"/>
        </w:numPr>
        <w:rPr>
          <w:lang w:val="en-AU"/>
        </w:rPr>
      </w:pPr>
      <w:r w:rsidRPr="00926F50">
        <w:rPr>
          <w:b/>
          <w:bCs/>
          <w:lang w:val="en-AU"/>
        </w:rPr>
        <w:t>Existing KAJO formulation</w:t>
      </w:r>
      <w:r w:rsidRPr="00926F50">
        <w:rPr>
          <w:lang w:val="en-AU"/>
        </w:rPr>
        <w:br/>
        <w:t>Suitable product identified → suitability confirmed → private-label supply</w:t>
      </w:r>
    </w:p>
    <w:p w14:paraId="271F2B3E" w14:textId="77777777" w:rsidR="00926F50" w:rsidRPr="00926F50" w:rsidRDefault="00926F50" w:rsidP="004E42E6">
      <w:pPr>
        <w:pStyle w:val="ListBullet"/>
        <w:numPr>
          <w:ilvl w:val="0"/>
          <w:numId w:val="0"/>
        </w:numPr>
        <w:rPr>
          <w:lang w:val="en-AU"/>
        </w:rPr>
      </w:pPr>
      <w:r w:rsidRPr="00926F50">
        <w:rPr>
          <w:b/>
          <w:bCs/>
          <w:lang w:val="en-AU"/>
        </w:rPr>
        <w:t>Custom formulation required</w:t>
      </w:r>
      <w:r w:rsidRPr="00926F50">
        <w:rPr>
          <w:lang w:val="en-AU"/>
        </w:rPr>
        <w:br/>
        <w:t>No existing product fully meets the requirements → KAJO Australia works with KAJO's product development team in Germany → formulation development/testing → approval → private-label supply</w:t>
      </w:r>
    </w:p>
    <w:p w14:paraId="71CAB101" w14:textId="77777777" w:rsidR="00926F50" w:rsidRDefault="00926F50" w:rsidP="004E42E6">
      <w:pPr>
        <w:pStyle w:val="ListBullet"/>
        <w:numPr>
          <w:ilvl w:val="0"/>
          <w:numId w:val="0"/>
        </w:numPr>
        <w:rPr>
          <w:lang w:val="en-AU"/>
        </w:rPr>
      </w:pPr>
      <w:r w:rsidRPr="00926F50">
        <w:rPr>
          <w:lang w:val="en-AU"/>
        </w:rPr>
        <w:t>This gives James access to an existing KAJO formulation where suitable, while also providing a pathway to a more specific solution where the application requires it.</w:t>
      </w:r>
    </w:p>
    <w:p w14:paraId="688D41E5" w14:textId="77777777" w:rsidR="004E42E6" w:rsidRPr="00926F50" w:rsidRDefault="004E42E6" w:rsidP="004E42E6">
      <w:pPr>
        <w:pStyle w:val="ListBullet"/>
        <w:numPr>
          <w:ilvl w:val="0"/>
          <w:numId w:val="0"/>
        </w:numPr>
        <w:rPr>
          <w:lang w:val="en-AU"/>
        </w:rPr>
      </w:pPr>
    </w:p>
    <w:p w14:paraId="07F55825" w14:textId="77777777" w:rsidR="00926F50" w:rsidRDefault="00926F50" w:rsidP="004E42E6">
      <w:pPr>
        <w:pStyle w:val="ListBullet"/>
        <w:numPr>
          <w:ilvl w:val="0"/>
          <w:numId w:val="0"/>
        </w:numPr>
        <w:rPr>
          <w:b/>
          <w:bCs/>
          <w:lang w:val="en-AU"/>
        </w:rPr>
      </w:pPr>
      <w:r w:rsidRPr="00926F50">
        <w:rPr>
          <w:b/>
          <w:bCs/>
          <w:lang w:val="en-AU"/>
        </w:rPr>
        <w:t>4. Evaluates the Private-Label Arrangement</w:t>
      </w:r>
    </w:p>
    <w:p w14:paraId="5FE9CDDA" w14:textId="77777777" w:rsidR="004E42E6" w:rsidRPr="00926F50" w:rsidRDefault="004E42E6" w:rsidP="004E42E6">
      <w:pPr>
        <w:pStyle w:val="ListBullet"/>
        <w:numPr>
          <w:ilvl w:val="0"/>
          <w:numId w:val="0"/>
        </w:numPr>
        <w:rPr>
          <w:b/>
          <w:bCs/>
          <w:lang w:val="en-AU"/>
        </w:rPr>
      </w:pPr>
    </w:p>
    <w:p w14:paraId="6A4342C1" w14:textId="77777777" w:rsidR="00926F50" w:rsidRPr="00926F50" w:rsidRDefault="00926F50" w:rsidP="004E42E6">
      <w:pPr>
        <w:pStyle w:val="ListBullet"/>
        <w:numPr>
          <w:ilvl w:val="0"/>
          <w:numId w:val="0"/>
        </w:numPr>
        <w:rPr>
          <w:lang w:val="en-AU"/>
        </w:rPr>
      </w:pPr>
      <w:r w:rsidRPr="00926F50">
        <w:rPr>
          <w:lang w:val="en-AU"/>
        </w:rPr>
        <w:t>Once the appropriate product pathway has been established, James considers the wider commercial and supply requirements:</w:t>
      </w:r>
    </w:p>
    <w:p w14:paraId="3164D29C" w14:textId="77777777" w:rsidR="00926F50" w:rsidRPr="00926F50" w:rsidRDefault="00926F50" w:rsidP="004E42E6">
      <w:pPr>
        <w:pStyle w:val="ListBullet"/>
        <w:numPr>
          <w:ilvl w:val="0"/>
          <w:numId w:val="0"/>
        </w:numPr>
        <w:rPr>
          <w:lang w:val="en-AU"/>
        </w:rPr>
      </w:pPr>
      <w:r w:rsidRPr="00926F50">
        <w:rPr>
          <w:b/>
          <w:bCs/>
          <w:lang w:val="en-AU"/>
        </w:rPr>
        <w:t>Product suitability → performance → packaging/pack size → branding → minimum quantities → expected volumes → pricing → lead times → ongoing supply</w:t>
      </w:r>
    </w:p>
    <w:p w14:paraId="03F0851D" w14:textId="77777777" w:rsidR="00926F50" w:rsidRDefault="00926F50" w:rsidP="004E42E6">
      <w:pPr>
        <w:pStyle w:val="ListBullet"/>
        <w:numPr>
          <w:ilvl w:val="0"/>
          <w:numId w:val="0"/>
        </w:numPr>
        <w:rPr>
          <w:lang w:val="en-AU"/>
        </w:rPr>
      </w:pPr>
      <w:r w:rsidRPr="00926F50">
        <w:rPr>
          <w:lang w:val="en-AU"/>
        </w:rPr>
        <w:t>James also needs to understand what is required from his business to establish and approve the private-label product.</w:t>
      </w:r>
    </w:p>
    <w:p w14:paraId="1F5C561A" w14:textId="77777777" w:rsidR="004E42E6" w:rsidRPr="00926F50" w:rsidRDefault="004E42E6" w:rsidP="004E42E6">
      <w:pPr>
        <w:pStyle w:val="ListBullet"/>
        <w:numPr>
          <w:ilvl w:val="0"/>
          <w:numId w:val="0"/>
        </w:numPr>
        <w:rPr>
          <w:lang w:val="en-AU"/>
        </w:rPr>
      </w:pPr>
    </w:p>
    <w:p w14:paraId="3D2F663A" w14:textId="77777777" w:rsidR="00926F50" w:rsidRPr="00926F50" w:rsidRDefault="00926F50" w:rsidP="004E42E6">
      <w:pPr>
        <w:pStyle w:val="ListBullet"/>
        <w:numPr>
          <w:ilvl w:val="0"/>
          <w:numId w:val="0"/>
        </w:numPr>
        <w:rPr>
          <w:b/>
          <w:bCs/>
          <w:lang w:val="en-AU"/>
        </w:rPr>
      </w:pPr>
      <w:r w:rsidRPr="00926F50">
        <w:rPr>
          <w:b/>
          <w:bCs/>
          <w:lang w:val="en-AU"/>
        </w:rPr>
        <w:t>5. Establishes the Product</w:t>
      </w:r>
    </w:p>
    <w:p w14:paraId="5E719DDA" w14:textId="77777777" w:rsidR="00926F50" w:rsidRPr="00926F50" w:rsidRDefault="00926F50" w:rsidP="004E42E6">
      <w:pPr>
        <w:pStyle w:val="ListBullet"/>
        <w:numPr>
          <w:ilvl w:val="0"/>
          <w:numId w:val="0"/>
        </w:numPr>
        <w:rPr>
          <w:lang w:val="en-AU"/>
        </w:rPr>
      </w:pPr>
      <w:r w:rsidRPr="00926F50">
        <w:rPr>
          <w:lang w:val="en-AU"/>
        </w:rPr>
        <w:t>Once the lubricant, packaging, commercial arrangement and branding requirements are agreed, the product can move through the required approval and production process.</w:t>
      </w:r>
    </w:p>
    <w:p w14:paraId="47C1ABC8" w14:textId="77777777" w:rsidR="00926F50" w:rsidRPr="00926F50" w:rsidRDefault="00926F50" w:rsidP="004E42E6">
      <w:pPr>
        <w:pStyle w:val="ListBullet"/>
        <w:numPr>
          <w:ilvl w:val="0"/>
          <w:numId w:val="0"/>
        </w:numPr>
        <w:rPr>
          <w:lang w:val="en-AU"/>
        </w:rPr>
      </w:pPr>
      <w:r w:rsidRPr="00926F50">
        <w:rPr>
          <w:lang w:val="en-AU"/>
        </w:rPr>
        <w:t xml:space="preserve">The finished lubricant carries </w:t>
      </w:r>
      <w:r w:rsidRPr="00926F50">
        <w:rPr>
          <w:b/>
          <w:bCs/>
          <w:lang w:val="en-AU"/>
        </w:rPr>
        <w:t>James's company branding</w:t>
      </w:r>
      <w:r w:rsidRPr="00926F50">
        <w:rPr>
          <w:lang w:val="en-AU"/>
        </w:rPr>
        <w:t xml:space="preserve"> and can be supplied alongside the equipment it is intended to support.</w:t>
      </w:r>
    </w:p>
    <w:p w14:paraId="6BE7ED99" w14:textId="77777777" w:rsidR="00926F50" w:rsidRPr="00926F50" w:rsidRDefault="00926F50" w:rsidP="004E42E6">
      <w:pPr>
        <w:pStyle w:val="ListBullet"/>
        <w:numPr>
          <w:ilvl w:val="0"/>
          <w:numId w:val="0"/>
        </w:numPr>
        <w:rPr>
          <w:lang w:val="en-AU"/>
        </w:rPr>
      </w:pPr>
      <w:r w:rsidRPr="00926F50">
        <w:rPr>
          <w:lang w:val="en-AU"/>
        </w:rPr>
        <w:t>For example:</w:t>
      </w:r>
    </w:p>
    <w:p w14:paraId="5E91D2F4" w14:textId="77777777" w:rsidR="004E42E6" w:rsidRDefault="004E42E6" w:rsidP="004E42E6">
      <w:pPr>
        <w:pStyle w:val="ListBullet"/>
        <w:numPr>
          <w:ilvl w:val="0"/>
          <w:numId w:val="0"/>
        </w:numPr>
        <w:rPr>
          <w:b/>
          <w:bCs/>
          <w:lang w:val="en-AU"/>
        </w:rPr>
      </w:pPr>
    </w:p>
    <w:p w14:paraId="3B92ED89" w14:textId="57C5E93E" w:rsidR="00926F50" w:rsidRPr="004E42E6" w:rsidRDefault="00926F50" w:rsidP="004E42E6">
      <w:pPr>
        <w:pStyle w:val="ListBullet"/>
        <w:numPr>
          <w:ilvl w:val="0"/>
          <w:numId w:val="0"/>
        </w:numPr>
        <w:rPr>
          <w:lang w:val="en-AU"/>
        </w:rPr>
      </w:pPr>
      <w:r w:rsidRPr="00926F50">
        <w:rPr>
          <w:b/>
          <w:bCs/>
          <w:lang w:val="en-AU"/>
        </w:rPr>
        <w:t>Attachment sold → branded grease supplied with attachment → customer uses recommended grease from day one</w:t>
      </w:r>
    </w:p>
    <w:p w14:paraId="5BC2B5D1" w14:textId="77777777" w:rsidR="004E42E6" w:rsidRPr="00926F50" w:rsidRDefault="004E42E6" w:rsidP="004E42E6">
      <w:pPr>
        <w:pStyle w:val="ListBullet"/>
        <w:numPr>
          <w:ilvl w:val="0"/>
          <w:numId w:val="0"/>
        </w:numPr>
        <w:ind w:left="360" w:hanging="360"/>
        <w:rPr>
          <w:lang w:val="en-AU"/>
        </w:rPr>
      </w:pPr>
    </w:p>
    <w:p w14:paraId="0EAF6A6D" w14:textId="77BBF01A" w:rsidR="00926F50" w:rsidRPr="00926F50" w:rsidRDefault="00926F50" w:rsidP="004E42E6">
      <w:pPr>
        <w:pStyle w:val="ListBullet"/>
        <w:numPr>
          <w:ilvl w:val="0"/>
          <w:numId w:val="0"/>
        </w:numPr>
        <w:ind w:left="360" w:hanging="360"/>
        <w:rPr>
          <w:b/>
          <w:bCs/>
          <w:lang w:val="en-AU"/>
        </w:rPr>
      </w:pPr>
      <w:r w:rsidRPr="00926F50">
        <w:rPr>
          <w:b/>
          <w:bCs/>
          <w:lang w:val="en-AU"/>
        </w:rPr>
        <w:t>6. Ongoing Supply &amp; Repeat Sales</w:t>
      </w:r>
    </w:p>
    <w:p w14:paraId="7A92A046" w14:textId="77777777" w:rsidR="00926F50" w:rsidRDefault="00926F50" w:rsidP="004E42E6">
      <w:pPr>
        <w:pStyle w:val="ListBullet"/>
        <w:numPr>
          <w:ilvl w:val="0"/>
          <w:numId w:val="0"/>
        </w:numPr>
        <w:ind w:left="360" w:hanging="360"/>
        <w:rPr>
          <w:lang w:val="en-AU"/>
        </w:rPr>
      </w:pPr>
      <w:r w:rsidRPr="00926F50">
        <w:rPr>
          <w:lang w:val="en-AU"/>
        </w:rPr>
        <w:t>James continues purchasing the private-label grease through KAJO Australia as new equipment is sold and existing customers require replacement product.</w:t>
      </w:r>
    </w:p>
    <w:p w14:paraId="164B9CF6" w14:textId="77777777" w:rsidR="004E42E6" w:rsidRPr="00926F50" w:rsidRDefault="004E42E6" w:rsidP="004E42E6">
      <w:pPr>
        <w:pStyle w:val="ListBullet"/>
        <w:numPr>
          <w:ilvl w:val="0"/>
          <w:numId w:val="0"/>
        </w:numPr>
        <w:rPr>
          <w:lang w:val="en-AU"/>
        </w:rPr>
      </w:pPr>
    </w:p>
    <w:p w14:paraId="661BA4F9" w14:textId="3C460518" w:rsidR="00926F50" w:rsidRPr="00926F50" w:rsidRDefault="004E42E6" w:rsidP="004E42E6">
      <w:pPr>
        <w:pStyle w:val="ListBullet"/>
        <w:numPr>
          <w:ilvl w:val="0"/>
          <w:numId w:val="0"/>
        </w:numPr>
        <w:rPr>
          <w:lang w:val="en-AU"/>
        </w:rPr>
      </w:pPr>
      <w:r>
        <w:rPr>
          <w:lang w:val="en-AU"/>
        </w:rPr>
        <w:t xml:space="preserve">     </w:t>
      </w:r>
      <w:r w:rsidR="00926F50" w:rsidRPr="00926F50">
        <w:rPr>
          <w:lang w:val="en-AU"/>
        </w:rPr>
        <w:t>The opportunity therefore extends beyond the initial box supplied with the attachment:</w:t>
      </w:r>
    </w:p>
    <w:p w14:paraId="4D94D4ED" w14:textId="77777777" w:rsidR="00926F50" w:rsidRDefault="00926F50" w:rsidP="004E42E6">
      <w:pPr>
        <w:pStyle w:val="ListBullet"/>
        <w:numPr>
          <w:ilvl w:val="0"/>
          <w:numId w:val="0"/>
        </w:numPr>
        <w:ind w:left="360"/>
        <w:rPr>
          <w:b/>
          <w:bCs/>
          <w:lang w:val="en-AU"/>
        </w:rPr>
      </w:pPr>
      <w:r w:rsidRPr="00926F50">
        <w:rPr>
          <w:b/>
          <w:bCs/>
          <w:lang w:val="en-AU"/>
        </w:rPr>
        <w:t>New attachment → first box of grease → customer requires replacement grease → repeat purchase through James's business</w:t>
      </w:r>
    </w:p>
    <w:p w14:paraId="11DB1C54" w14:textId="77777777" w:rsidR="004E42E6" w:rsidRPr="00926F50" w:rsidRDefault="004E42E6" w:rsidP="004E42E6">
      <w:pPr>
        <w:pStyle w:val="ListBullet"/>
        <w:numPr>
          <w:ilvl w:val="0"/>
          <w:numId w:val="0"/>
        </w:numPr>
        <w:ind w:left="360"/>
        <w:rPr>
          <w:lang w:val="en-AU"/>
        </w:rPr>
      </w:pPr>
    </w:p>
    <w:p w14:paraId="61B95439" w14:textId="3EA949E8" w:rsidR="00926F50" w:rsidRPr="00926F50" w:rsidRDefault="004E42E6" w:rsidP="004E42E6">
      <w:pPr>
        <w:pStyle w:val="ListBullet"/>
        <w:numPr>
          <w:ilvl w:val="0"/>
          <w:numId w:val="0"/>
        </w:numPr>
        <w:ind w:left="360" w:hanging="360"/>
        <w:rPr>
          <w:lang w:val="en-AU"/>
        </w:rPr>
      </w:pPr>
      <w:r>
        <w:rPr>
          <w:lang w:val="en-AU"/>
        </w:rPr>
        <w:t xml:space="preserve">     </w:t>
      </w:r>
      <w:r w:rsidR="00926F50" w:rsidRPr="00926F50">
        <w:rPr>
          <w:lang w:val="en-AU"/>
        </w:rPr>
        <w:t>As the relationship develops, KAJO Australia may also support additional equipment, lubricant products, pack sizes or more specialised requirements.</w:t>
      </w:r>
    </w:p>
    <w:p w14:paraId="642C8C21" w14:textId="77777777" w:rsidR="004E42E6" w:rsidRDefault="004E42E6" w:rsidP="004E42E6">
      <w:pPr>
        <w:pStyle w:val="ListBullet"/>
        <w:numPr>
          <w:ilvl w:val="0"/>
          <w:numId w:val="0"/>
        </w:numPr>
        <w:rPr>
          <w:lang w:val="en-AU"/>
        </w:rPr>
      </w:pPr>
    </w:p>
    <w:p w14:paraId="1DE0FD87" w14:textId="04AC61B2" w:rsidR="00926F50" w:rsidRPr="00926F50" w:rsidRDefault="00926F50" w:rsidP="004E42E6">
      <w:pPr>
        <w:pStyle w:val="ListBullet"/>
        <w:numPr>
          <w:ilvl w:val="0"/>
          <w:numId w:val="0"/>
        </w:numPr>
        <w:rPr>
          <w:lang w:val="en-AU"/>
        </w:rPr>
      </w:pPr>
      <w:r w:rsidRPr="00926F50">
        <w:rPr>
          <w:lang w:val="en-AU"/>
        </w:rPr>
        <w:t>The relationship moves from:</w:t>
      </w:r>
    </w:p>
    <w:p w14:paraId="5B6AF052" w14:textId="77777777" w:rsidR="00926F50" w:rsidRPr="00926F50" w:rsidRDefault="00926F50" w:rsidP="004E42E6">
      <w:pPr>
        <w:pStyle w:val="ListBullet"/>
        <w:numPr>
          <w:ilvl w:val="0"/>
          <w:numId w:val="0"/>
        </w:numPr>
        <w:ind w:left="360" w:hanging="360"/>
        <w:rPr>
          <w:lang w:val="en-AU"/>
        </w:rPr>
      </w:pPr>
      <w:r w:rsidRPr="00926F50">
        <w:rPr>
          <w:b/>
          <w:bCs/>
          <w:lang w:val="en-AU"/>
        </w:rPr>
        <w:t>"Can KAJO Australia help us establish our own branded grease?" → "How can KAJO Australia support our ongoing lubricant range?"</w:t>
      </w:r>
    </w:p>
    <w:p w14:paraId="3092502F" w14:textId="77777777" w:rsidR="00926F50" w:rsidRPr="00926F50" w:rsidRDefault="00926F50" w:rsidP="004E42E6">
      <w:pPr>
        <w:pStyle w:val="ListBullet"/>
        <w:numPr>
          <w:ilvl w:val="0"/>
          <w:numId w:val="0"/>
        </w:numPr>
        <w:ind w:left="360" w:hanging="360"/>
        <w:rPr>
          <w:b/>
          <w:bCs/>
          <w:lang w:val="en-AU"/>
        </w:rPr>
      </w:pPr>
      <w:r w:rsidRPr="00926F50">
        <w:rPr>
          <w:b/>
          <w:bCs/>
          <w:lang w:val="en-AU"/>
        </w:rPr>
        <w:t>Example Application</w:t>
      </w:r>
    </w:p>
    <w:p w14:paraId="781ADF1B" w14:textId="77777777" w:rsidR="00926F50" w:rsidRDefault="00926F50" w:rsidP="00926F50">
      <w:pPr>
        <w:pStyle w:val="ListBullet"/>
        <w:rPr>
          <w:lang w:val="en-AU"/>
        </w:rPr>
      </w:pPr>
      <w:r w:rsidRPr="00926F50">
        <w:rPr>
          <w:b/>
          <w:bCs/>
          <w:lang w:val="en-AU"/>
        </w:rPr>
        <w:t>Business:</w:t>
      </w:r>
      <w:r w:rsidRPr="00926F50">
        <w:rPr>
          <w:lang w:val="en-AU"/>
        </w:rPr>
        <w:t xml:space="preserve"> Heavy-equipment attachment manufacturer / supplier</w:t>
      </w:r>
      <w:r w:rsidRPr="00926F50">
        <w:rPr>
          <w:lang w:val="en-AU"/>
        </w:rPr>
        <w:br/>
      </w:r>
      <w:r w:rsidRPr="00926F50">
        <w:rPr>
          <w:b/>
          <w:bCs/>
          <w:lang w:val="en-AU"/>
        </w:rPr>
        <w:t>Equipment:</w:t>
      </w:r>
      <w:r w:rsidRPr="00926F50">
        <w:rPr>
          <w:lang w:val="en-AU"/>
        </w:rPr>
        <w:t xml:space="preserve"> Hydraulic breakers and heavy-equipment attachments</w:t>
      </w:r>
      <w:r w:rsidRPr="00926F50">
        <w:rPr>
          <w:lang w:val="en-AU"/>
        </w:rPr>
        <w:br/>
      </w:r>
      <w:r w:rsidRPr="00926F50">
        <w:rPr>
          <w:b/>
          <w:bCs/>
          <w:lang w:val="en-AU"/>
        </w:rPr>
        <w:t>Requirement:</w:t>
      </w:r>
      <w:r w:rsidRPr="00926F50">
        <w:rPr>
          <w:lang w:val="en-AU"/>
        </w:rPr>
        <w:t xml:space="preserve"> Grease supplied with new equipment and for ongoing maintenance</w:t>
      </w:r>
      <w:r w:rsidRPr="00926F50">
        <w:rPr>
          <w:lang w:val="en-AU"/>
        </w:rPr>
        <w:br/>
      </w:r>
      <w:r w:rsidRPr="00926F50">
        <w:rPr>
          <w:b/>
          <w:bCs/>
          <w:lang w:val="en-AU"/>
        </w:rPr>
        <w:t>Product opportunity:</w:t>
      </w:r>
      <w:r w:rsidRPr="00926F50">
        <w:rPr>
          <w:lang w:val="en-AU"/>
        </w:rPr>
        <w:t xml:space="preserve"> Company-branded / private-label grease</w:t>
      </w:r>
      <w:r w:rsidRPr="00926F50">
        <w:rPr>
          <w:lang w:val="en-AU"/>
        </w:rPr>
        <w:br/>
      </w:r>
      <w:r w:rsidRPr="00926F50">
        <w:rPr>
          <w:b/>
          <w:bCs/>
          <w:lang w:val="en-AU"/>
        </w:rPr>
        <w:t>Ongoing opportunity:</w:t>
      </w:r>
      <w:r w:rsidRPr="00926F50">
        <w:rPr>
          <w:lang w:val="en-AU"/>
        </w:rPr>
        <w:t xml:space="preserve"> Initial equipment supply + replacement grease sales</w:t>
      </w:r>
    </w:p>
    <w:p w14:paraId="0A579920" w14:textId="77777777" w:rsidR="004E42E6" w:rsidRPr="00926F50" w:rsidRDefault="004E42E6" w:rsidP="004E42E6">
      <w:pPr>
        <w:pStyle w:val="ListBullet"/>
        <w:numPr>
          <w:ilvl w:val="0"/>
          <w:numId w:val="0"/>
        </w:numPr>
        <w:ind w:left="360"/>
        <w:rPr>
          <w:lang w:val="en-AU"/>
        </w:rPr>
      </w:pPr>
    </w:p>
    <w:p w14:paraId="39EE0C50" w14:textId="2D39277B" w:rsidR="00926F50" w:rsidRPr="00926F50" w:rsidRDefault="00926F50" w:rsidP="004E42E6">
      <w:pPr>
        <w:pStyle w:val="ListBullet"/>
        <w:numPr>
          <w:ilvl w:val="0"/>
          <w:numId w:val="0"/>
        </w:numPr>
        <w:ind w:left="360" w:hanging="360"/>
        <w:rPr>
          <w:b/>
          <w:bCs/>
          <w:lang w:val="en-AU"/>
        </w:rPr>
      </w:pPr>
      <w:r w:rsidRPr="00926F50">
        <w:rPr>
          <w:b/>
          <w:bCs/>
          <w:lang w:val="en-AU"/>
        </w:rPr>
        <w:t>What KAJO Australia Needs to Provide James</w:t>
      </w:r>
      <w:r w:rsidR="004E42E6">
        <w:rPr>
          <w:b/>
          <w:bCs/>
          <w:lang w:val="en-AU"/>
        </w:rPr>
        <w:t>:</w:t>
      </w:r>
    </w:p>
    <w:p w14:paraId="7C5B3C7D" w14:textId="77777777" w:rsidR="00926F50" w:rsidRPr="00926F50" w:rsidRDefault="00926F50" w:rsidP="00926F50">
      <w:pPr>
        <w:pStyle w:val="ListBullet"/>
        <w:numPr>
          <w:ilvl w:val="0"/>
          <w:numId w:val="0"/>
        </w:numPr>
        <w:ind w:left="360"/>
        <w:rPr>
          <w:lang w:val="en-AU"/>
        </w:rPr>
      </w:pPr>
      <w:r w:rsidRPr="00926F50">
        <w:rPr>
          <w:lang w:val="en-AU"/>
        </w:rPr>
        <w:t>KAJO Australia needs to make it easy for James to move through the following decision path:</w:t>
      </w:r>
    </w:p>
    <w:p w14:paraId="532C8909" w14:textId="546E7988" w:rsidR="00926F50" w:rsidRDefault="004E42E6" w:rsidP="004E42E6">
      <w:pPr>
        <w:pStyle w:val="ListBullet"/>
        <w:numPr>
          <w:ilvl w:val="0"/>
          <w:numId w:val="0"/>
        </w:numPr>
        <w:ind w:left="360" w:hanging="360"/>
        <w:rPr>
          <w:b/>
          <w:bCs/>
          <w:lang w:val="en-AU"/>
        </w:rPr>
      </w:pPr>
      <w:r>
        <w:rPr>
          <w:b/>
          <w:bCs/>
          <w:lang w:val="en-AU"/>
        </w:rPr>
        <w:t xml:space="preserve">       </w:t>
      </w:r>
      <w:r w:rsidR="00926F50" w:rsidRPr="00926F50">
        <w:rPr>
          <w:b/>
          <w:bCs/>
          <w:lang w:val="en-AU"/>
        </w:rPr>
        <w:t>Our equipment → What lubricant does it require? → Does an existing KAJO product suit? →Existing or custom formulation → Confirm private-label requirements → Agree volumes, pricing and packaging → Approve product/branding → Manufacture &amp; supply → Reorder</w:t>
      </w:r>
    </w:p>
    <w:p w14:paraId="190322C4" w14:textId="77777777" w:rsidR="004E42E6" w:rsidRPr="00926F50" w:rsidRDefault="004E42E6" w:rsidP="00926F50">
      <w:pPr>
        <w:pStyle w:val="ListBullet"/>
        <w:numPr>
          <w:ilvl w:val="0"/>
          <w:numId w:val="0"/>
        </w:numPr>
        <w:ind w:left="360"/>
        <w:rPr>
          <w:lang w:val="en-AU"/>
        </w:rPr>
      </w:pPr>
    </w:p>
    <w:p w14:paraId="6E920166" w14:textId="77777777" w:rsidR="00926F50" w:rsidRPr="00926F50" w:rsidRDefault="00926F50" w:rsidP="00926F50">
      <w:pPr>
        <w:pStyle w:val="ListBullet"/>
        <w:numPr>
          <w:ilvl w:val="0"/>
          <w:numId w:val="14"/>
        </w:numPr>
        <w:rPr>
          <w:lang w:val="en-AU"/>
        </w:rPr>
      </w:pPr>
      <w:r w:rsidRPr="00926F50">
        <w:rPr>
          <w:lang w:val="en-AU"/>
        </w:rPr>
        <w:t>Product and application assessment.</w:t>
      </w:r>
    </w:p>
    <w:p w14:paraId="724C8BCE" w14:textId="77777777" w:rsidR="00926F50" w:rsidRPr="00926F50" w:rsidRDefault="00926F50" w:rsidP="00926F50">
      <w:pPr>
        <w:pStyle w:val="ListBullet"/>
        <w:numPr>
          <w:ilvl w:val="0"/>
          <w:numId w:val="14"/>
        </w:numPr>
        <w:rPr>
          <w:lang w:val="en-AU"/>
        </w:rPr>
      </w:pPr>
      <w:r w:rsidRPr="00926F50">
        <w:rPr>
          <w:lang w:val="en-AU"/>
        </w:rPr>
        <w:t>Clear product suitability and technical information.</w:t>
      </w:r>
    </w:p>
    <w:p w14:paraId="7D9C5172" w14:textId="77777777" w:rsidR="00926F50" w:rsidRPr="00926F50" w:rsidRDefault="00926F50" w:rsidP="00926F50">
      <w:pPr>
        <w:pStyle w:val="ListBullet"/>
        <w:numPr>
          <w:ilvl w:val="0"/>
          <w:numId w:val="14"/>
        </w:numPr>
        <w:rPr>
          <w:lang w:val="en-AU"/>
        </w:rPr>
      </w:pPr>
      <w:r w:rsidRPr="00926F50">
        <w:rPr>
          <w:lang w:val="en-AU"/>
        </w:rPr>
        <w:t>Access to KAJO's German manufacturing and product-development expertise.</w:t>
      </w:r>
    </w:p>
    <w:p w14:paraId="70ED8D1B" w14:textId="77777777" w:rsidR="00926F50" w:rsidRPr="00926F50" w:rsidRDefault="00926F50" w:rsidP="00926F50">
      <w:pPr>
        <w:pStyle w:val="ListBullet"/>
        <w:numPr>
          <w:ilvl w:val="0"/>
          <w:numId w:val="14"/>
        </w:numPr>
        <w:rPr>
          <w:lang w:val="en-AU"/>
        </w:rPr>
      </w:pPr>
      <w:r w:rsidRPr="00926F50">
        <w:rPr>
          <w:lang w:val="en-AU"/>
        </w:rPr>
        <w:t>An existing suitable KAJO formulation where available.</w:t>
      </w:r>
    </w:p>
    <w:p w14:paraId="644B270A" w14:textId="77777777" w:rsidR="00926F50" w:rsidRPr="00926F50" w:rsidRDefault="00926F50" w:rsidP="00926F50">
      <w:pPr>
        <w:pStyle w:val="ListBullet"/>
        <w:numPr>
          <w:ilvl w:val="0"/>
          <w:numId w:val="14"/>
        </w:numPr>
        <w:rPr>
          <w:lang w:val="en-AU"/>
        </w:rPr>
      </w:pPr>
      <w:r w:rsidRPr="00926F50">
        <w:rPr>
          <w:lang w:val="en-AU"/>
        </w:rPr>
        <w:t>Access to custom formulation and KAJO's product development team in Germany where an existing product does not meet the application requirements.</w:t>
      </w:r>
    </w:p>
    <w:p w14:paraId="32258991" w14:textId="77777777" w:rsidR="00926F50" w:rsidRPr="00926F50" w:rsidRDefault="00926F50" w:rsidP="00926F50">
      <w:pPr>
        <w:pStyle w:val="ListBullet"/>
        <w:numPr>
          <w:ilvl w:val="0"/>
          <w:numId w:val="14"/>
        </w:numPr>
        <w:rPr>
          <w:lang w:val="en-AU"/>
        </w:rPr>
      </w:pPr>
      <w:r w:rsidRPr="00926F50">
        <w:rPr>
          <w:lang w:val="en-AU"/>
        </w:rPr>
        <w:t>Private-label capability.</w:t>
      </w:r>
    </w:p>
    <w:p w14:paraId="651B5ED5" w14:textId="77777777" w:rsidR="00926F50" w:rsidRPr="00926F50" w:rsidRDefault="00926F50" w:rsidP="00926F50">
      <w:pPr>
        <w:pStyle w:val="ListBullet"/>
        <w:numPr>
          <w:ilvl w:val="0"/>
          <w:numId w:val="14"/>
        </w:numPr>
        <w:rPr>
          <w:lang w:val="en-AU"/>
        </w:rPr>
      </w:pPr>
      <w:r w:rsidRPr="00926F50">
        <w:rPr>
          <w:lang w:val="en-AU"/>
        </w:rPr>
        <w:t>Clear packaging and pack-size options.</w:t>
      </w:r>
    </w:p>
    <w:p w14:paraId="66120571" w14:textId="77777777" w:rsidR="00926F50" w:rsidRPr="00926F50" w:rsidRDefault="00926F50" w:rsidP="00926F50">
      <w:pPr>
        <w:pStyle w:val="ListBullet"/>
        <w:numPr>
          <w:ilvl w:val="0"/>
          <w:numId w:val="14"/>
        </w:numPr>
        <w:rPr>
          <w:lang w:val="en-AU"/>
        </w:rPr>
      </w:pPr>
      <w:r w:rsidRPr="00926F50">
        <w:rPr>
          <w:lang w:val="en-AU"/>
        </w:rPr>
        <w:t>Minimum order quantity requirements.</w:t>
      </w:r>
    </w:p>
    <w:p w14:paraId="5C67A7C0" w14:textId="77777777" w:rsidR="00926F50" w:rsidRPr="00926F50" w:rsidRDefault="00926F50" w:rsidP="00926F50">
      <w:pPr>
        <w:pStyle w:val="ListBullet"/>
        <w:numPr>
          <w:ilvl w:val="0"/>
          <w:numId w:val="14"/>
        </w:numPr>
        <w:rPr>
          <w:lang w:val="en-AU"/>
        </w:rPr>
      </w:pPr>
      <w:r w:rsidRPr="00926F50">
        <w:rPr>
          <w:lang w:val="en-AU"/>
        </w:rPr>
        <w:t>Pricing based on expected purchasing requirements.</w:t>
      </w:r>
    </w:p>
    <w:p w14:paraId="0F9B5994" w14:textId="77777777" w:rsidR="00926F50" w:rsidRPr="00926F50" w:rsidRDefault="00926F50" w:rsidP="00926F50">
      <w:pPr>
        <w:pStyle w:val="ListBullet"/>
        <w:numPr>
          <w:ilvl w:val="0"/>
          <w:numId w:val="14"/>
        </w:numPr>
        <w:rPr>
          <w:lang w:val="en-AU"/>
        </w:rPr>
      </w:pPr>
      <w:r w:rsidRPr="00926F50">
        <w:rPr>
          <w:lang w:val="en-AU"/>
        </w:rPr>
        <w:t>Clear production and supply lead times.</w:t>
      </w:r>
    </w:p>
    <w:p w14:paraId="55C83AA9" w14:textId="77777777" w:rsidR="00926F50" w:rsidRPr="00926F50" w:rsidRDefault="00926F50" w:rsidP="00926F50">
      <w:pPr>
        <w:pStyle w:val="ListBullet"/>
        <w:numPr>
          <w:ilvl w:val="0"/>
          <w:numId w:val="14"/>
        </w:numPr>
        <w:rPr>
          <w:lang w:val="en-AU"/>
        </w:rPr>
      </w:pPr>
      <w:r w:rsidRPr="00926F50">
        <w:rPr>
          <w:lang w:val="en-AU"/>
        </w:rPr>
        <w:t>Clear label, artwork and approval requirements.</w:t>
      </w:r>
    </w:p>
    <w:p w14:paraId="7D7F5290" w14:textId="77777777" w:rsidR="00926F50" w:rsidRPr="00926F50" w:rsidRDefault="00926F50" w:rsidP="00926F50">
      <w:pPr>
        <w:pStyle w:val="ListBullet"/>
        <w:numPr>
          <w:ilvl w:val="0"/>
          <w:numId w:val="14"/>
        </w:numPr>
        <w:rPr>
          <w:lang w:val="en-AU"/>
        </w:rPr>
      </w:pPr>
      <w:r w:rsidRPr="00926F50">
        <w:rPr>
          <w:lang w:val="en-AU"/>
        </w:rPr>
        <w:t>A local Australian point of contact throughout the process.</w:t>
      </w:r>
    </w:p>
    <w:p w14:paraId="188F511B" w14:textId="77777777" w:rsidR="00926F50" w:rsidRPr="00926F50" w:rsidRDefault="00926F50" w:rsidP="00926F50">
      <w:pPr>
        <w:pStyle w:val="ListBullet"/>
        <w:numPr>
          <w:ilvl w:val="0"/>
          <w:numId w:val="14"/>
        </w:numPr>
        <w:rPr>
          <w:lang w:val="en-AU"/>
        </w:rPr>
      </w:pPr>
      <w:r w:rsidRPr="00926F50">
        <w:rPr>
          <w:lang w:val="en-AU"/>
        </w:rPr>
        <w:t>Ongoing supply planning and support.</w:t>
      </w:r>
    </w:p>
    <w:p w14:paraId="4D2736C6" w14:textId="77777777" w:rsidR="00926F50" w:rsidRDefault="00926F50" w:rsidP="00926F50">
      <w:pPr>
        <w:pStyle w:val="ListBullet"/>
        <w:numPr>
          <w:ilvl w:val="0"/>
          <w:numId w:val="14"/>
        </w:numPr>
        <w:rPr>
          <w:lang w:val="en-AU"/>
        </w:rPr>
      </w:pPr>
      <w:r w:rsidRPr="00926F50">
        <w:rPr>
          <w:lang w:val="en-AU"/>
        </w:rPr>
        <w:t>Ability to explore additional products as the customer's requirements develop.</w:t>
      </w:r>
    </w:p>
    <w:p w14:paraId="250A3B5B" w14:textId="77777777" w:rsidR="00926F50" w:rsidRDefault="00926F50" w:rsidP="00926F50">
      <w:pPr>
        <w:pStyle w:val="ListBullet"/>
        <w:numPr>
          <w:ilvl w:val="0"/>
          <w:numId w:val="0"/>
        </w:numPr>
        <w:ind w:left="360" w:hanging="360"/>
        <w:rPr>
          <w:lang w:val="en-AU"/>
        </w:rPr>
      </w:pPr>
    </w:p>
    <w:p w14:paraId="05B1A311" w14:textId="77777777" w:rsidR="00926F50" w:rsidRPr="00926F50" w:rsidRDefault="00926F50" w:rsidP="00926F50">
      <w:pPr>
        <w:pStyle w:val="ListBullet"/>
        <w:numPr>
          <w:ilvl w:val="0"/>
          <w:numId w:val="0"/>
        </w:numPr>
        <w:ind w:left="360" w:hanging="360"/>
        <w:rPr>
          <w:lang w:val="en-AU"/>
        </w:rPr>
      </w:pPr>
    </w:p>
    <w:p w14:paraId="746D2C15" w14:textId="77777777" w:rsidR="00926F50" w:rsidRPr="00926F50" w:rsidRDefault="00926F50" w:rsidP="00926F50">
      <w:pPr>
        <w:pStyle w:val="ListBullet"/>
        <w:numPr>
          <w:ilvl w:val="0"/>
          <w:numId w:val="0"/>
        </w:numPr>
        <w:ind w:left="360"/>
        <w:rPr>
          <w:b/>
          <w:bCs/>
          <w:lang w:val="en-AU"/>
        </w:rPr>
      </w:pPr>
      <w:r w:rsidRPr="00926F50">
        <w:rPr>
          <w:b/>
          <w:bCs/>
          <w:lang w:val="en-AU"/>
        </w:rPr>
        <w:t>Locked Customer Message</w:t>
      </w:r>
    </w:p>
    <w:p w14:paraId="2C70FD7D" w14:textId="77777777" w:rsidR="00926F50" w:rsidRPr="00926F50" w:rsidRDefault="00926F50" w:rsidP="004E42E6">
      <w:pPr>
        <w:pStyle w:val="ListBullet"/>
        <w:numPr>
          <w:ilvl w:val="0"/>
          <w:numId w:val="0"/>
        </w:numPr>
        <w:ind w:left="360"/>
        <w:jc w:val="both"/>
        <w:rPr>
          <w:lang w:val="en-AU"/>
        </w:rPr>
      </w:pPr>
      <w:r w:rsidRPr="00926F50">
        <w:rPr>
          <w:b/>
          <w:bCs/>
          <w:lang w:val="en-AU"/>
        </w:rPr>
        <w:t>Your equipment, your brand, backed by German lubricant manufacturing expertise. KAJO Australia can supply high-performance lubricants matched to your machinery under your own label, with access to custom formulation where an existing product doesn't meet your requirements.</w:t>
      </w:r>
    </w:p>
    <w:p w14:paraId="05B97CD4" w14:textId="52459D42" w:rsidR="00926F50" w:rsidRDefault="00926F50" w:rsidP="00926F50">
      <w:pPr>
        <w:pStyle w:val="ListBullet"/>
        <w:numPr>
          <w:ilvl w:val="0"/>
          <w:numId w:val="0"/>
        </w:numPr>
        <w:ind w:left="360"/>
        <w:rPr>
          <w:lang w:val="en-AU"/>
        </w:rPr>
      </w:pPr>
      <w:r w:rsidRPr="00926F50">
        <w:rPr>
          <w:b/>
          <w:bCs/>
          <w:lang w:val="en-AU"/>
        </w:rPr>
        <w:t>Primary action:</w:t>
      </w:r>
      <w:r w:rsidRPr="00926F50">
        <w:rPr>
          <w:lang w:val="en-AU"/>
        </w:rPr>
        <w:t xml:space="preserve"> Discuss your Private Label / OEM requirements.</w:t>
      </w:r>
    </w:p>
    <w:p w14:paraId="6C0C5B18" w14:textId="77777777" w:rsidR="00926F50" w:rsidRDefault="00926F50" w:rsidP="00926F50">
      <w:pPr>
        <w:pStyle w:val="ListBullet"/>
        <w:numPr>
          <w:ilvl w:val="0"/>
          <w:numId w:val="0"/>
        </w:numPr>
        <w:ind w:left="360"/>
        <w:rPr>
          <w:lang w:val="en-AU"/>
        </w:rPr>
      </w:pPr>
    </w:p>
    <w:p w14:paraId="3F1BBC6E" w14:textId="77777777" w:rsidR="00926F50" w:rsidRPr="00926F50" w:rsidRDefault="00926F50" w:rsidP="00926F50">
      <w:pPr>
        <w:pStyle w:val="ListBullet"/>
        <w:numPr>
          <w:ilvl w:val="0"/>
          <w:numId w:val="0"/>
        </w:numPr>
        <w:ind w:left="360"/>
        <w:rPr>
          <w:lang w:val="en-AU"/>
        </w:rPr>
      </w:pPr>
    </w:p>
    <w:p w14:paraId="37F69161" w14:textId="77777777" w:rsidR="00926F50" w:rsidRPr="00926F50" w:rsidRDefault="00926F50" w:rsidP="00926F50">
      <w:pPr>
        <w:pStyle w:val="ListBullet"/>
        <w:numPr>
          <w:ilvl w:val="0"/>
          <w:numId w:val="0"/>
        </w:numPr>
        <w:rPr>
          <w:b/>
          <w:bCs/>
          <w:lang w:val="en-AU"/>
        </w:rPr>
      </w:pPr>
      <w:r w:rsidRPr="00926F50">
        <w:rPr>
          <w:b/>
          <w:bCs/>
          <w:lang w:val="en-AU"/>
        </w:rPr>
        <w:t>To Validate</w:t>
      </w:r>
    </w:p>
    <w:p w14:paraId="09341134" w14:textId="77777777" w:rsidR="00926F50" w:rsidRPr="00926F50" w:rsidRDefault="00926F50" w:rsidP="00926F50">
      <w:pPr>
        <w:pStyle w:val="ListBullet"/>
        <w:numPr>
          <w:ilvl w:val="0"/>
          <w:numId w:val="15"/>
        </w:numPr>
        <w:rPr>
          <w:lang w:val="en-AU"/>
        </w:rPr>
      </w:pPr>
      <w:r w:rsidRPr="00926F50">
        <w:rPr>
          <w:lang w:val="en-AU"/>
        </w:rPr>
        <w:t>What types of equipment manufacturers and suppliers represent the strongest Private Label / OEM opportunities for KAJO Australia?</w:t>
      </w:r>
    </w:p>
    <w:p w14:paraId="2D84BF00" w14:textId="77777777" w:rsidR="00926F50" w:rsidRPr="00926F50" w:rsidRDefault="00926F50" w:rsidP="00926F50">
      <w:pPr>
        <w:pStyle w:val="ListBullet"/>
        <w:numPr>
          <w:ilvl w:val="0"/>
          <w:numId w:val="15"/>
        </w:numPr>
        <w:rPr>
          <w:lang w:val="en-AU"/>
        </w:rPr>
      </w:pPr>
      <w:r w:rsidRPr="00926F50">
        <w:rPr>
          <w:lang w:val="en-AU"/>
        </w:rPr>
        <w:t>Who normally initiates and approves a private-label lubricant arrangement?</w:t>
      </w:r>
    </w:p>
    <w:p w14:paraId="58A024F0" w14:textId="77777777" w:rsidR="00926F50" w:rsidRPr="00926F50" w:rsidRDefault="00926F50" w:rsidP="00926F50">
      <w:pPr>
        <w:pStyle w:val="ListBullet"/>
        <w:numPr>
          <w:ilvl w:val="0"/>
          <w:numId w:val="15"/>
        </w:numPr>
        <w:rPr>
          <w:lang w:val="en-AU"/>
        </w:rPr>
      </w:pPr>
      <w:r w:rsidRPr="00926F50">
        <w:rPr>
          <w:lang w:val="en-AU"/>
        </w:rPr>
        <w:t>What are the most common reasons customers choose private label?</w:t>
      </w:r>
    </w:p>
    <w:p w14:paraId="12B5DF09" w14:textId="77777777" w:rsidR="00926F50" w:rsidRPr="00926F50" w:rsidRDefault="00926F50" w:rsidP="00926F50">
      <w:pPr>
        <w:pStyle w:val="ListBullet"/>
        <w:numPr>
          <w:ilvl w:val="0"/>
          <w:numId w:val="15"/>
        </w:numPr>
        <w:rPr>
          <w:lang w:val="en-AU"/>
        </w:rPr>
      </w:pPr>
      <w:r w:rsidRPr="00926F50">
        <w:rPr>
          <w:lang w:val="en-AU"/>
        </w:rPr>
        <w:t>What purchasing volumes and minimum order quantities are commercially viable?</w:t>
      </w:r>
    </w:p>
    <w:p w14:paraId="663A198F" w14:textId="77777777" w:rsidR="00926F50" w:rsidRPr="00926F50" w:rsidRDefault="00926F50" w:rsidP="00926F50">
      <w:pPr>
        <w:pStyle w:val="ListBullet"/>
        <w:numPr>
          <w:ilvl w:val="0"/>
          <w:numId w:val="15"/>
        </w:numPr>
        <w:rPr>
          <w:lang w:val="en-AU"/>
        </w:rPr>
      </w:pPr>
      <w:r w:rsidRPr="00926F50">
        <w:rPr>
          <w:lang w:val="en-AU"/>
        </w:rPr>
        <w:t>What packaging and pack sizes can be offered for private label?</w:t>
      </w:r>
    </w:p>
    <w:p w14:paraId="5DF3731E" w14:textId="77777777" w:rsidR="00926F50" w:rsidRPr="00926F50" w:rsidRDefault="00926F50" w:rsidP="00926F50">
      <w:pPr>
        <w:pStyle w:val="ListBullet"/>
        <w:numPr>
          <w:ilvl w:val="0"/>
          <w:numId w:val="15"/>
        </w:numPr>
        <w:rPr>
          <w:lang w:val="en-AU"/>
        </w:rPr>
      </w:pPr>
      <w:r w:rsidRPr="00926F50">
        <w:rPr>
          <w:lang w:val="en-AU"/>
        </w:rPr>
        <w:t>What information does KAJO Australia need from the customer to assess product suitability?</w:t>
      </w:r>
    </w:p>
    <w:p w14:paraId="5F941C84" w14:textId="77777777" w:rsidR="00926F50" w:rsidRPr="00926F50" w:rsidRDefault="00926F50" w:rsidP="00926F50">
      <w:pPr>
        <w:pStyle w:val="ListBullet"/>
        <w:numPr>
          <w:ilvl w:val="0"/>
          <w:numId w:val="15"/>
        </w:numPr>
        <w:rPr>
          <w:lang w:val="en-AU"/>
        </w:rPr>
      </w:pPr>
      <w:r w:rsidRPr="00926F50">
        <w:rPr>
          <w:lang w:val="en-AU"/>
        </w:rPr>
        <w:lastRenderedPageBreak/>
        <w:t>What is the actual label, artwork and approval process?</w:t>
      </w:r>
    </w:p>
    <w:p w14:paraId="5016CCE4" w14:textId="77777777" w:rsidR="00926F50" w:rsidRPr="00926F50" w:rsidRDefault="00926F50" w:rsidP="00926F50">
      <w:pPr>
        <w:pStyle w:val="ListBullet"/>
        <w:numPr>
          <w:ilvl w:val="0"/>
          <w:numId w:val="15"/>
        </w:numPr>
        <w:rPr>
          <w:lang w:val="en-AU"/>
        </w:rPr>
      </w:pPr>
      <w:r w:rsidRPr="00926F50">
        <w:rPr>
          <w:lang w:val="en-AU"/>
        </w:rPr>
        <w:t>What production and supply lead times should customers expect?</w:t>
      </w:r>
    </w:p>
    <w:p w14:paraId="15BF37F9" w14:textId="77777777" w:rsidR="00926F50" w:rsidRPr="00926F50" w:rsidRDefault="00926F50" w:rsidP="00926F50">
      <w:pPr>
        <w:pStyle w:val="ListBullet"/>
        <w:numPr>
          <w:ilvl w:val="0"/>
          <w:numId w:val="15"/>
        </w:numPr>
        <w:rPr>
          <w:lang w:val="en-AU"/>
        </w:rPr>
      </w:pPr>
      <w:r w:rsidRPr="00926F50">
        <w:rPr>
          <w:lang w:val="en-AU"/>
        </w:rPr>
        <w:t>How frequently can an existing KAJO formulation meet the requirement versus requiring custom development?</w:t>
      </w:r>
    </w:p>
    <w:p w14:paraId="63D30992" w14:textId="77777777" w:rsidR="00926F50" w:rsidRPr="00926F50" w:rsidRDefault="00926F50" w:rsidP="00926F50">
      <w:pPr>
        <w:pStyle w:val="ListBullet"/>
        <w:numPr>
          <w:ilvl w:val="0"/>
          <w:numId w:val="15"/>
        </w:numPr>
        <w:rPr>
          <w:lang w:val="en-AU"/>
        </w:rPr>
      </w:pPr>
      <w:r w:rsidRPr="00926F50">
        <w:rPr>
          <w:lang w:val="en-AU"/>
        </w:rPr>
        <w:t>What makes a Private Label / OEM customer continue ordering and expand its lubricant range?</w:t>
      </w:r>
    </w:p>
    <w:p w14:paraId="32AA69AE" w14:textId="77777777" w:rsidR="00926F50" w:rsidRDefault="00926F50" w:rsidP="00926F50">
      <w:pPr>
        <w:pStyle w:val="ListBullet"/>
        <w:numPr>
          <w:ilvl w:val="0"/>
          <w:numId w:val="0"/>
        </w:numPr>
      </w:pPr>
    </w:p>
    <w:p w14:paraId="05B9D9EF" w14:textId="77777777" w:rsidR="004E42E6" w:rsidRDefault="004E42E6" w:rsidP="00926F50">
      <w:pPr>
        <w:pStyle w:val="ListBullet"/>
        <w:numPr>
          <w:ilvl w:val="0"/>
          <w:numId w:val="0"/>
        </w:numPr>
      </w:pPr>
    </w:p>
    <w:p w14:paraId="0F9C3D88" w14:textId="77777777" w:rsidR="0050457A" w:rsidRPr="0050457A" w:rsidRDefault="0050457A" w:rsidP="0050457A">
      <w:pPr>
        <w:pStyle w:val="Heading2"/>
        <w:rPr>
          <w:lang w:val="en-AU"/>
        </w:rPr>
      </w:pPr>
      <w:r w:rsidRPr="0050457A">
        <w:rPr>
          <w:lang w:val="en-AU"/>
        </w:rPr>
        <w:t>Customer 5 – Custom Formulation / Bespoke Lubrication Solution</w:t>
      </w:r>
    </w:p>
    <w:p w14:paraId="77F1478B" w14:textId="77777777" w:rsidR="0050457A" w:rsidRPr="0050457A" w:rsidRDefault="0050457A" w:rsidP="0050457A">
      <w:pPr>
        <w:rPr>
          <w:lang w:val="en-AU"/>
        </w:rPr>
      </w:pPr>
      <w:r w:rsidRPr="0050457A">
        <w:rPr>
          <w:b/>
          <w:bCs/>
          <w:lang w:val="en-AU"/>
        </w:rPr>
        <w:t>This customer profile highlights the customer journey, from identifying a lubrication requirement that cannot be met by an existing product through to how KAJO Australia can work with KAJO’s product development team in Germany to develop and supply a formulation for the specific application.</w:t>
      </w:r>
    </w:p>
    <w:p w14:paraId="7E52A816" w14:textId="77777777" w:rsidR="0050457A" w:rsidRPr="0050457A" w:rsidRDefault="0050457A" w:rsidP="0050457A">
      <w:pPr>
        <w:pStyle w:val="Heading2"/>
        <w:rPr>
          <w:lang w:val="en-AU"/>
        </w:rPr>
      </w:pPr>
      <w:r w:rsidRPr="0050457A">
        <w:rPr>
          <w:lang w:val="en-AU"/>
        </w:rPr>
        <w:t>Example Customer: Mark – Operations / Warehouse Manager</w:t>
      </w:r>
    </w:p>
    <w:p w14:paraId="4407594A" w14:textId="77777777" w:rsidR="0050457A" w:rsidRPr="0050457A" w:rsidRDefault="0050457A" w:rsidP="0050457A">
      <w:pPr>
        <w:rPr>
          <w:b/>
          <w:bCs/>
          <w:lang w:val="en-AU"/>
        </w:rPr>
      </w:pPr>
      <w:r w:rsidRPr="0050457A">
        <w:rPr>
          <w:b/>
          <w:bCs/>
          <w:lang w:val="en-AU"/>
        </w:rPr>
        <w:t>Who is Mark?</w:t>
      </w:r>
    </w:p>
    <w:p w14:paraId="68F94B1D" w14:textId="77777777" w:rsidR="0050457A" w:rsidRPr="0050457A" w:rsidRDefault="0050457A" w:rsidP="0050457A">
      <w:pPr>
        <w:rPr>
          <w:lang w:val="en-AU"/>
        </w:rPr>
      </w:pPr>
      <w:r w:rsidRPr="0050457A">
        <w:rPr>
          <w:lang w:val="en-AU"/>
        </w:rPr>
        <w:t>Mark manages operations for a large Australian organisation with significant stock, equipment and materials moving through its warehouse facilities.</w:t>
      </w:r>
    </w:p>
    <w:p w14:paraId="3EC39291" w14:textId="77777777" w:rsidR="0050457A" w:rsidRPr="0050457A" w:rsidRDefault="0050457A" w:rsidP="0050457A">
      <w:pPr>
        <w:rPr>
          <w:lang w:val="en-AU"/>
        </w:rPr>
      </w:pPr>
      <w:r w:rsidRPr="0050457A">
        <w:rPr>
          <w:lang w:val="en-AU"/>
        </w:rPr>
        <w:t xml:space="preserve">His business has identified an unusual operational problem. Stock or equipment is </w:t>
      </w:r>
      <w:r w:rsidRPr="0050457A">
        <w:rPr>
          <w:b/>
          <w:bCs/>
          <w:lang w:val="en-AU"/>
        </w:rPr>
        <w:t>going missing or potentially being stolen</w:t>
      </w:r>
      <w:r w:rsidRPr="0050457A">
        <w:rPr>
          <w:lang w:val="en-AU"/>
        </w:rPr>
        <w:t>, and the business is looking for an additional way to help trace or identify where items have been handled or moved.</w:t>
      </w:r>
    </w:p>
    <w:p w14:paraId="6FDAA841" w14:textId="77777777" w:rsidR="0050457A" w:rsidRPr="0050457A" w:rsidRDefault="0050457A" w:rsidP="0050457A">
      <w:pPr>
        <w:rPr>
          <w:lang w:val="en-AU"/>
        </w:rPr>
      </w:pPr>
      <w:r w:rsidRPr="0050457A">
        <w:rPr>
          <w:lang w:val="en-AU"/>
        </w:rPr>
        <w:t xml:space="preserve">The solution requires more than selecting a standard lubricant. The business needs a grease that performs its required lubrication function but also contains a </w:t>
      </w:r>
      <w:r w:rsidRPr="0050457A">
        <w:rPr>
          <w:b/>
          <w:bCs/>
          <w:lang w:val="en-AU"/>
        </w:rPr>
        <w:t>UV-detectable element</w:t>
      </w:r>
      <w:r w:rsidRPr="0050457A">
        <w:rPr>
          <w:lang w:val="en-AU"/>
        </w:rPr>
        <w:t>, allowing traces of the grease to be identified under UV light.</w:t>
      </w:r>
    </w:p>
    <w:p w14:paraId="3275AED0" w14:textId="77777777" w:rsidR="0050457A" w:rsidRPr="0050457A" w:rsidRDefault="0050457A" w:rsidP="0050457A">
      <w:pPr>
        <w:rPr>
          <w:lang w:val="en-AU"/>
        </w:rPr>
      </w:pPr>
      <w:r w:rsidRPr="0050457A">
        <w:rPr>
          <w:lang w:val="en-AU"/>
        </w:rPr>
        <w:t xml:space="preserve">KAJO Australia works with Mark to understand the requirement and connects him directly with </w:t>
      </w:r>
      <w:r w:rsidRPr="0050457A">
        <w:rPr>
          <w:b/>
          <w:bCs/>
          <w:lang w:val="en-AU"/>
        </w:rPr>
        <w:t>KAJO’s product development team in Germany</w:t>
      </w:r>
      <w:r w:rsidRPr="0050457A">
        <w:rPr>
          <w:lang w:val="en-AU"/>
        </w:rPr>
        <w:t xml:space="preserve"> to investigate and develop an appropriate formulation.</w:t>
      </w:r>
    </w:p>
    <w:p w14:paraId="67C03C4C" w14:textId="77777777" w:rsidR="0050457A" w:rsidRPr="0050457A" w:rsidRDefault="0050457A" w:rsidP="0050457A">
      <w:pPr>
        <w:pStyle w:val="Heading2"/>
        <w:rPr>
          <w:lang w:val="en-AU"/>
        </w:rPr>
      </w:pPr>
      <w:r w:rsidRPr="0050457A">
        <w:rPr>
          <w:lang w:val="en-AU"/>
        </w:rPr>
        <w:t>Typical Situation</w:t>
      </w:r>
    </w:p>
    <w:p w14:paraId="54D62E89" w14:textId="77777777" w:rsidR="0050457A" w:rsidRPr="0050457A" w:rsidRDefault="0050457A" w:rsidP="0050457A">
      <w:pPr>
        <w:rPr>
          <w:lang w:val="en-AU"/>
        </w:rPr>
      </w:pPr>
      <w:r w:rsidRPr="0050457A">
        <w:rPr>
          <w:lang w:val="en-AU"/>
        </w:rPr>
        <w:t>Mark isn’t looking for a different grease simply because he is unhappy with his current lubricant.</w:t>
      </w:r>
    </w:p>
    <w:p w14:paraId="37C4326F" w14:textId="77777777" w:rsidR="0050457A" w:rsidRPr="0050457A" w:rsidRDefault="0050457A" w:rsidP="0050457A">
      <w:pPr>
        <w:rPr>
          <w:lang w:val="en-AU"/>
        </w:rPr>
      </w:pPr>
      <w:r w:rsidRPr="0050457A">
        <w:rPr>
          <w:lang w:val="en-AU"/>
        </w:rPr>
        <w:t xml:space="preserve">He has a </w:t>
      </w:r>
      <w:r w:rsidRPr="0050457A">
        <w:rPr>
          <w:b/>
          <w:bCs/>
          <w:lang w:val="en-AU"/>
        </w:rPr>
        <w:t>specific operational problem that requires the lubricant to perform an additional function</w:t>
      </w:r>
      <w:r w:rsidRPr="0050457A">
        <w:rPr>
          <w:lang w:val="en-AU"/>
        </w:rPr>
        <w:t>.</w:t>
      </w:r>
    </w:p>
    <w:p w14:paraId="7CCF9F0B" w14:textId="77777777" w:rsidR="0050457A" w:rsidRPr="0050457A" w:rsidRDefault="0050457A" w:rsidP="0050457A">
      <w:pPr>
        <w:rPr>
          <w:lang w:val="en-AU"/>
        </w:rPr>
      </w:pPr>
      <w:r w:rsidRPr="0050457A">
        <w:rPr>
          <w:lang w:val="en-AU"/>
        </w:rPr>
        <w:t>In this example:</w:t>
      </w:r>
    </w:p>
    <w:p w14:paraId="44155737" w14:textId="77777777" w:rsidR="0050457A" w:rsidRPr="0050457A" w:rsidRDefault="0050457A" w:rsidP="0050457A">
      <w:pPr>
        <w:rPr>
          <w:lang w:val="en-AU"/>
        </w:rPr>
      </w:pPr>
      <w:r w:rsidRPr="0050457A">
        <w:rPr>
          <w:b/>
          <w:bCs/>
          <w:lang w:val="en-AU"/>
        </w:rPr>
        <w:t>Operational problem:</w:t>
      </w:r>
      <w:r w:rsidRPr="0050457A">
        <w:rPr>
          <w:lang w:val="en-AU"/>
        </w:rPr>
        <w:br/>
        <w:t>Stock or equipment within the warehouse is going missing or potentially being stolen.</w:t>
      </w:r>
    </w:p>
    <w:p w14:paraId="01BFBA51" w14:textId="77777777" w:rsidR="0050457A" w:rsidRPr="0050457A" w:rsidRDefault="0050457A" w:rsidP="0050457A">
      <w:pPr>
        <w:rPr>
          <w:lang w:val="en-AU"/>
        </w:rPr>
      </w:pPr>
      <w:r w:rsidRPr="0050457A">
        <w:rPr>
          <w:b/>
          <w:bCs/>
          <w:lang w:val="en-AU"/>
        </w:rPr>
        <w:t>Specific requirement:</w:t>
      </w:r>
      <w:r w:rsidRPr="0050457A">
        <w:rPr>
          <w:lang w:val="en-AU"/>
        </w:rPr>
        <w:br/>
        <w:t>A suitable grease that can also be detected under UV light to assist with tracing or identifying where items have been handled or moved.</w:t>
      </w:r>
    </w:p>
    <w:p w14:paraId="335B6708" w14:textId="77777777" w:rsidR="0050457A" w:rsidRPr="0050457A" w:rsidRDefault="0050457A" w:rsidP="0050457A">
      <w:pPr>
        <w:rPr>
          <w:lang w:val="en-AU"/>
        </w:rPr>
      </w:pPr>
      <w:r w:rsidRPr="0050457A">
        <w:rPr>
          <w:b/>
          <w:bCs/>
          <w:lang w:val="en-AU"/>
        </w:rPr>
        <w:t>Required outcome:</w:t>
      </w:r>
      <w:r w:rsidRPr="0050457A">
        <w:rPr>
          <w:lang w:val="en-AU"/>
        </w:rPr>
        <w:br/>
        <w:t>A lubricant that continues to perform its intended lubrication function while providing the additional UV-detectable characteristic required by the customer.</w:t>
      </w:r>
    </w:p>
    <w:p w14:paraId="548C5AD3" w14:textId="77777777" w:rsidR="0050457A" w:rsidRPr="0050457A" w:rsidRDefault="0050457A" w:rsidP="0050457A">
      <w:pPr>
        <w:rPr>
          <w:lang w:val="en-AU"/>
        </w:rPr>
      </w:pPr>
      <w:r w:rsidRPr="0050457A">
        <w:rPr>
          <w:lang w:val="en-AU"/>
        </w:rPr>
        <w:t>There may not be an existing product designed for this particular requirement, creating the need for KAJO Australia to involve KAJO’s product development team in Germany.</w:t>
      </w:r>
    </w:p>
    <w:p w14:paraId="278534FC" w14:textId="77777777" w:rsidR="0050457A" w:rsidRPr="0050457A" w:rsidRDefault="0050457A" w:rsidP="0050457A">
      <w:pPr>
        <w:pStyle w:val="Heading2"/>
        <w:rPr>
          <w:lang w:val="en-AU"/>
        </w:rPr>
      </w:pPr>
      <w:r w:rsidRPr="0050457A">
        <w:rPr>
          <w:lang w:val="en-AU"/>
        </w:rPr>
        <w:lastRenderedPageBreak/>
        <w:t>What Matters to Mark?</w:t>
      </w:r>
    </w:p>
    <w:p w14:paraId="3C4E6357" w14:textId="77777777" w:rsidR="0050457A" w:rsidRPr="0050457A" w:rsidRDefault="0050457A" w:rsidP="0050457A">
      <w:pPr>
        <w:numPr>
          <w:ilvl w:val="0"/>
          <w:numId w:val="21"/>
        </w:numPr>
        <w:rPr>
          <w:lang w:val="en-AU"/>
        </w:rPr>
      </w:pPr>
      <w:r w:rsidRPr="0050457A">
        <w:rPr>
          <w:lang w:val="en-AU"/>
        </w:rPr>
        <w:t>Can KAJO Australia understand the specific problem the business is trying to solve?</w:t>
      </w:r>
    </w:p>
    <w:p w14:paraId="2645D880" w14:textId="77777777" w:rsidR="0050457A" w:rsidRPr="0050457A" w:rsidRDefault="0050457A" w:rsidP="0050457A">
      <w:pPr>
        <w:numPr>
          <w:ilvl w:val="0"/>
          <w:numId w:val="21"/>
        </w:numPr>
        <w:rPr>
          <w:lang w:val="en-AU"/>
        </w:rPr>
      </w:pPr>
      <w:r w:rsidRPr="0050457A">
        <w:rPr>
          <w:lang w:val="en-AU"/>
        </w:rPr>
        <w:t>Is there already an existing product that can meet the requirement?</w:t>
      </w:r>
    </w:p>
    <w:p w14:paraId="608F5C72" w14:textId="77777777" w:rsidR="0050457A" w:rsidRPr="0050457A" w:rsidRDefault="0050457A" w:rsidP="0050457A">
      <w:pPr>
        <w:numPr>
          <w:ilvl w:val="0"/>
          <w:numId w:val="21"/>
        </w:numPr>
        <w:rPr>
          <w:lang w:val="en-AU"/>
        </w:rPr>
      </w:pPr>
      <w:r w:rsidRPr="0050457A">
        <w:rPr>
          <w:lang w:val="en-AU"/>
        </w:rPr>
        <w:t>If not, can KAJO develop a formulation specifically for the application?</w:t>
      </w:r>
    </w:p>
    <w:p w14:paraId="76DA7939" w14:textId="77777777" w:rsidR="0050457A" w:rsidRPr="0050457A" w:rsidRDefault="0050457A" w:rsidP="0050457A">
      <w:pPr>
        <w:numPr>
          <w:ilvl w:val="0"/>
          <w:numId w:val="21"/>
        </w:numPr>
        <w:rPr>
          <w:lang w:val="en-AU"/>
        </w:rPr>
      </w:pPr>
      <w:r w:rsidRPr="0050457A">
        <w:rPr>
          <w:lang w:val="en-AU"/>
        </w:rPr>
        <w:t>Can the required UV-detectable characteristic be incorporated while maintaining the necessary lubrication performance?</w:t>
      </w:r>
    </w:p>
    <w:p w14:paraId="36696A8E" w14:textId="77777777" w:rsidR="0050457A" w:rsidRPr="0050457A" w:rsidRDefault="0050457A" w:rsidP="0050457A">
      <w:pPr>
        <w:numPr>
          <w:ilvl w:val="0"/>
          <w:numId w:val="21"/>
        </w:numPr>
        <w:rPr>
          <w:lang w:val="en-AU"/>
        </w:rPr>
      </w:pPr>
      <w:r w:rsidRPr="0050457A">
        <w:rPr>
          <w:lang w:val="en-AU"/>
        </w:rPr>
        <w:t>What information is required from Mark’s business before development can begin?</w:t>
      </w:r>
    </w:p>
    <w:p w14:paraId="0529A454" w14:textId="77777777" w:rsidR="0050457A" w:rsidRPr="0050457A" w:rsidRDefault="0050457A" w:rsidP="0050457A">
      <w:pPr>
        <w:numPr>
          <w:ilvl w:val="0"/>
          <w:numId w:val="21"/>
        </w:numPr>
        <w:rPr>
          <w:lang w:val="en-AU"/>
        </w:rPr>
      </w:pPr>
      <w:r w:rsidRPr="0050457A">
        <w:rPr>
          <w:lang w:val="en-AU"/>
        </w:rPr>
        <w:t>What testing and trials will be required?</w:t>
      </w:r>
    </w:p>
    <w:p w14:paraId="2991DCB8" w14:textId="77777777" w:rsidR="0050457A" w:rsidRPr="0050457A" w:rsidRDefault="0050457A" w:rsidP="0050457A">
      <w:pPr>
        <w:numPr>
          <w:ilvl w:val="0"/>
          <w:numId w:val="21"/>
        </w:numPr>
        <w:rPr>
          <w:lang w:val="en-AU"/>
        </w:rPr>
      </w:pPr>
      <w:r w:rsidRPr="0050457A">
        <w:rPr>
          <w:lang w:val="en-AU"/>
        </w:rPr>
        <w:t>How will the business confirm that the formulation works as intended?</w:t>
      </w:r>
    </w:p>
    <w:p w14:paraId="5BCD4D24" w14:textId="77777777" w:rsidR="0050457A" w:rsidRPr="0050457A" w:rsidRDefault="0050457A" w:rsidP="0050457A">
      <w:pPr>
        <w:numPr>
          <w:ilvl w:val="0"/>
          <w:numId w:val="21"/>
        </w:numPr>
        <w:rPr>
          <w:lang w:val="en-AU"/>
        </w:rPr>
      </w:pPr>
      <w:r w:rsidRPr="0050457A">
        <w:rPr>
          <w:lang w:val="en-AU"/>
        </w:rPr>
        <w:t>How long will development take?</w:t>
      </w:r>
    </w:p>
    <w:p w14:paraId="6E155729" w14:textId="77777777" w:rsidR="0050457A" w:rsidRPr="0050457A" w:rsidRDefault="0050457A" w:rsidP="0050457A">
      <w:pPr>
        <w:numPr>
          <w:ilvl w:val="0"/>
          <w:numId w:val="21"/>
        </w:numPr>
        <w:rPr>
          <w:lang w:val="en-AU"/>
        </w:rPr>
      </w:pPr>
      <w:r w:rsidRPr="0050457A">
        <w:rPr>
          <w:lang w:val="en-AU"/>
        </w:rPr>
        <w:t>What minimum quantities will apply?</w:t>
      </w:r>
    </w:p>
    <w:p w14:paraId="43BDAE1D" w14:textId="77777777" w:rsidR="0050457A" w:rsidRPr="0050457A" w:rsidRDefault="0050457A" w:rsidP="0050457A">
      <w:pPr>
        <w:numPr>
          <w:ilvl w:val="0"/>
          <w:numId w:val="21"/>
        </w:numPr>
        <w:rPr>
          <w:lang w:val="en-AU"/>
        </w:rPr>
      </w:pPr>
      <w:r w:rsidRPr="0050457A">
        <w:rPr>
          <w:lang w:val="en-AU"/>
        </w:rPr>
        <w:t>What will development and ongoing supply cost?</w:t>
      </w:r>
    </w:p>
    <w:p w14:paraId="5ECD6FDE" w14:textId="77777777" w:rsidR="0050457A" w:rsidRPr="0050457A" w:rsidRDefault="0050457A" w:rsidP="0050457A">
      <w:pPr>
        <w:numPr>
          <w:ilvl w:val="0"/>
          <w:numId w:val="21"/>
        </w:numPr>
        <w:rPr>
          <w:lang w:val="en-AU"/>
        </w:rPr>
      </w:pPr>
      <w:r w:rsidRPr="0050457A">
        <w:rPr>
          <w:lang w:val="en-AU"/>
        </w:rPr>
        <w:t>Can KAJO reliably manufacture and supply the product once approved?</w:t>
      </w:r>
    </w:p>
    <w:p w14:paraId="0A496F9E" w14:textId="77777777" w:rsidR="0050457A" w:rsidRPr="0050457A" w:rsidRDefault="0050457A" w:rsidP="0050457A">
      <w:pPr>
        <w:numPr>
          <w:ilvl w:val="0"/>
          <w:numId w:val="21"/>
        </w:numPr>
        <w:rPr>
          <w:lang w:val="en-AU"/>
        </w:rPr>
      </w:pPr>
      <w:r w:rsidRPr="0050457A">
        <w:rPr>
          <w:lang w:val="en-AU"/>
        </w:rPr>
        <w:t>What technical support will be available throughout the process?</w:t>
      </w:r>
    </w:p>
    <w:p w14:paraId="3E4BBD51" w14:textId="77777777" w:rsidR="0050457A" w:rsidRPr="0050457A" w:rsidRDefault="0050457A" w:rsidP="0050457A">
      <w:pPr>
        <w:pStyle w:val="Heading2"/>
        <w:rPr>
          <w:lang w:val="en-AU"/>
        </w:rPr>
      </w:pPr>
      <w:r w:rsidRPr="0050457A">
        <w:rPr>
          <w:lang w:val="en-AU"/>
        </w:rPr>
        <w:t>Typical Buying Triggers</w:t>
      </w:r>
    </w:p>
    <w:p w14:paraId="7AAA99C0" w14:textId="77777777" w:rsidR="0050457A" w:rsidRPr="0050457A" w:rsidRDefault="0050457A" w:rsidP="0050457A">
      <w:pPr>
        <w:numPr>
          <w:ilvl w:val="0"/>
          <w:numId w:val="22"/>
        </w:numPr>
        <w:rPr>
          <w:lang w:val="en-AU"/>
        </w:rPr>
      </w:pPr>
      <w:r w:rsidRPr="0050457A">
        <w:rPr>
          <w:lang w:val="en-AU"/>
        </w:rPr>
        <w:t>A specific operational problem cannot be solved by an existing lubricant.</w:t>
      </w:r>
    </w:p>
    <w:p w14:paraId="7DD945F8" w14:textId="77777777" w:rsidR="0050457A" w:rsidRPr="0050457A" w:rsidRDefault="0050457A" w:rsidP="0050457A">
      <w:pPr>
        <w:numPr>
          <w:ilvl w:val="0"/>
          <w:numId w:val="22"/>
        </w:numPr>
        <w:rPr>
          <w:lang w:val="en-AU"/>
        </w:rPr>
      </w:pPr>
      <w:r w:rsidRPr="0050457A">
        <w:rPr>
          <w:lang w:val="en-AU"/>
        </w:rPr>
        <w:t>The lubricant needs an additional or unusual characteristic.</w:t>
      </w:r>
    </w:p>
    <w:p w14:paraId="135E389A" w14:textId="77777777" w:rsidR="0050457A" w:rsidRPr="0050457A" w:rsidRDefault="0050457A" w:rsidP="0050457A">
      <w:pPr>
        <w:numPr>
          <w:ilvl w:val="0"/>
          <w:numId w:val="22"/>
        </w:numPr>
        <w:rPr>
          <w:lang w:val="en-AU"/>
        </w:rPr>
      </w:pPr>
      <w:r w:rsidRPr="0050457A">
        <w:rPr>
          <w:lang w:val="en-AU"/>
        </w:rPr>
        <w:t>Existing products have been investigated but do not meet the full requirement.</w:t>
      </w:r>
    </w:p>
    <w:p w14:paraId="20AE2904" w14:textId="77777777" w:rsidR="0050457A" w:rsidRPr="0050457A" w:rsidRDefault="0050457A" w:rsidP="0050457A">
      <w:pPr>
        <w:numPr>
          <w:ilvl w:val="0"/>
          <w:numId w:val="22"/>
        </w:numPr>
        <w:rPr>
          <w:lang w:val="en-AU"/>
        </w:rPr>
      </w:pPr>
      <w:r w:rsidRPr="0050457A">
        <w:rPr>
          <w:lang w:val="en-AU"/>
        </w:rPr>
        <w:t>New equipment, processes or operating conditions create a specialist lubrication requirement.</w:t>
      </w:r>
    </w:p>
    <w:p w14:paraId="5468335A" w14:textId="77777777" w:rsidR="0050457A" w:rsidRPr="0050457A" w:rsidRDefault="0050457A" w:rsidP="0050457A">
      <w:pPr>
        <w:numPr>
          <w:ilvl w:val="0"/>
          <w:numId w:val="22"/>
        </w:numPr>
        <w:rPr>
          <w:lang w:val="en-AU"/>
        </w:rPr>
      </w:pPr>
      <w:r w:rsidRPr="0050457A">
        <w:rPr>
          <w:lang w:val="en-AU"/>
        </w:rPr>
        <w:t>A business identifies an opportunity to use the lubricant to help solve a wider operational problem.</w:t>
      </w:r>
    </w:p>
    <w:p w14:paraId="3C86E6AD" w14:textId="77777777" w:rsidR="0050457A" w:rsidRPr="0050457A" w:rsidRDefault="0050457A" w:rsidP="0050457A">
      <w:pPr>
        <w:numPr>
          <w:ilvl w:val="0"/>
          <w:numId w:val="22"/>
        </w:numPr>
        <w:rPr>
          <w:lang w:val="en-AU"/>
        </w:rPr>
      </w:pPr>
      <w:r w:rsidRPr="0050457A">
        <w:rPr>
          <w:lang w:val="en-AU"/>
        </w:rPr>
        <w:t>A particular application requires performance outside the capabilities of standard products.</w:t>
      </w:r>
    </w:p>
    <w:p w14:paraId="1E4C52AA" w14:textId="77777777" w:rsidR="0050457A" w:rsidRPr="0050457A" w:rsidRDefault="0050457A" w:rsidP="0050457A">
      <w:pPr>
        <w:numPr>
          <w:ilvl w:val="0"/>
          <w:numId w:val="22"/>
        </w:numPr>
        <w:rPr>
          <w:lang w:val="en-AU"/>
        </w:rPr>
      </w:pPr>
      <w:r w:rsidRPr="0050457A">
        <w:rPr>
          <w:lang w:val="en-AU"/>
        </w:rPr>
        <w:t>An existing lubricant needs to be adapted for a highly specific use.</w:t>
      </w:r>
    </w:p>
    <w:p w14:paraId="710C1919" w14:textId="77777777" w:rsidR="0050457A" w:rsidRPr="0050457A" w:rsidRDefault="0050457A" w:rsidP="0050457A">
      <w:pPr>
        <w:numPr>
          <w:ilvl w:val="0"/>
          <w:numId w:val="22"/>
        </w:numPr>
        <w:rPr>
          <w:lang w:val="en-AU"/>
        </w:rPr>
      </w:pPr>
      <w:r w:rsidRPr="0050457A">
        <w:rPr>
          <w:lang w:val="en-AU"/>
        </w:rPr>
        <w:t>The business wants to work directly with a lubricant manufacturer rather than continue searching through standard off-the-shelf products.</w:t>
      </w:r>
    </w:p>
    <w:p w14:paraId="782BD003" w14:textId="77777777" w:rsidR="0050457A" w:rsidRPr="0050457A" w:rsidRDefault="0050457A" w:rsidP="0050457A">
      <w:pPr>
        <w:pStyle w:val="Heading2"/>
        <w:rPr>
          <w:lang w:val="en-AU"/>
        </w:rPr>
      </w:pPr>
      <w:r w:rsidRPr="0050457A">
        <w:rPr>
          <w:lang w:val="en-AU"/>
        </w:rPr>
        <w:t>Potential Barriers</w:t>
      </w:r>
    </w:p>
    <w:p w14:paraId="43D7EDB7" w14:textId="77777777" w:rsidR="0050457A" w:rsidRPr="0050457A" w:rsidRDefault="0050457A" w:rsidP="0050457A">
      <w:pPr>
        <w:rPr>
          <w:lang w:val="en-AU"/>
        </w:rPr>
      </w:pPr>
      <w:r w:rsidRPr="0050457A">
        <w:rPr>
          <w:lang w:val="en-AU"/>
        </w:rPr>
        <w:t>Custom formulation requires more involvement from the customer than simply selecting an existing KAJO product.</w:t>
      </w:r>
    </w:p>
    <w:p w14:paraId="4DC74B3D" w14:textId="77777777" w:rsidR="0050457A" w:rsidRPr="0050457A" w:rsidRDefault="0050457A" w:rsidP="0050457A">
      <w:pPr>
        <w:rPr>
          <w:lang w:val="en-AU"/>
        </w:rPr>
      </w:pPr>
      <w:r w:rsidRPr="0050457A">
        <w:rPr>
          <w:lang w:val="en-AU"/>
        </w:rPr>
        <w:t>Potential barriers include:</w:t>
      </w:r>
    </w:p>
    <w:p w14:paraId="719E411E" w14:textId="77777777" w:rsidR="0050457A" w:rsidRPr="0050457A" w:rsidRDefault="0050457A" w:rsidP="0050457A">
      <w:pPr>
        <w:numPr>
          <w:ilvl w:val="0"/>
          <w:numId w:val="23"/>
        </w:numPr>
        <w:rPr>
          <w:lang w:val="en-AU"/>
        </w:rPr>
      </w:pPr>
      <w:r w:rsidRPr="0050457A">
        <w:rPr>
          <w:lang w:val="en-AU"/>
        </w:rPr>
        <w:t>Uncertainty about whether a custom formulation is technically possible.</w:t>
      </w:r>
    </w:p>
    <w:p w14:paraId="5F35138F" w14:textId="77777777" w:rsidR="0050457A" w:rsidRPr="0050457A" w:rsidRDefault="0050457A" w:rsidP="0050457A">
      <w:pPr>
        <w:numPr>
          <w:ilvl w:val="0"/>
          <w:numId w:val="23"/>
        </w:numPr>
        <w:rPr>
          <w:lang w:val="en-AU"/>
        </w:rPr>
      </w:pPr>
      <w:r w:rsidRPr="0050457A">
        <w:rPr>
          <w:lang w:val="en-AU"/>
        </w:rPr>
        <w:t>Development time.</w:t>
      </w:r>
    </w:p>
    <w:p w14:paraId="123C31F0" w14:textId="77777777" w:rsidR="0050457A" w:rsidRPr="0050457A" w:rsidRDefault="0050457A" w:rsidP="0050457A">
      <w:pPr>
        <w:numPr>
          <w:ilvl w:val="0"/>
          <w:numId w:val="23"/>
        </w:numPr>
        <w:rPr>
          <w:lang w:val="en-AU"/>
        </w:rPr>
      </w:pPr>
      <w:r w:rsidRPr="0050457A">
        <w:rPr>
          <w:lang w:val="en-AU"/>
        </w:rPr>
        <w:t>Testing and trial requirements.</w:t>
      </w:r>
    </w:p>
    <w:p w14:paraId="2A5487A0" w14:textId="77777777" w:rsidR="0050457A" w:rsidRPr="0050457A" w:rsidRDefault="0050457A" w:rsidP="0050457A">
      <w:pPr>
        <w:numPr>
          <w:ilvl w:val="0"/>
          <w:numId w:val="23"/>
        </w:numPr>
        <w:rPr>
          <w:lang w:val="en-AU"/>
        </w:rPr>
      </w:pPr>
      <w:r w:rsidRPr="0050457A">
        <w:rPr>
          <w:lang w:val="en-AU"/>
        </w:rPr>
        <w:lastRenderedPageBreak/>
        <w:t>Minimum development or production quantities.</w:t>
      </w:r>
    </w:p>
    <w:p w14:paraId="07E3CAE3" w14:textId="77777777" w:rsidR="0050457A" w:rsidRPr="0050457A" w:rsidRDefault="0050457A" w:rsidP="0050457A">
      <w:pPr>
        <w:numPr>
          <w:ilvl w:val="0"/>
          <w:numId w:val="23"/>
        </w:numPr>
        <w:rPr>
          <w:lang w:val="en-AU"/>
        </w:rPr>
      </w:pPr>
      <w:r w:rsidRPr="0050457A">
        <w:rPr>
          <w:lang w:val="en-AU"/>
        </w:rPr>
        <w:t>Development costs.</w:t>
      </w:r>
    </w:p>
    <w:p w14:paraId="48EB1E10" w14:textId="77777777" w:rsidR="0050457A" w:rsidRPr="0050457A" w:rsidRDefault="0050457A" w:rsidP="0050457A">
      <w:pPr>
        <w:numPr>
          <w:ilvl w:val="0"/>
          <w:numId w:val="23"/>
        </w:numPr>
        <w:rPr>
          <w:lang w:val="en-AU"/>
        </w:rPr>
      </w:pPr>
      <w:r w:rsidRPr="0050457A">
        <w:rPr>
          <w:lang w:val="en-AU"/>
        </w:rPr>
        <w:t>Ongoing product cost.</w:t>
      </w:r>
    </w:p>
    <w:p w14:paraId="7EED1D1B" w14:textId="77777777" w:rsidR="0050457A" w:rsidRPr="0050457A" w:rsidRDefault="0050457A" w:rsidP="0050457A">
      <w:pPr>
        <w:numPr>
          <w:ilvl w:val="0"/>
          <w:numId w:val="23"/>
        </w:numPr>
        <w:rPr>
          <w:lang w:val="en-AU"/>
        </w:rPr>
      </w:pPr>
      <w:r w:rsidRPr="0050457A">
        <w:rPr>
          <w:lang w:val="en-AU"/>
        </w:rPr>
        <w:t>Internal approval requirements.</w:t>
      </w:r>
    </w:p>
    <w:p w14:paraId="69829815" w14:textId="77777777" w:rsidR="0050457A" w:rsidRPr="0050457A" w:rsidRDefault="0050457A" w:rsidP="0050457A">
      <w:pPr>
        <w:numPr>
          <w:ilvl w:val="0"/>
          <w:numId w:val="23"/>
        </w:numPr>
        <w:rPr>
          <w:lang w:val="en-AU"/>
        </w:rPr>
      </w:pPr>
      <w:r w:rsidRPr="0050457A">
        <w:rPr>
          <w:lang w:val="en-AU"/>
        </w:rPr>
        <w:t>Providing sufficient technical and application information.</w:t>
      </w:r>
    </w:p>
    <w:p w14:paraId="52114075" w14:textId="77777777" w:rsidR="0050457A" w:rsidRPr="0050457A" w:rsidRDefault="0050457A" w:rsidP="0050457A">
      <w:pPr>
        <w:numPr>
          <w:ilvl w:val="0"/>
          <w:numId w:val="23"/>
        </w:numPr>
        <w:rPr>
          <w:lang w:val="en-AU"/>
        </w:rPr>
      </w:pPr>
      <w:r w:rsidRPr="0050457A">
        <w:rPr>
          <w:lang w:val="en-AU"/>
        </w:rPr>
        <w:t>Confidence that the formulation will achieve the required outcome.</w:t>
      </w:r>
    </w:p>
    <w:p w14:paraId="7AE2B8BE" w14:textId="77777777" w:rsidR="0050457A" w:rsidRPr="0050457A" w:rsidRDefault="0050457A" w:rsidP="0050457A">
      <w:pPr>
        <w:numPr>
          <w:ilvl w:val="0"/>
          <w:numId w:val="23"/>
        </w:numPr>
        <w:rPr>
          <w:lang w:val="en-AU"/>
        </w:rPr>
      </w:pPr>
      <w:r w:rsidRPr="0050457A">
        <w:rPr>
          <w:lang w:val="en-AU"/>
        </w:rPr>
        <w:t>Production and supply lead times.</w:t>
      </w:r>
    </w:p>
    <w:p w14:paraId="66D654F8" w14:textId="77777777" w:rsidR="0050457A" w:rsidRPr="0050457A" w:rsidRDefault="0050457A" w:rsidP="0050457A">
      <w:pPr>
        <w:numPr>
          <w:ilvl w:val="0"/>
          <w:numId w:val="23"/>
        </w:numPr>
        <w:rPr>
          <w:lang w:val="en-AU"/>
        </w:rPr>
      </w:pPr>
      <w:r w:rsidRPr="0050457A">
        <w:rPr>
          <w:lang w:val="en-AU"/>
        </w:rPr>
        <w:t>Confidence in ongoing availability once the product is approved.</w:t>
      </w:r>
    </w:p>
    <w:p w14:paraId="4786A95A" w14:textId="77777777" w:rsidR="0050457A" w:rsidRPr="0050457A" w:rsidRDefault="0050457A" w:rsidP="0050457A">
      <w:pPr>
        <w:pStyle w:val="Heading2"/>
        <w:rPr>
          <w:lang w:val="en-AU"/>
        </w:rPr>
      </w:pPr>
      <w:r w:rsidRPr="0050457A">
        <w:rPr>
          <w:lang w:val="en-AU"/>
        </w:rPr>
        <w:t>Mark’s Likely Buying Journey – Example</w:t>
      </w:r>
    </w:p>
    <w:p w14:paraId="141BB3D2" w14:textId="77777777" w:rsidR="0050457A" w:rsidRPr="0050457A" w:rsidRDefault="0050457A" w:rsidP="0050457A">
      <w:pPr>
        <w:rPr>
          <w:b/>
          <w:bCs/>
          <w:lang w:val="en-AU"/>
        </w:rPr>
      </w:pPr>
      <w:r w:rsidRPr="0050457A">
        <w:rPr>
          <w:b/>
          <w:bCs/>
          <w:lang w:val="en-AU"/>
        </w:rPr>
        <w:t>Example Situation</w:t>
      </w:r>
    </w:p>
    <w:p w14:paraId="05CE35C4" w14:textId="77777777" w:rsidR="0050457A" w:rsidRPr="0050457A" w:rsidRDefault="0050457A" w:rsidP="0050457A">
      <w:pPr>
        <w:rPr>
          <w:lang w:val="en-AU"/>
        </w:rPr>
      </w:pPr>
      <w:r w:rsidRPr="0050457A">
        <w:rPr>
          <w:lang w:val="en-AU"/>
        </w:rPr>
        <w:t>Mark manages operations within a large organisation where stock and equipment are regularly handled and moved through warehouse facilities.</w:t>
      </w:r>
    </w:p>
    <w:p w14:paraId="52F155B3" w14:textId="77777777" w:rsidR="0050457A" w:rsidRPr="0050457A" w:rsidRDefault="0050457A" w:rsidP="0050457A">
      <w:pPr>
        <w:rPr>
          <w:lang w:val="en-AU"/>
        </w:rPr>
      </w:pPr>
      <w:r w:rsidRPr="0050457A">
        <w:rPr>
          <w:lang w:val="en-AU"/>
        </w:rPr>
        <w:t xml:space="preserve">The business is experiencing an issue with </w:t>
      </w:r>
      <w:r w:rsidRPr="0050457A">
        <w:rPr>
          <w:b/>
          <w:bCs/>
          <w:lang w:val="en-AU"/>
        </w:rPr>
        <w:t>stock or equipment going missing or potentially being stolen</w:t>
      </w:r>
      <w:r w:rsidRPr="0050457A">
        <w:rPr>
          <w:lang w:val="en-AU"/>
        </w:rPr>
        <w:t>.</w:t>
      </w:r>
    </w:p>
    <w:p w14:paraId="0F71A865" w14:textId="77777777" w:rsidR="0050457A" w:rsidRPr="0050457A" w:rsidRDefault="0050457A" w:rsidP="0050457A">
      <w:pPr>
        <w:rPr>
          <w:lang w:val="en-AU"/>
        </w:rPr>
      </w:pPr>
      <w:r w:rsidRPr="0050457A">
        <w:rPr>
          <w:lang w:val="en-AU"/>
        </w:rPr>
        <w:t>It wants an additional method of helping identify or trace where items have been handled or moved.</w:t>
      </w:r>
    </w:p>
    <w:p w14:paraId="1655E18B" w14:textId="77777777" w:rsidR="0050457A" w:rsidRPr="0050457A" w:rsidRDefault="0050457A" w:rsidP="0050457A">
      <w:pPr>
        <w:rPr>
          <w:lang w:val="en-AU"/>
        </w:rPr>
      </w:pPr>
      <w:r w:rsidRPr="0050457A">
        <w:rPr>
          <w:lang w:val="en-AU"/>
        </w:rPr>
        <w:t xml:space="preserve">This creates an unusual lubricant requirement: a grease that is suitable for the application but also </w:t>
      </w:r>
      <w:r w:rsidRPr="0050457A">
        <w:rPr>
          <w:b/>
          <w:bCs/>
          <w:lang w:val="en-AU"/>
        </w:rPr>
        <w:t>detectable under UV light</w:t>
      </w:r>
      <w:r w:rsidRPr="0050457A">
        <w:rPr>
          <w:lang w:val="en-AU"/>
        </w:rPr>
        <w:t>.</w:t>
      </w:r>
    </w:p>
    <w:p w14:paraId="77BA4378" w14:textId="77777777" w:rsidR="0050457A" w:rsidRPr="0050457A" w:rsidRDefault="0050457A" w:rsidP="0050457A">
      <w:pPr>
        <w:rPr>
          <w:b/>
          <w:bCs/>
          <w:lang w:val="en-AU"/>
        </w:rPr>
      </w:pPr>
      <w:r w:rsidRPr="0050457A">
        <w:rPr>
          <w:b/>
          <w:bCs/>
          <w:lang w:val="en-AU"/>
        </w:rPr>
        <w:t>1. A Specific Problem Arises</w:t>
      </w:r>
    </w:p>
    <w:p w14:paraId="3FBB58B7" w14:textId="77777777" w:rsidR="0050457A" w:rsidRPr="0050457A" w:rsidRDefault="0050457A" w:rsidP="0050457A">
      <w:pPr>
        <w:rPr>
          <w:lang w:val="en-AU"/>
        </w:rPr>
      </w:pPr>
      <w:r w:rsidRPr="0050457A">
        <w:rPr>
          <w:lang w:val="en-AU"/>
        </w:rPr>
        <w:t>The starting point is the operational problem rather than the lubricant itself.</w:t>
      </w:r>
    </w:p>
    <w:p w14:paraId="114743B8" w14:textId="77777777" w:rsidR="0050457A" w:rsidRPr="0050457A" w:rsidRDefault="0050457A" w:rsidP="0050457A">
      <w:pPr>
        <w:rPr>
          <w:lang w:val="en-AU"/>
        </w:rPr>
      </w:pPr>
      <w:r w:rsidRPr="0050457A">
        <w:rPr>
          <w:lang w:val="en-AU"/>
        </w:rPr>
        <w:t>Mark’s business identifies that a UV-detectable grease could potentially provide an additional way to help identify where certain stock or equipment has been handled or moved.</w:t>
      </w:r>
    </w:p>
    <w:p w14:paraId="75FD9825" w14:textId="77777777" w:rsidR="0050457A" w:rsidRPr="0050457A" w:rsidRDefault="0050457A" w:rsidP="0050457A">
      <w:pPr>
        <w:rPr>
          <w:lang w:val="en-AU"/>
        </w:rPr>
      </w:pPr>
      <w:r w:rsidRPr="0050457A">
        <w:rPr>
          <w:lang w:val="en-AU"/>
        </w:rPr>
        <w:t>His question becomes:</w:t>
      </w:r>
    </w:p>
    <w:p w14:paraId="1CC2CD63" w14:textId="77777777" w:rsidR="0050457A" w:rsidRPr="0050457A" w:rsidRDefault="0050457A" w:rsidP="0050457A">
      <w:pPr>
        <w:rPr>
          <w:lang w:val="en-AU"/>
        </w:rPr>
      </w:pPr>
      <w:r w:rsidRPr="0050457A">
        <w:rPr>
          <w:b/>
          <w:bCs/>
          <w:lang w:val="en-AU"/>
        </w:rPr>
        <w:t>“Can a grease be developed that performs the lubrication job we need but can also be detected under UV light?”</w:t>
      </w:r>
    </w:p>
    <w:p w14:paraId="784E11DF" w14:textId="77777777" w:rsidR="0050457A" w:rsidRPr="0050457A" w:rsidRDefault="0050457A" w:rsidP="0050457A">
      <w:pPr>
        <w:rPr>
          <w:b/>
          <w:bCs/>
          <w:lang w:val="en-AU"/>
        </w:rPr>
      </w:pPr>
      <w:r w:rsidRPr="0050457A">
        <w:rPr>
          <w:b/>
          <w:bCs/>
          <w:lang w:val="en-AU"/>
        </w:rPr>
        <w:t>2. Speaks with KAJO Australia</w:t>
      </w:r>
    </w:p>
    <w:p w14:paraId="6610A014" w14:textId="77777777" w:rsidR="0050457A" w:rsidRPr="0050457A" w:rsidRDefault="0050457A" w:rsidP="0050457A">
      <w:pPr>
        <w:rPr>
          <w:lang w:val="en-AU"/>
        </w:rPr>
      </w:pPr>
      <w:r w:rsidRPr="0050457A">
        <w:rPr>
          <w:lang w:val="en-AU"/>
        </w:rPr>
        <w:t>Mark brings the requirement to KAJO Australia.</w:t>
      </w:r>
    </w:p>
    <w:p w14:paraId="26DA1A13" w14:textId="77777777" w:rsidR="0050457A" w:rsidRPr="0050457A" w:rsidRDefault="0050457A" w:rsidP="0050457A">
      <w:pPr>
        <w:rPr>
          <w:lang w:val="en-AU"/>
        </w:rPr>
      </w:pPr>
      <w:r w:rsidRPr="0050457A">
        <w:rPr>
          <w:lang w:val="en-AU"/>
        </w:rPr>
        <w:t xml:space="preserve">Rather than immediately recommending an existing product, KAJO Australia needs to understand both the </w:t>
      </w:r>
      <w:r w:rsidRPr="0050457A">
        <w:rPr>
          <w:b/>
          <w:bCs/>
          <w:lang w:val="en-AU"/>
        </w:rPr>
        <w:t>lubrication application and the additional function the customer requires</w:t>
      </w:r>
      <w:r w:rsidRPr="0050457A">
        <w:rPr>
          <w:lang w:val="en-AU"/>
        </w:rPr>
        <w:t>.</w:t>
      </w:r>
    </w:p>
    <w:p w14:paraId="18271994" w14:textId="77777777" w:rsidR="0050457A" w:rsidRPr="0050457A" w:rsidRDefault="0050457A" w:rsidP="0050457A">
      <w:pPr>
        <w:rPr>
          <w:lang w:val="en-AU"/>
        </w:rPr>
      </w:pPr>
      <w:r w:rsidRPr="0050457A">
        <w:rPr>
          <w:lang w:val="en-AU"/>
        </w:rPr>
        <w:t>The initial assessment may consider:</w:t>
      </w:r>
    </w:p>
    <w:p w14:paraId="2F0D11F7" w14:textId="77777777" w:rsidR="0050457A" w:rsidRPr="0050457A" w:rsidRDefault="0050457A" w:rsidP="0050457A">
      <w:pPr>
        <w:rPr>
          <w:lang w:val="en-AU"/>
        </w:rPr>
      </w:pPr>
      <w:r w:rsidRPr="0050457A">
        <w:rPr>
          <w:b/>
          <w:bCs/>
          <w:lang w:val="en-AU"/>
        </w:rPr>
        <w:t>Application → lubrication requirements → operating environment → existing product → additional UV requirement → intended use → required outcome</w:t>
      </w:r>
    </w:p>
    <w:p w14:paraId="23770A59" w14:textId="77777777" w:rsidR="0050457A" w:rsidRPr="0050457A" w:rsidRDefault="0050457A" w:rsidP="0050457A">
      <w:pPr>
        <w:rPr>
          <w:lang w:val="en-AU"/>
        </w:rPr>
      </w:pPr>
      <w:r w:rsidRPr="0050457A">
        <w:rPr>
          <w:lang w:val="en-AU"/>
        </w:rPr>
        <w:t>This allows KAJO Australia to establish exactly what problem the formulation needs to solve.</w:t>
      </w:r>
    </w:p>
    <w:p w14:paraId="28D4B51A" w14:textId="77777777" w:rsidR="0050457A" w:rsidRPr="0050457A" w:rsidRDefault="0050457A" w:rsidP="0050457A">
      <w:pPr>
        <w:rPr>
          <w:b/>
          <w:bCs/>
          <w:lang w:val="en-AU"/>
        </w:rPr>
      </w:pPr>
      <w:r w:rsidRPr="0050457A">
        <w:rPr>
          <w:b/>
          <w:bCs/>
          <w:lang w:val="en-AU"/>
        </w:rPr>
        <w:lastRenderedPageBreak/>
        <w:t>3. Assesses Whether an Existing Product Can Meet the Requirement</w:t>
      </w:r>
    </w:p>
    <w:p w14:paraId="033465D7" w14:textId="77777777" w:rsidR="0050457A" w:rsidRPr="0050457A" w:rsidRDefault="0050457A" w:rsidP="0050457A">
      <w:pPr>
        <w:rPr>
          <w:lang w:val="en-AU"/>
        </w:rPr>
      </w:pPr>
      <w:r w:rsidRPr="0050457A">
        <w:rPr>
          <w:lang w:val="en-AU"/>
        </w:rPr>
        <w:t>Before moving into custom development, KAJO Australia determines whether an existing KAJO product could meet the requirements.</w:t>
      </w:r>
    </w:p>
    <w:p w14:paraId="0C338FD9" w14:textId="77777777" w:rsidR="0050457A" w:rsidRPr="0050457A" w:rsidRDefault="0050457A" w:rsidP="0050457A">
      <w:pPr>
        <w:rPr>
          <w:lang w:val="en-AU"/>
        </w:rPr>
      </w:pPr>
      <w:r w:rsidRPr="0050457A">
        <w:rPr>
          <w:b/>
          <w:bCs/>
          <w:lang w:val="en-AU"/>
        </w:rPr>
        <w:t>Existing solution available</w:t>
      </w:r>
      <w:r w:rsidRPr="0050457A">
        <w:rPr>
          <w:lang w:val="en-AU"/>
        </w:rPr>
        <w:br/>
        <w:t>Suitable product identified → technical suitability confirmed → testing/trial if required → supply</w:t>
      </w:r>
    </w:p>
    <w:p w14:paraId="312227CA" w14:textId="77777777" w:rsidR="0050457A" w:rsidRPr="0050457A" w:rsidRDefault="0050457A" w:rsidP="0050457A">
      <w:pPr>
        <w:rPr>
          <w:lang w:val="en-AU"/>
        </w:rPr>
      </w:pPr>
      <w:r w:rsidRPr="0050457A">
        <w:rPr>
          <w:b/>
          <w:bCs/>
          <w:lang w:val="en-AU"/>
        </w:rPr>
        <w:t>No existing solution available</w:t>
      </w:r>
      <w:r w:rsidRPr="0050457A">
        <w:rPr>
          <w:lang w:val="en-AU"/>
        </w:rPr>
        <w:br/>
        <w:t>Requirements documented → KAJO product development team in Germany involved → custom formulation pathway</w:t>
      </w:r>
    </w:p>
    <w:p w14:paraId="065D4472" w14:textId="77777777" w:rsidR="0050457A" w:rsidRPr="0050457A" w:rsidRDefault="0050457A" w:rsidP="0050457A">
      <w:pPr>
        <w:rPr>
          <w:lang w:val="en-AU"/>
        </w:rPr>
      </w:pPr>
      <w:r w:rsidRPr="0050457A">
        <w:rPr>
          <w:lang w:val="en-AU"/>
        </w:rPr>
        <w:t>In Mark’s case, the unusual UV-detectable requirement may mean that an existing standard product does not meet the complete brief.</w:t>
      </w:r>
    </w:p>
    <w:p w14:paraId="43178C5D" w14:textId="77777777" w:rsidR="0050457A" w:rsidRPr="0050457A" w:rsidRDefault="0050457A" w:rsidP="0050457A">
      <w:pPr>
        <w:rPr>
          <w:b/>
          <w:bCs/>
          <w:lang w:val="en-AU"/>
        </w:rPr>
      </w:pPr>
      <w:r w:rsidRPr="0050457A">
        <w:rPr>
          <w:b/>
          <w:bCs/>
          <w:lang w:val="en-AU"/>
        </w:rPr>
        <w:t>4. Defines the Custom Formulation Requirements</w:t>
      </w:r>
    </w:p>
    <w:p w14:paraId="79709DCA" w14:textId="77777777" w:rsidR="0050457A" w:rsidRPr="0050457A" w:rsidRDefault="0050457A" w:rsidP="0050457A">
      <w:pPr>
        <w:rPr>
          <w:lang w:val="en-AU"/>
        </w:rPr>
      </w:pPr>
      <w:r w:rsidRPr="0050457A">
        <w:rPr>
          <w:lang w:val="en-AU"/>
        </w:rPr>
        <w:t>KAJO Australia works with Mark and KAJO’s product development team in Germany to clearly define what the new formulation needs to achieve.</w:t>
      </w:r>
    </w:p>
    <w:p w14:paraId="70625A59" w14:textId="77777777" w:rsidR="0050457A" w:rsidRPr="0050457A" w:rsidRDefault="0050457A" w:rsidP="0050457A">
      <w:pPr>
        <w:rPr>
          <w:lang w:val="en-AU"/>
        </w:rPr>
      </w:pPr>
      <w:r w:rsidRPr="0050457A">
        <w:rPr>
          <w:lang w:val="en-AU"/>
        </w:rPr>
        <w:t>For this example, that could include:</w:t>
      </w:r>
    </w:p>
    <w:p w14:paraId="0830EDDD" w14:textId="77777777" w:rsidR="0050457A" w:rsidRPr="0050457A" w:rsidRDefault="0050457A" w:rsidP="0050457A">
      <w:pPr>
        <w:rPr>
          <w:lang w:val="en-AU"/>
        </w:rPr>
      </w:pPr>
      <w:r w:rsidRPr="0050457A">
        <w:rPr>
          <w:b/>
          <w:bCs/>
          <w:lang w:val="en-AU"/>
        </w:rPr>
        <w:t>Lubrication performance → application requirements → operating conditions → compatibility → UV detectability → method of detection → intended use → required outcome</w:t>
      </w:r>
    </w:p>
    <w:p w14:paraId="5821EF8E" w14:textId="77777777" w:rsidR="0050457A" w:rsidRPr="0050457A" w:rsidRDefault="0050457A" w:rsidP="0050457A">
      <w:pPr>
        <w:rPr>
          <w:lang w:val="en-AU"/>
        </w:rPr>
      </w:pPr>
      <w:r w:rsidRPr="0050457A">
        <w:rPr>
          <w:lang w:val="en-AU"/>
        </w:rPr>
        <w:t>The product development team can then assess the technical feasibility of developing the required formulation.</w:t>
      </w:r>
    </w:p>
    <w:p w14:paraId="28F0043D" w14:textId="77777777" w:rsidR="0050457A" w:rsidRPr="0050457A" w:rsidRDefault="0050457A" w:rsidP="0050457A">
      <w:pPr>
        <w:rPr>
          <w:b/>
          <w:bCs/>
          <w:lang w:val="en-AU"/>
        </w:rPr>
      </w:pPr>
      <w:r w:rsidRPr="0050457A">
        <w:rPr>
          <w:b/>
          <w:bCs/>
          <w:lang w:val="en-AU"/>
        </w:rPr>
        <w:t>5. Product Development &amp; Testing</w:t>
      </w:r>
    </w:p>
    <w:p w14:paraId="1ADF4FFC" w14:textId="77777777" w:rsidR="0050457A" w:rsidRPr="0050457A" w:rsidRDefault="0050457A" w:rsidP="0050457A">
      <w:pPr>
        <w:rPr>
          <w:lang w:val="en-AU"/>
        </w:rPr>
      </w:pPr>
      <w:r w:rsidRPr="0050457A">
        <w:rPr>
          <w:lang w:val="en-AU"/>
        </w:rPr>
        <w:t>If the requirement is technically viable, KAJO’s product development team in Germany develops an appropriate formulation for assessment.</w:t>
      </w:r>
    </w:p>
    <w:p w14:paraId="040C3664" w14:textId="77777777" w:rsidR="0050457A" w:rsidRPr="0050457A" w:rsidRDefault="0050457A" w:rsidP="0050457A">
      <w:pPr>
        <w:rPr>
          <w:lang w:val="en-AU"/>
        </w:rPr>
      </w:pPr>
      <w:r w:rsidRPr="0050457A">
        <w:rPr>
          <w:lang w:val="en-AU"/>
        </w:rPr>
        <w:t>The formulation would then move through the required development and testing process before being provided for customer evaluation or trial.</w:t>
      </w:r>
    </w:p>
    <w:p w14:paraId="638F4483" w14:textId="77777777" w:rsidR="0050457A" w:rsidRPr="0050457A" w:rsidRDefault="0050457A" w:rsidP="0050457A">
      <w:pPr>
        <w:rPr>
          <w:lang w:val="en-AU"/>
        </w:rPr>
      </w:pPr>
      <w:r w:rsidRPr="0050457A">
        <w:rPr>
          <w:lang w:val="en-AU"/>
        </w:rPr>
        <w:t xml:space="preserve">For Mark, there are effectively </w:t>
      </w:r>
      <w:r w:rsidRPr="0050457A">
        <w:rPr>
          <w:b/>
          <w:bCs/>
          <w:lang w:val="en-AU"/>
        </w:rPr>
        <w:t>two things that need to be proven</w:t>
      </w:r>
      <w:r w:rsidRPr="0050457A">
        <w:rPr>
          <w:lang w:val="en-AU"/>
        </w:rPr>
        <w:t>:</w:t>
      </w:r>
    </w:p>
    <w:p w14:paraId="0A44398C" w14:textId="77777777" w:rsidR="0050457A" w:rsidRPr="0050457A" w:rsidRDefault="0050457A" w:rsidP="0050457A">
      <w:pPr>
        <w:rPr>
          <w:lang w:val="en-AU"/>
        </w:rPr>
      </w:pPr>
      <w:r w:rsidRPr="0050457A">
        <w:rPr>
          <w:b/>
          <w:bCs/>
          <w:lang w:val="en-AU"/>
        </w:rPr>
        <w:t>Does it perform correctly as a lubricant?</w:t>
      </w:r>
    </w:p>
    <w:p w14:paraId="76606F2C" w14:textId="77777777" w:rsidR="0050457A" w:rsidRPr="0050457A" w:rsidRDefault="0050457A" w:rsidP="0050457A">
      <w:pPr>
        <w:rPr>
          <w:lang w:val="en-AU"/>
        </w:rPr>
      </w:pPr>
      <w:r w:rsidRPr="0050457A">
        <w:rPr>
          <w:lang w:val="en-AU"/>
        </w:rPr>
        <w:t>and</w:t>
      </w:r>
    </w:p>
    <w:p w14:paraId="6C95D77A" w14:textId="77777777" w:rsidR="0050457A" w:rsidRPr="0050457A" w:rsidRDefault="0050457A" w:rsidP="0050457A">
      <w:pPr>
        <w:rPr>
          <w:lang w:val="en-AU"/>
        </w:rPr>
      </w:pPr>
      <w:r w:rsidRPr="0050457A">
        <w:rPr>
          <w:b/>
          <w:bCs/>
          <w:lang w:val="en-AU"/>
        </w:rPr>
        <w:t>Does the UV-detectable element perform the additional function required by the customer?</w:t>
      </w:r>
    </w:p>
    <w:p w14:paraId="4B78641F" w14:textId="77777777" w:rsidR="0050457A" w:rsidRPr="0050457A" w:rsidRDefault="0050457A" w:rsidP="0050457A">
      <w:pPr>
        <w:rPr>
          <w:b/>
          <w:bCs/>
          <w:lang w:val="en-AU"/>
        </w:rPr>
      </w:pPr>
      <w:r w:rsidRPr="0050457A">
        <w:rPr>
          <w:b/>
          <w:bCs/>
          <w:lang w:val="en-AU"/>
        </w:rPr>
        <w:t>6. Customer Trial &amp; Approval</w:t>
      </w:r>
    </w:p>
    <w:p w14:paraId="64A5DC64" w14:textId="77777777" w:rsidR="0050457A" w:rsidRPr="0050457A" w:rsidRDefault="0050457A" w:rsidP="0050457A">
      <w:pPr>
        <w:rPr>
          <w:lang w:val="en-AU"/>
        </w:rPr>
      </w:pPr>
      <w:r w:rsidRPr="0050457A">
        <w:rPr>
          <w:lang w:val="en-AU"/>
        </w:rPr>
        <w:t>Mark’s business assesses the developed product in the intended application.</w:t>
      </w:r>
    </w:p>
    <w:p w14:paraId="4A04CE15" w14:textId="77777777" w:rsidR="0050457A" w:rsidRPr="0050457A" w:rsidRDefault="0050457A" w:rsidP="0050457A">
      <w:pPr>
        <w:rPr>
          <w:lang w:val="en-AU"/>
        </w:rPr>
      </w:pPr>
      <w:r w:rsidRPr="0050457A">
        <w:rPr>
          <w:lang w:val="en-AU"/>
        </w:rPr>
        <w:t>This stage allows the customer and KAJO to determine whether the formulation meets the agreed requirements before moving into ongoing production and supply.</w:t>
      </w:r>
    </w:p>
    <w:p w14:paraId="3562C8BB" w14:textId="77777777" w:rsidR="0050457A" w:rsidRPr="0050457A" w:rsidRDefault="0050457A" w:rsidP="0050457A">
      <w:pPr>
        <w:rPr>
          <w:lang w:val="en-AU"/>
        </w:rPr>
      </w:pPr>
      <w:r w:rsidRPr="0050457A">
        <w:rPr>
          <w:lang w:val="en-AU"/>
        </w:rPr>
        <w:t>If changes are required, feedback can be provided to the product development team for further assessment.</w:t>
      </w:r>
    </w:p>
    <w:p w14:paraId="29BB8441" w14:textId="77777777" w:rsidR="0050457A" w:rsidRPr="0050457A" w:rsidRDefault="0050457A" w:rsidP="0050457A">
      <w:pPr>
        <w:rPr>
          <w:b/>
          <w:bCs/>
          <w:lang w:val="en-AU"/>
        </w:rPr>
      </w:pPr>
      <w:r w:rsidRPr="0050457A">
        <w:rPr>
          <w:b/>
          <w:bCs/>
          <w:lang w:val="en-AU"/>
        </w:rPr>
        <w:t>7. Manufacture &amp; Ongoing Supply</w:t>
      </w:r>
    </w:p>
    <w:p w14:paraId="19CD6EAF" w14:textId="77777777" w:rsidR="0050457A" w:rsidRPr="0050457A" w:rsidRDefault="0050457A" w:rsidP="0050457A">
      <w:pPr>
        <w:rPr>
          <w:lang w:val="en-AU"/>
        </w:rPr>
      </w:pPr>
      <w:r w:rsidRPr="0050457A">
        <w:rPr>
          <w:lang w:val="en-AU"/>
        </w:rPr>
        <w:lastRenderedPageBreak/>
        <w:t>Once the formulation has been approved, KAJO manufactures the product and KAJO Australia supports the customer’s ongoing supply requirements.</w:t>
      </w:r>
    </w:p>
    <w:p w14:paraId="791BE478" w14:textId="77777777" w:rsidR="0050457A" w:rsidRPr="0050457A" w:rsidRDefault="0050457A" w:rsidP="0050457A">
      <w:pPr>
        <w:rPr>
          <w:lang w:val="en-AU"/>
        </w:rPr>
      </w:pPr>
      <w:r w:rsidRPr="0050457A">
        <w:rPr>
          <w:lang w:val="en-AU"/>
        </w:rPr>
        <w:t>The journey has moved from:</w:t>
      </w:r>
    </w:p>
    <w:p w14:paraId="3E18D8F0" w14:textId="77777777" w:rsidR="0050457A" w:rsidRPr="0050457A" w:rsidRDefault="0050457A" w:rsidP="0050457A">
      <w:pPr>
        <w:rPr>
          <w:lang w:val="en-AU"/>
        </w:rPr>
      </w:pPr>
      <w:r w:rsidRPr="0050457A">
        <w:rPr>
          <w:b/>
          <w:bCs/>
          <w:lang w:val="en-AU"/>
        </w:rPr>
        <w:t>“We have an unusual operational problem.”</w:t>
      </w:r>
    </w:p>
    <w:p w14:paraId="5A474714" w14:textId="77777777" w:rsidR="0050457A" w:rsidRPr="0050457A" w:rsidRDefault="0050457A" w:rsidP="0050457A">
      <w:pPr>
        <w:rPr>
          <w:lang w:val="en-AU"/>
        </w:rPr>
      </w:pPr>
      <w:r w:rsidRPr="0050457A">
        <w:rPr>
          <w:lang w:val="en-AU"/>
        </w:rPr>
        <w:t>to:</w:t>
      </w:r>
    </w:p>
    <w:p w14:paraId="7B7EA693" w14:textId="77777777" w:rsidR="0050457A" w:rsidRPr="0050457A" w:rsidRDefault="0050457A" w:rsidP="0050457A">
      <w:pPr>
        <w:rPr>
          <w:lang w:val="en-AU"/>
        </w:rPr>
      </w:pPr>
      <w:r w:rsidRPr="0050457A">
        <w:rPr>
          <w:b/>
          <w:bCs/>
          <w:lang w:val="en-AU"/>
        </w:rPr>
        <w:t>“KAJO has developed a lubricant around our specific requirement.”</w:t>
      </w:r>
    </w:p>
    <w:p w14:paraId="44C94D36" w14:textId="77777777" w:rsidR="0050457A" w:rsidRPr="0050457A" w:rsidRDefault="0050457A" w:rsidP="0050457A">
      <w:pPr>
        <w:rPr>
          <w:lang w:val="en-AU"/>
        </w:rPr>
      </w:pPr>
      <w:r w:rsidRPr="0050457A">
        <w:rPr>
          <w:lang w:val="en-AU"/>
        </w:rPr>
        <w:t>The relationship can then continue through ongoing supply, technical support and future formulation requirements.</w:t>
      </w:r>
    </w:p>
    <w:p w14:paraId="79A3FB89" w14:textId="77777777" w:rsidR="0050457A" w:rsidRPr="0050457A" w:rsidRDefault="0050457A" w:rsidP="0050457A">
      <w:pPr>
        <w:rPr>
          <w:b/>
          <w:bCs/>
          <w:lang w:val="en-AU"/>
        </w:rPr>
      </w:pPr>
      <w:r w:rsidRPr="0050457A">
        <w:rPr>
          <w:b/>
          <w:bCs/>
          <w:lang w:val="en-AU"/>
        </w:rPr>
        <w:t>Example Application</w:t>
      </w:r>
    </w:p>
    <w:p w14:paraId="22F5BEB1" w14:textId="77777777" w:rsidR="0050457A" w:rsidRPr="0050457A" w:rsidRDefault="0050457A" w:rsidP="0050457A">
      <w:pPr>
        <w:rPr>
          <w:lang w:val="en-AU"/>
        </w:rPr>
      </w:pPr>
      <w:r w:rsidRPr="0050457A">
        <w:rPr>
          <w:b/>
          <w:bCs/>
          <w:lang w:val="en-AU"/>
        </w:rPr>
        <w:t>Customer type:</w:t>
      </w:r>
      <w:r w:rsidRPr="0050457A">
        <w:rPr>
          <w:lang w:val="en-AU"/>
        </w:rPr>
        <w:t xml:space="preserve"> Large organisation / warehouse operation</w:t>
      </w:r>
    </w:p>
    <w:p w14:paraId="48A152F5" w14:textId="77777777" w:rsidR="0050457A" w:rsidRPr="0050457A" w:rsidRDefault="0050457A" w:rsidP="0050457A">
      <w:pPr>
        <w:rPr>
          <w:lang w:val="en-AU"/>
        </w:rPr>
      </w:pPr>
      <w:r w:rsidRPr="0050457A">
        <w:rPr>
          <w:b/>
          <w:bCs/>
          <w:lang w:val="en-AU"/>
        </w:rPr>
        <w:t>Operational problem:</w:t>
      </w:r>
      <w:r w:rsidRPr="0050457A">
        <w:rPr>
          <w:lang w:val="en-AU"/>
        </w:rPr>
        <w:t xml:space="preserve"> Stock or equipment going missing or potentially being stolen.</w:t>
      </w:r>
    </w:p>
    <w:p w14:paraId="6FF865DB" w14:textId="77777777" w:rsidR="0050457A" w:rsidRPr="0050457A" w:rsidRDefault="0050457A" w:rsidP="0050457A">
      <w:pPr>
        <w:rPr>
          <w:lang w:val="en-AU"/>
        </w:rPr>
      </w:pPr>
      <w:r w:rsidRPr="0050457A">
        <w:rPr>
          <w:b/>
          <w:bCs/>
          <w:lang w:val="en-AU"/>
        </w:rPr>
        <w:t>Lubricant requirement:</w:t>
      </w:r>
      <w:r w:rsidRPr="0050457A">
        <w:rPr>
          <w:lang w:val="en-AU"/>
        </w:rPr>
        <w:t xml:space="preserve"> Suitable grease for the intended application with an additional UV-detectable characteristic.</w:t>
      </w:r>
    </w:p>
    <w:p w14:paraId="27686F22" w14:textId="77777777" w:rsidR="0050457A" w:rsidRPr="0050457A" w:rsidRDefault="0050457A" w:rsidP="0050457A">
      <w:pPr>
        <w:rPr>
          <w:lang w:val="en-AU"/>
        </w:rPr>
      </w:pPr>
      <w:r w:rsidRPr="0050457A">
        <w:rPr>
          <w:b/>
          <w:bCs/>
          <w:lang w:val="en-AU"/>
        </w:rPr>
        <w:t>Purpose of additional characteristic:</w:t>
      </w:r>
      <w:r w:rsidRPr="0050457A">
        <w:rPr>
          <w:lang w:val="en-AU"/>
        </w:rPr>
        <w:t xml:space="preserve"> Assist with identifying or tracing where stock or equipment has been handled or moved.</w:t>
      </w:r>
    </w:p>
    <w:p w14:paraId="6C7C2678" w14:textId="77777777" w:rsidR="0050457A" w:rsidRPr="0050457A" w:rsidRDefault="0050457A" w:rsidP="0050457A">
      <w:pPr>
        <w:rPr>
          <w:lang w:val="en-AU"/>
        </w:rPr>
      </w:pPr>
      <w:r w:rsidRPr="0050457A">
        <w:rPr>
          <w:b/>
          <w:bCs/>
          <w:lang w:val="en-AU"/>
        </w:rPr>
        <w:t>Standard product suitable:</w:t>
      </w:r>
      <w:r w:rsidRPr="0050457A">
        <w:rPr>
          <w:lang w:val="en-AU"/>
        </w:rPr>
        <w:t xml:space="preserve"> No suitable existing solution identified for the complete requirement.</w:t>
      </w:r>
    </w:p>
    <w:p w14:paraId="71DCAF7E" w14:textId="77777777" w:rsidR="0050457A" w:rsidRPr="0050457A" w:rsidRDefault="0050457A" w:rsidP="0050457A">
      <w:pPr>
        <w:rPr>
          <w:lang w:val="en-AU"/>
        </w:rPr>
      </w:pPr>
      <w:r w:rsidRPr="0050457A">
        <w:rPr>
          <w:b/>
          <w:bCs/>
          <w:lang w:val="en-AU"/>
        </w:rPr>
        <w:t>KAJO Australia role:</w:t>
      </w:r>
      <w:r w:rsidRPr="0050457A">
        <w:rPr>
          <w:lang w:val="en-AU"/>
        </w:rPr>
        <w:t xml:space="preserve"> Understand and document the customer requirement, coordinate with Germany and support the customer locally.</w:t>
      </w:r>
    </w:p>
    <w:p w14:paraId="3A45762D" w14:textId="77777777" w:rsidR="0050457A" w:rsidRPr="0050457A" w:rsidRDefault="0050457A" w:rsidP="0050457A">
      <w:pPr>
        <w:rPr>
          <w:lang w:val="en-AU"/>
        </w:rPr>
      </w:pPr>
      <w:r w:rsidRPr="0050457A">
        <w:rPr>
          <w:b/>
          <w:bCs/>
          <w:lang w:val="en-AU"/>
        </w:rPr>
        <w:t>KAJO Germany role:</w:t>
      </w:r>
      <w:r w:rsidRPr="0050457A">
        <w:rPr>
          <w:lang w:val="en-AU"/>
        </w:rPr>
        <w:t xml:space="preserve"> Assess technical feasibility, develop/test the formulation and manufacture the approved product.</w:t>
      </w:r>
    </w:p>
    <w:p w14:paraId="15D36A80" w14:textId="77777777" w:rsidR="0050457A" w:rsidRPr="0050457A" w:rsidRDefault="0050457A" w:rsidP="0050457A">
      <w:pPr>
        <w:rPr>
          <w:lang w:val="en-AU"/>
        </w:rPr>
      </w:pPr>
      <w:r w:rsidRPr="0050457A">
        <w:rPr>
          <w:b/>
          <w:bCs/>
          <w:lang w:val="en-AU"/>
        </w:rPr>
        <w:t>Outcome:</w:t>
      </w:r>
      <w:r w:rsidRPr="0050457A">
        <w:rPr>
          <w:lang w:val="en-AU"/>
        </w:rPr>
        <w:t xml:space="preserve"> Custom lubricant formulation developed around the customer’s specific operational requirement.</w:t>
      </w:r>
    </w:p>
    <w:p w14:paraId="6AA97548" w14:textId="77777777" w:rsidR="0050457A" w:rsidRPr="0050457A" w:rsidRDefault="0050457A" w:rsidP="0050457A">
      <w:pPr>
        <w:rPr>
          <w:b/>
          <w:bCs/>
          <w:lang w:val="en-AU"/>
        </w:rPr>
      </w:pPr>
      <w:r w:rsidRPr="0050457A">
        <w:rPr>
          <w:b/>
          <w:bCs/>
          <w:lang w:val="en-AU"/>
        </w:rPr>
        <w:t>What KAJO Australia Needs to Provide Mark</w:t>
      </w:r>
    </w:p>
    <w:p w14:paraId="0205419F" w14:textId="77777777" w:rsidR="0050457A" w:rsidRPr="0050457A" w:rsidRDefault="0050457A" w:rsidP="0050457A">
      <w:pPr>
        <w:rPr>
          <w:lang w:val="en-AU"/>
        </w:rPr>
      </w:pPr>
      <w:r w:rsidRPr="0050457A">
        <w:rPr>
          <w:lang w:val="en-AU"/>
        </w:rPr>
        <w:t>KAJO Australia needs to make the pathway clear:</w:t>
      </w:r>
    </w:p>
    <w:p w14:paraId="1EB32AE9" w14:textId="77777777" w:rsidR="0050457A" w:rsidRPr="0050457A" w:rsidRDefault="0050457A" w:rsidP="0050457A">
      <w:pPr>
        <w:rPr>
          <w:lang w:val="en-AU"/>
        </w:rPr>
      </w:pPr>
      <w:r w:rsidRPr="0050457A">
        <w:rPr>
          <w:b/>
          <w:bCs/>
          <w:lang w:val="en-AU"/>
        </w:rPr>
        <w:t>Specific customer problem → Understand application → Define required lubricant characteristics → Assess existing KAJO products → Custom formulation required? → Germany product development → Testing → Customer trial → Approval → Manufacture → Ongoing supply</w:t>
      </w:r>
    </w:p>
    <w:p w14:paraId="5A81DE53" w14:textId="77777777" w:rsidR="0050457A" w:rsidRPr="0050457A" w:rsidRDefault="0050457A" w:rsidP="0050457A">
      <w:pPr>
        <w:rPr>
          <w:lang w:val="en-AU"/>
        </w:rPr>
      </w:pPr>
      <w:r w:rsidRPr="0050457A">
        <w:rPr>
          <w:lang w:val="en-AU"/>
        </w:rPr>
        <w:t>KAJO Australia needs to provide:</w:t>
      </w:r>
    </w:p>
    <w:p w14:paraId="433AF10A" w14:textId="77777777" w:rsidR="0050457A" w:rsidRPr="0050457A" w:rsidRDefault="0050457A" w:rsidP="0050457A">
      <w:pPr>
        <w:numPr>
          <w:ilvl w:val="0"/>
          <w:numId w:val="24"/>
        </w:numPr>
        <w:rPr>
          <w:lang w:val="en-AU"/>
        </w:rPr>
      </w:pPr>
      <w:r w:rsidRPr="0050457A">
        <w:rPr>
          <w:lang w:val="en-AU"/>
        </w:rPr>
        <w:t>A clear process for discussing unusual or specialist lubrication requirements.</w:t>
      </w:r>
    </w:p>
    <w:p w14:paraId="473DF322" w14:textId="77777777" w:rsidR="0050457A" w:rsidRPr="0050457A" w:rsidRDefault="0050457A" w:rsidP="0050457A">
      <w:pPr>
        <w:numPr>
          <w:ilvl w:val="0"/>
          <w:numId w:val="24"/>
        </w:numPr>
        <w:rPr>
          <w:lang w:val="en-AU"/>
        </w:rPr>
      </w:pPr>
      <w:r w:rsidRPr="0050457A">
        <w:rPr>
          <w:lang w:val="en-AU"/>
        </w:rPr>
        <w:t>Detailed application and requirement assessment.</w:t>
      </w:r>
    </w:p>
    <w:p w14:paraId="2EA54BC6" w14:textId="77777777" w:rsidR="0050457A" w:rsidRPr="0050457A" w:rsidRDefault="0050457A" w:rsidP="0050457A">
      <w:pPr>
        <w:numPr>
          <w:ilvl w:val="0"/>
          <w:numId w:val="24"/>
        </w:numPr>
        <w:rPr>
          <w:lang w:val="en-AU"/>
        </w:rPr>
      </w:pPr>
      <w:r w:rsidRPr="0050457A">
        <w:rPr>
          <w:lang w:val="en-AU"/>
        </w:rPr>
        <w:t>Assessment of existing KAJO products before moving into custom development.</w:t>
      </w:r>
    </w:p>
    <w:p w14:paraId="1658BE67" w14:textId="77777777" w:rsidR="0050457A" w:rsidRPr="0050457A" w:rsidRDefault="0050457A" w:rsidP="0050457A">
      <w:pPr>
        <w:numPr>
          <w:ilvl w:val="0"/>
          <w:numId w:val="24"/>
        </w:numPr>
        <w:rPr>
          <w:lang w:val="en-AU"/>
        </w:rPr>
      </w:pPr>
      <w:r w:rsidRPr="0050457A">
        <w:rPr>
          <w:lang w:val="en-AU"/>
        </w:rPr>
        <w:t>Direct access to KAJO’s product development expertise in Germany.</w:t>
      </w:r>
    </w:p>
    <w:p w14:paraId="658D363B" w14:textId="77777777" w:rsidR="0050457A" w:rsidRPr="0050457A" w:rsidRDefault="0050457A" w:rsidP="0050457A">
      <w:pPr>
        <w:numPr>
          <w:ilvl w:val="0"/>
          <w:numId w:val="24"/>
        </w:numPr>
        <w:rPr>
          <w:lang w:val="en-AU"/>
        </w:rPr>
      </w:pPr>
      <w:r w:rsidRPr="0050457A">
        <w:rPr>
          <w:lang w:val="en-AU"/>
        </w:rPr>
        <w:t>Clear explanation of the information required from the customer.</w:t>
      </w:r>
    </w:p>
    <w:p w14:paraId="756653D7" w14:textId="77777777" w:rsidR="0050457A" w:rsidRPr="0050457A" w:rsidRDefault="0050457A" w:rsidP="0050457A">
      <w:pPr>
        <w:numPr>
          <w:ilvl w:val="0"/>
          <w:numId w:val="24"/>
        </w:numPr>
        <w:rPr>
          <w:lang w:val="en-AU"/>
        </w:rPr>
      </w:pPr>
      <w:r w:rsidRPr="0050457A">
        <w:rPr>
          <w:lang w:val="en-AU"/>
        </w:rPr>
        <w:lastRenderedPageBreak/>
        <w:t>Technical communication between the customer and product development team.</w:t>
      </w:r>
    </w:p>
    <w:p w14:paraId="71AB5A36" w14:textId="77777777" w:rsidR="0050457A" w:rsidRPr="0050457A" w:rsidRDefault="0050457A" w:rsidP="0050457A">
      <w:pPr>
        <w:numPr>
          <w:ilvl w:val="0"/>
          <w:numId w:val="24"/>
        </w:numPr>
        <w:rPr>
          <w:lang w:val="en-AU"/>
        </w:rPr>
      </w:pPr>
      <w:r w:rsidRPr="0050457A">
        <w:rPr>
          <w:lang w:val="en-AU"/>
        </w:rPr>
        <w:t xml:space="preserve">Clear understanding of the required lubricant performance </w:t>
      </w:r>
      <w:r w:rsidRPr="0050457A">
        <w:rPr>
          <w:b/>
          <w:bCs/>
          <w:lang w:val="en-AU"/>
        </w:rPr>
        <w:t>and any additional characteristics</w:t>
      </w:r>
      <w:r w:rsidRPr="0050457A">
        <w:rPr>
          <w:lang w:val="en-AU"/>
        </w:rPr>
        <w:t>.</w:t>
      </w:r>
    </w:p>
    <w:p w14:paraId="55B0B43D" w14:textId="77777777" w:rsidR="0050457A" w:rsidRPr="0050457A" w:rsidRDefault="0050457A" w:rsidP="0050457A">
      <w:pPr>
        <w:numPr>
          <w:ilvl w:val="0"/>
          <w:numId w:val="24"/>
        </w:numPr>
        <w:rPr>
          <w:lang w:val="en-AU"/>
        </w:rPr>
      </w:pPr>
      <w:r w:rsidRPr="0050457A">
        <w:rPr>
          <w:lang w:val="en-AU"/>
        </w:rPr>
        <w:t>Defined development and testing process.</w:t>
      </w:r>
    </w:p>
    <w:p w14:paraId="76FF7447" w14:textId="77777777" w:rsidR="0050457A" w:rsidRPr="0050457A" w:rsidRDefault="0050457A" w:rsidP="0050457A">
      <w:pPr>
        <w:numPr>
          <w:ilvl w:val="0"/>
          <w:numId w:val="24"/>
        </w:numPr>
        <w:rPr>
          <w:lang w:val="en-AU"/>
        </w:rPr>
      </w:pPr>
      <w:r w:rsidRPr="0050457A">
        <w:rPr>
          <w:lang w:val="en-AU"/>
        </w:rPr>
        <w:t>Customer trial and approval process.</w:t>
      </w:r>
    </w:p>
    <w:p w14:paraId="411CCC1E" w14:textId="77777777" w:rsidR="0050457A" w:rsidRPr="0050457A" w:rsidRDefault="0050457A" w:rsidP="0050457A">
      <w:pPr>
        <w:numPr>
          <w:ilvl w:val="0"/>
          <w:numId w:val="24"/>
        </w:numPr>
        <w:rPr>
          <w:lang w:val="en-AU"/>
        </w:rPr>
      </w:pPr>
      <w:r w:rsidRPr="0050457A">
        <w:rPr>
          <w:lang w:val="en-AU"/>
        </w:rPr>
        <w:t>Minimum quantity requirements.</w:t>
      </w:r>
    </w:p>
    <w:p w14:paraId="08CF6C59" w14:textId="77777777" w:rsidR="0050457A" w:rsidRPr="0050457A" w:rsidRDefault="0050457A" w:rsidP="0050457A">
      <w:pPr>
        <w:numPr>
          <w:ilvl w:val="0"/>
          <w:numId w:val="24"/>
        </w:numPr>
        <w:rPr>
          <w:lang w:val="en-AU"/>
        </w:rPr>
      </w:pPr>
      <w:r w:rsidRPr="0050457A">
        <w:rPr>
          <w:lang w:val="en-AU"/>
        </w:rPr>
        <w:t>Development and ongoing product pricing.</w:t>
      </w:r>
    </w:p>
    <w:p w14:paraId="187C56D2" w14:textId="77777777" w:rsidR="0050457A" w:rsidRPr="0050457A" w:rsidRDefault="0050457A" w:rsidP="0050457A">
      <w:pPr>
        <w:numPr>
          <w:ilvl w:val="0"/>
          <w:numId w:val="24"/>
        </w:numPr>
        <w:rPr>
          <w:lang w:val="en-AU"/>
        </w:rPr>
      </w:pPr>
      <w:r w:rsidRPr="0050457A">
        <w:rPr>
          <w:lang w:val="en-AU"/>
        </w:rPr>
        <w:t>Realistic development and production lead times.</w:t>
      </w:r>
    </w:p>
    <w:p w14:paraId="751B6A83" w14:textId="77777777" w:rsidR="0050457A" w:rsidRPr="0050457A" w:rsidRDefault="0050457A" w:rsidP="0050457A">
      <w:pPr>
        <w:numPr>
          <w:ilvl w:val="0"/>
          <w:numId w:val="24"/>
        </w:numPr>
        <w:rPr>
          <w:lang w:val="en-AU"/>
        </w:rPr>
      </w:pPr>
      <w:r w:rsidRPr="0050457A">
        <w:rPr>
          <w:lang w:val="en-AU"/>
        </w:rPr>
        <w:t>Technical documentation where required.</w:t>
      </w:r>
    </w:p>
    <w:p w14:paraId="37D21495" w14:textId="77777777" w:rsidR="0050457A" w:rsidRPr="0050457A" w:rsidRDefault="0050457A" w:rsidP="0050457A">
      <w:pPr>
        <w:numPr>
          <w:ilvl w:val="0"/>
          <w:numId w:val="24"/>
        </w:numPr>
        <w:rPr>
          <w:lang w:val="en-AU"/>
        </w:rPr>
      </w:pPr>
      <w:r w:rsidRPr="0050457A">
        <w:rPr>
          <w:lang w:val="en-AU"/>
        </w:rPr>
        <w:t>Ongoing Australian point of contact.</w:t>
      </w:r>
    </w:p>
    <w:p w14:paraId="116C6EAD" w14:textId="77777777" w:rsidR="0050457A" w:rsidRPr="0050457A" w:rsidRDefault="0050457A" w:rsidP="0050457A">
      <w:pPr>
        <w:numPr>
          <w:ilvl w:val="0"/>
          <w:numId w:val="24"/>
        </w:numPr>
        <w:rPr>
          <w:lang w:val="en-AU"/>
        </w:rPr>
      </w:pPr>
      <w:r w:rsidRPr="0050457A">
        <w:rPr>
          <w:lang w:val="en-AU"/>
        </w:rPr>
        <w:t>Reliable ongoing supply once the formulation is approved.</w:t>
      </w:r>
    </w:p>
    <w:p w14:paraId="07DE8E76" w14:textId="77777777" w:rsidR="0050457A" w:rsidRPr="0050457A" w:rsidRDefault="0050457A" w:rsidP="0050457A">
      <w:pPr>
        <w:numPr>
          <w:ilvl w:val="0"/>
          <w:numId w:val="24"/>
        </w:numPr>
        <w:rPr>
          <w:lang w:val="en-AU"/>
        </w:rPr>
      </w:pPr>
      <w:r w:rsidRPr="0050457A">
        <w:rPr>
          <w:lang w:val="en-AU"/>
        </w:rPr>
        <w:t>Continued technical support if requirements change.</w:t>
      </w:r>
    </w:p>
    <w:p w14:paraId="000BED68" w14:textId="77777777" w:rsidR="0050457A" w:rsidRPr="0050457A" w:rsidRDefault="0050457A" w:rsidP="0050457A">
      <w:pPr>
        <w:rPr>
          <w:b/>
          <w:bCs/>
          <w:lang w:val="en-AU"/>
        </w:rPr>
      </w:pPr>
      <w:r w:rsidRPr="0050457A">
        <w:rPr>
          <w:b/>
          <w:bCs/>
          <w:lang w:val="en-AU"/>
        </w:rPr>
        <w:t>Connection to Private Label / OEM</w:t>
      </w:r>
    </w:p>
    <w:p w14:paraId="649F6C85" w14:textId="77777777" w:rsidR="0050457A" w:rsidRPr="0050457A" w:rsidRDefault="0050457A" w:rsidP="0050457A">
      <w:pPr>
        <w:rPr>
          <w:lang w:val="en-AU"/>
        </w:rPr>
      </w:pPr>
      <w:r w:rsidRPr="0050457A">
        <w:rPr>
          <w:lang w:val="en-AU"/>
        </w:rPr>
        <w:t xml:space="preserve">Custom formulation remains separate from </w:t>
      </w:r>
      <w:r w:rsidRPr="0050457A">
        <w:rPr>
          <w:b/>
          <w:bCs/>
          <w:lang w:val="en-AU"/>
        </w:rPr>
        <w:t>Customer 4 – Private Label / OEM</w:t>
      </w:r>
      <w:r w:rsidRPr="0050457A">
        <w:rPr>
          <w:lang w:val="en-AU"/>
        </w:rPr>
        <w:t>, although the two pathways can overlap.</w:t>
      </w:r>
    </w:p>
    <w:p w14:paraId="53131DEE" w14:textId="77777777" w:rsidR="0050457A" w:rsidRPr="0050457A" w:rsidRDefault="0050457A" w:rsidP="0050457A">
      <w:pPr>
        <w:rPr>
          <w:lang w:val="en-AU"/>
        </w:rPr>
      </w:pPr>
      <w:r w:rsidRPr="0050457A">
        <w:rPr>
          <w:b/>
          <w:bCs/>
          <w:lang w:val="en-AU"/>
        </w:rPr>
        <w:t>Custom Formulation</w:t>
      </w:r>
    </w:p>
    <w:p w14:paraId="1F70255B" w14:textId="77777777" w:rsidR="0050457A" w:rsidRPr="0050457A" w:rsidRDefault="0050457A" w:rsidP="0050457A">
      <w:pPr>
        <w:rPr>
          <w:lang w:val="en-AU"/>
        </w:rPr>
      </w:pPr>
      <w:r w:rsidRPr="0050457A">
        <w:rPr>
          <w:lang w:val="en-AU"/>
        </w:rPr>
        <w:t>Specific problem → no suitable existing product → custom formulation → customer approval → ongoing supply</w:t>
      </w:r>
    </w:p>
    <w:p w14:paraId="2C55CB22" w14:textId="77777777" w:rsidR="0050457A" w:rsidRPr="0050457A" w:rsidRDefault="0050457A" w:rsidP="0050457A">
      <w:pPr>
        <w:rPr>
          <w:lang w:val="en-AU"/>
        </w:rPr>
      </w:pPr>
      <w:r w:rsidRPr="0050457A">
        <w:rPr>
          <w:b/>
          <w:bCs/>
          <w:lang w:val="en-AU"/>
        </w:rPr>
        <w:t>Private Label / OEM</w:t>
      </w:r>
    </w:p>
    <w:p w14:paraId="725E9E3B" w14:textId="77777777" w:rsidR="0050457A" w:rsidRPr="0050457A" w:rsidRDefault="0050457A" w:rsidP="0050457A">
      <w:pPr>
        <w:rPr>
          <w:lang w:val="en-AU"/>
        </w:rPr>
      </w:pPr>
      <w:r w:rsidRPr="0050457A">
        <w:rPr>
          <w:lang w:val="en-AU"/>
        </w:rPr>
        <w:t>Suitable lubricant requirement → existing or custom KAJO formulation → customer's own branding → ongoing supply</w:t>
      </w:r>
    </w:p>
    <w:p w14:paraId="32E93731" w14:textId="77777777" w:rsidR="0050457A" w:rsidRPr="0050457A" w:rsidRDefault="0050457A" w:rsidP="0050457A">
      <w:pPr>
        <w:rPr>
          <w:lang w:val="en-AU"/>
        </w:rPr>
      </w:pPr>
      <w:r w:rsidRPr="0050457A">
        <w:rPr>
          <w:lang w:val="en-AU"/>
        </w:rPr>
        <w:t xml:space="preserve">A custom formulation could therefore also become part of a Private Label/OEM arrangement if a customer requires both a </w:t>
      </w:r>
      <w:r w:rsidRPr="0050457A">
        <w:rPr>
          <w:b/>
          <w:bCs/>
          <w:lang w:val="en-AU"/>
        </w:rPr>
        <w:t>bespoke lubricant and supply under its own brand</w:t>
      </w:r>
      <w:r w:rsidRPr="0050457A">
        <w:rPr>
          <w:lang w:val="en-AU"/>
        </w:rPr>
        <w:t>.</w:t>
      </w:r>
    </w:p>
    <w:p w14:paraId="37F73316" w14:textId="77777777" w:rsidR="0050457A" w:rsidRPr="0050457A" w:rsidRDefault="0050457A" w:rsidP="0050457A">
      <w:pPr>
        <w:rPr>
          <w:lang w:val="en-AU"/>
        </w:rPr>
      </w:pPr>
      <w:r w:rsidRPr="0050457A">
        <w:rPr>
          <w:lang w:val="en-AU"/>
        </w:rPr>
        <w:t xml:space="preserve">But for Mark, the primary reason for approaching KAJO Australia is </w:t>
      </w:r>
      <w:r w:rsidRPr="0050457A">
        <w:rPr>
          <w:b/>
          <w:bCs/>
          <w:lang w:val="en-AU"/>
        </w:rPr>
        <w:t>solving the specific technical or operational requirement</w:t>
      </w:r>
      <w:r w:rsidRPr="0050457A">
        <w:rPr>
          <w:lang w:val="en-AU"/>
        </w:rPr>
        <w:t>, not creating his own lubricant brand.</w:t>
      </w:r>
    </w:p>
    <w:p w14:paraId="216F9621" w14:textId="77777777" w:rsidR="0050457A" w:rsidRPr="0050457A" w:rsidRDefault="0050457A" w:rsidP="0050457A">
      <w:pPr>
        <w:rPr>
          <w:b/>
          <w:bCs/>
          <w:lang w:val="en-AU"/>
        </w:rPr>
      </w:pPr>
      <w:r w:rsidRPr="0050457A">
        <w:rPr>
          <w:b/>
          <w:bCs/>
          <w:lang w:val="en-AU"/>
        </w:rPr>
        <w:t>Customer Message</w:t>
      </w:r>
    </w:p>
    <w:p w14:paraId="50DF403C" w14:textId="77777777" w:rsidR="0050457A" w:rsidRPr="0050457A" w:rsidRDefault="0050457A" w:rsidP="0050457A">
      <w:pPr>
        <w:rPr>
          <w:lang w:val="en-AU"/>
        </w:rPr>
      </w:pPr>
      <w:r w:rsidRPr="0050457A">
        <w:rPr>
          <w:lang w:val="en-AU"/>
        </w:rPr>
        <w:t>I’d keep this close to the message already established in your strategy:</w:t>
      </w:r>
    </w:p>
    <w:p w14:paraId="1FB02C3E" w14:textId="77777777" w:rsidR="0050457A" w:rsidRPr="0050457A" w:rsidRDefault="0050457A" w:rsidP="0050457A">
      <w:pPr>
        <w:rPr>
          <w:lang w:val="en-AU"/>
        </w:rPr>
      </w:pPr>
      <w:r w:rsidRPr="0050457A">
        <w:rPr>
          <w:b/>
          <w:bCs/>
          <w:lang w:val="en-AU"/>
        </w:rPr>
        <w:t>When an existing lubricant can't meet your requirements, KAJO Australia works with KAJO's product development team in Germany to develop a specialist solution around your equipment, operating conditions and application.</w:t>
      </w:r>
    </w:p>
    <w:p w14:paraId="449E1652" w14:textId="77777777" w:rsidR="0050457A" w:rsidRPr="0050457A" w:rsidRDefault="0050457A" w:rsidP="0050457A">
      <w:pPr>
        <w:rPr>
          <w:lang w:val="en-AU"/>
        </w:rPr>
      </w:pPr>
      <w:r w:rsidRPr="0050457A">
        <w:rPr>
          <w:lang w:val="en-AU"/>
        </w:rPr>
        <w:t xml:space="preserve">For the wider website/customer messaging, I </w:t>
      </w:r>
      <w:r w:rsidRPr="0050457A">
        <w:rPr>
          <w:b/>
          <w:bCs/>
          <w:lang w:val="en-AU"/>
        </w:rPr>
        <w:t>wouldn't lead with the UV example</w:t>
      </w:r>
      <w:r w:rsidRPr="0050457A">
        <w:rPr>
          <w:lang w:val="en-AU"/>
        </w:rPr>
        <w:t>. It is a very good supporting case study because it demonstrates how specific KAJO can get, but the main message should remain broad enough to capture other custom-formulation enquiries.</w:t>
      </w:r>
    </w:p>
    <w:p w14:paraId="7FCB32C8" w14:textId="77777777" w:rsidR="0050457A" w:rsidRPr="0050457A" w:rsidRDefault="0050457A" w:rsidP="0050457A">
      <w:pPr>
        <w:rPr>
          <w:lang w:val="en-AU"/>
        </w:rPr>
      </w:pPr>
      <w:r w:rsidRPr="0050457A">
        <w:rPr>
          <w:b/>
          <w:bCs/>
          <w:lang w:val="en-AU"/>
        </w:rPr>
        <w:t>Primary action:</w:t>
      </w:r>
      <w:r w:rsidRPr="0050457A">
        <w:rPr>
          <w:lang w:val="en-AU"/>
        </w:rPr>
        <w:t xml:space="preserve"> Discuss your custom formulation requirements.</w:t>
      </w:r>
    </w:p>
    <w:p w14:paraId="05418A53" w14:textId="4F36F3F4" w:rsidR="0050457A" w:rsidRPr="00756BCF" w:rsidRDefault="0050457A" w:rsidP="0050457A">
      <w:pPr>
        <w:rPr>
          <w:b/>
          <w:bCs/>
          <w:lang w:val="en-AU"/>
        </w:rPr>
      </w:pPr>
      <w:r w:rsidRPr="0050457A">
        <w:rPr>
          <w:b/>
          <w:bCs/>
          <w:lang w:val="en-AU"/>
        </w:rPr>
        <w:lastRenderedPageBreak/>
        <w:t>To Validate</w:t>
      </w:r>
      <w:r w:rsidRPr="0050457A">
        <w:rPr>
          <w:lang w:val="en-AU"/>
        </w:rPr>
        <w:t>:</w:t>
      </w:r>
    </w:p>
    <w:p w14:paraId="5C507CD5" w14:textId="77777777" w:rsidR="0050457A" w:rsidRPr="0050457A" w:rsidRDefault="0050457A" w:rsidP="0050457A">
      <w:pPr>
        <w:numPr>
          <w:ilvl w:val="0"/>
          <w:numId w:val="25"/>
        </w:numPr>
        <w:rPr>
          <w:lang w:val="en-AU"/>
        </w:rPr>
      </w:pPr>
      <w:r w:rsidRPr="0050457A">
        <w:rPr>
          <w:lang w:val="en-AU"/>
        </w:rPr>
        <w:t>Exactly how the UV element was intended to help identify/trace missing or stolen stock.</w:t>
      </w:r>
    </w:p>
    <w:p w14:paraId="16D1DBB6" w14:textId="77777777" w:rsidR="0050457A" w:rsidRPr="0050457A" w:rsidRDefault="0050457A" w:rsidP="0050457A">
      <w:pPr>
        <w:numPr>
          <w:ilvl w:val="0"/>
          <w:numId w:val="25"/>
        </w:numPr>
        <w:rPr>
          <w:lang w:val="en-AU"/>
        </w:rPr>
      </w:pPr>
      <w:r w:rsidRPr="0050457A">
        <w:rPr>
          <w:lang w:val="en-AU"/>
        </w:rPr>
        <w:t>Whether the formulation was developed from an existing KAJO grease or completely from scratch.</w:t>
      </w:r>
    </w:p>
    <w:p w14:paraId="0BE690EA" w14:textId="77777777" w:rsidR="0050457A" w:rsidRPr="0050457A" w:rsidRDefault="0050457A" w:rsidP="0050457A">
      <w:pPr>
        <w:numPr>
          <w:ilvl w:val="0"/>
          <w:numId w:val="25"/>
        </w:numPr>
        <w:rPr>
          <w:lang w:val="en-AU"/>
        </w:rPr>
      </w:pPr>
      <w:r w:rsidRPr="0050457A">
        <w:rPr>
          <w:lang w:val="en-AU"/>
        </w:rPr>
        <w:t>What information was provided to the German product development team.</w:t>
      </w:r>
    </w:p>
    <w:p w14:paraId="2752128A" w14:textId="77777777" w:rsidR="0050457A" w:rsidRPr="0050457A" w:rsidRDefault="0050457A" w:rsidP="0050457A">
      <w:pPr>
        <w:numPr>
          <w:ilvl w:val="0"/>
          <w:numId w:val="25"/>
        </w:numPr>
        <w:rPr>
          <w:lang w:val="en-AU"/>
        </w:rPr>
      </w:pPr>
      <w:r w:rsidRPr="0050457A">
        <w:rPr>
          <w:lang w:val="en-AU"/>
        </w:rPr>
        <w:t>What development and testing took place.</w:t>
      </w:r>
    </w:p>
    <w:p w14:paraId="129DEE16" w14:textId="77777777" w:rsidR="0050457A" w:rsidRPr="0050457A" w:rsidRDefault="0050457A" w:rsidP="0050457A">
      <w:pPr>
        <w:numPr>
          <w:ilvl w:val="0"/>
          <w:numId w:val="25"/>
        </w:numPr>
        <w:rPr>
          <w:lang w:val="en-AU"/>
        </w:rPr>
      </w:pPr>
      <w:r w:rsidRPr="0050457A">
        <w:rPr>
          <w:lang w:val="en-AU"/>
        </w:rPr>
        <w:t>Whether a customer trial was completed and how approval worked.</w:t>
      </w:r>
    </w:p>
    <w:p w14:paraId="4FC36D13" w14:textId="77777777" w:rsidR="0050457A" w:rsidRPr="0050457A" w:rsidRDefault="0050457A" w:rsidP="0050457A">
      <w:pPr>
        <w:numPr>
          <w:ilvl w:val="0"/>
          <w:numId w:val="25"/>
        </w:numPr>
        <w:rPr>
          <w:lang w:val="en-AU"/>
        </w:rPr>
      </w:pPr>
      <w:r w:rsidRPr="0050457A">
        <w:rPr>
          <w:lang w:val="en-AU"/>
        </w:rPr>
        <w:t>Development timeframe.</w:t>
      </w:r>
    </w:p>
    <w:p w14:paraId="173C5CC1" w14:textId="77777777" w:rsidR="0050457A" w:rsidRPr="0050457A" w:rsidRDefault="0050457A" w:rsidP="0050457A">
      <w:pPr>
        <w:numPr>
          <w:ilvl w:val="0"/>
          <w:numId w:val="25"/>
        </w:numPr>
        <w:rPr>
          <w:lang w:val="en-AU"/>
        </w:rPr>
      </w:pPr>
      <w:r w:rsidRPr="0050457A">
        <w:rPr>
          <w:lang w:val="en-AU"/>
        </w:rPr>
        <w:t>Minimum order/production quantities.</w:t>
      </w:r>
    </w:p>
    <w:p w14:paraId="01BF0C58" w14:textId="77777777" w:rsidR="0050457A" w:rsidRPr="0050457A" w:rsidRDefault="0050457A" w:rsidP="0050457A">
      <w:pPr>
        <w:numPr>
          <w:ilvl w:val="0"/>
          <w:numId w:val="25"/>
        </w:numPr>
        <w:rPr>
          <w:lang w:val="en-AU"/>
        </w:rPr>
      </w:pPr>
      <w:r w:rsidRPr="0050457A">
        <w:rPr>
          <w:lang w:val="en-AU"/>
        </w:rPr>
        <w:t>Development costs, if applicable.</w:t>
      </w:r>
    </w:p>
    <w:p w14:paraId="1949303D" w14:textId="77777777" w:rsidR="0050457A" w:rsidRPr="0050457A" w:rsidRDefault="0050457A" w:rsidP="0050457A">
      <w:pPr>
        <w:numPr>
          <w:ilvl w:val="0"/>
          <w:numId w:val="25"/>
        </w:numPr>
        <w:rPr>
          <w:lang w:val="en-AU"/>
        </w:rPr>
      </w:pPr>
      <w:r w:rsidRPr="0050457A">
        <w:rPr>
          <w:lang w:val="en-AU"/>
        </w:rPr>
        <w:t>Ongoing supply arrangement.</w:t>
      </w:r>
    </w:p>
    <w:p w14:paraId="27CC4458" w14:textId="77777777" w:rsidR="0050457A" w:rsidRPr="0050457A" w:rsidRDefault="0050457A" w:rsidP="0050457A">
      <w:pPr>
        <w:numPr>
          <w:ilvl w:val="0"/>
          <w:numId w:val="25"/>
        </w:numPr>
        <w:rPr>
          <w:lang w:val="en-AU"/>
        </w:rPr>
      </w:pPr>
      <w:r w:rsidRPr="0050457A">
        <w:rPr>
          <w:lang w:val="en-AU"/>
        </w:rPr>
        <w:t>Other real examples of custom formulations that could demonstrate different KAJO capabilities.</w:t>
      </w:r>
    </w:p>
    <w:p w14:paraId="4E2454C9" w14:textId="77777777" w:rsidR="004E42E6" w:rsidRDefault="004E42E6" w:rsidP="0050457A">
      <w:pPr>
        <w:pStyle w:val="ListBullet"/>
        <w:numPr>
          <w:ilvl w:val="0"/>
          <w:numId w:val="0"/>
        </w:numPr>
        <w:ind w:left="360" w:hanging="360"/>
      </w:pPr>
    </w:p>
    <w:sectPr w:rsidR="004E42E6" w:rsidSect="00034616">
      <w:pgSz w:w="12240" w:h="15840"/>
      <w:pgMar w:top="936" w:right="1152" w:bottom="936" w:left="1152"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CIARA | KAJO AUSTRALIA" w:date="2026-10-02T09:02:00Z" w:initials="CC">
    <w:p w14:paraId="789C370E" w14:textId="77777777" w:rsidR="00926F50" w:rsidRDefault="00926F50" w:rsidP="00926F50">
      <w:pPr>
        <w:pStyle w:val="CommentText"/>
      </w:pPr>
      <w:r>
        <w:rPr>
          <w:rStyle w:val="CommentReference"/>
        </w:rPr>
        <w:annotationRef/>
      </w:r>
      <w:r>
        <w:rPr>
          <w:lang w:val="en-AU"/>
        </w:rPr>
        <w:t xml:space="preserve">Some notes in </w:t>
      </w:r>
      <w:r>
        <w:rPr>
          <w:color w:val="EE0000"/>
        </w:rPr>
        <w:t>***  for you to please answer / fill in context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89C370E"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F1EE891" w16cex:dateUtc="2026-10-01T23:0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89C370E" w16cid:durableId="5F1EE891"/>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notTrueType/>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620AABB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45B3D40"/>
    <w:multiLevelType w:val="multilevel"/>
    <w:tmpl w:val="02B681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06CE4A53"/>
    <w:multiLevelType w:val="multilevel"/>
    <w:tmpl w:val="D1BE1B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F7F702B"/>
    <w:multiLevelType w:val="multilevel"/>
    <w:tmpl w:val="D1BE1B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69F6A34"/>
    <w:multiLevelType w:val="multilevel"/>
    <w:tmpl w:val="D1BE1B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B922BC2"/>
    <w:multiLevelType w:val="multilevel"/>
    <w:tmpl w:val="D1BE1B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4C7728F"/>
    <w:multiLevelType w:val="multilevel"/>
    <w:tmpl w:val="D1BE1B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5B526B3"/>
    <w:multiLevelType w:val="multilevel"/>
    <w:tmpl w:val="B27A63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82F2CE3"/>
    <w:multiLevelType w:val="multilevel"/>
    <w:tmpl w:val="605E5F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D37363C"/>
    <w:multiLevelType w:val="multilevel"/>
    <w:tmpl w:val="D1BE1B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0E13252"/>
    <w:multiLevelType w:val="multilevel"/>
    <w:tmpl w:val="467EC5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8D55B31"/>
    <w:multiLevelType w:val="multilevel"/>
    <w:tmpl w:val="5D6671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0BA336A"/>
    <w:multiLevelType w:val="multilevel"/>
    <w:tmpl w:val="D1BE1B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2C34F66"/>
    <w:multiLevelType w:val="multilevel"/>
    <w:tmpl w:val="D1BE1B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4D8225A"/>
    <w:multiLevelType w:val="multilevel"/>
    <w:tmpl w:val="300A7A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14A6885"/>
    <w:multiLevelType w:val="multilevel"/>
    <w:tmpl w:val="D1BE1B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DEE5B38"/>
    <w:multiLevelType w:val="multilevel"/>
    <w:tmpl w:val="D1BE1B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38918875">
    <w:abstractNumId w:val="8"/>
  </w:num>
  <w:num w:numId="2" w16cid:durableId="1016662278">
    <w:abstractNumId w:val="6"/>
  </w:num>
  <w:num w:numId="3" w16cid:durableId="651103375">
    <w:abstractNumId w:val="5"/>
  </w:num>
  <w:num w:numId="4" w16cid:durableId="1521122989">
    <w:abstractNumId w:val="4"/>
  </w:num>
  <w:num w:numId="5" w16cid:durableId="44110624">
    <w:abstractNumId w:val="7"/>
  </w:num>
  <w:num w:numId="6" w16cid:durableId="1339843231">
    <w:abstractNumId w:val="3"/>
  </w:num>
  <w:num w:numId="7" w16cid:durableId="1230460201">
    <w:abstractNumId w:val="2"/>
  </w:num>
  <w:num w:numId="8" w16cid:durableId="920408071">
    <w:abstractNumId w:val="1"/>
  </w:num>
  <w:num w:numId="9" w16cid:durableId="460921973">
    <w:abstractNumId w:val="0"/>
  </w:num>
  <w:num w:numId="10" w16cid:durableId="738287529">
    <w:abstractNumId w:val="9"/>
  </w:num>
  <w:num w:numId="11" w16cid:durableId="119540777">
    <w:abstractNumId w:val="22"/>
  </w:num>
  <w:num w:numId="12" w16cid:durableId="2083523469">
    <w:abstractNumId w:val="16"/>
  </w:num>
  <w:num w:numId="13" w16cid:durableId="160970082">
    <w:abstractNumId w:val="19"/>
  </w:num>
  <w:num w:numId="14" w16cid:durableId="565339210">
    <w:abstractNumId w:val="18"/>
  </w:num>
  <w:num w:numId="15" w16cid:durableId="208805567">
    <w:abstractNumId w:val="15"/>
  </w:num>
  <w:num w:numId="16" w16cid:durableId="1359117016">
    <w:abstractNumId w:val="17"/>
  </w:num>
  <w:num w:numId="17" w16cid:durableId="1109083110">
    <w:abstractNumId w:val="21"/>
  </w:num>
  <w:num w:numId="18" w16cid:durableId="1794865161">
    <w:abstractNumId w:val="11"/>
  </w:num>
  <w:num w:numId="19" w16cid:durableId="815143714">
    <w:abstractNumId w:val="20"/>
  </w:num>
  <w:num w:numId="20" w16cid:durableId="1588492703">
    <w:abstractNumId w:val="13"/>
  </w:num>
  <w:num w:numId="21" w16cid:durableId="281037844">
    <w:abstractNumId w:val="12"/>
  </w:num>
  <w:num w:numId="22" w16cid:durableId="353776387">
    <w:abstractNumId w:val="23"/>
  </w:num>
  <w:num w:numId="23" w16cid:durableId="446243738">
    <w:abstractNumId w:val="14"/>
  </w:num>
  <w:num w:numId="24" w16cid:durableId="362822829">
    <w:abstractNumId w:val="10"/>
  </w:num>
  <w:num w:numId="25" w16cid:durableId="895821985">
    <w:abstractNumId w:val="2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CIARA | KAJO AUSTRALIA">
    <w15:presenceInfo w15:providerId="AD" w15:userId="S::ciara@kajolubricants.com.au::1f2ac36e-282c-4e25-910f-9da9752bfdb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721F7"/>
    <w:rsid w:val="002501C0"/>
    <w:rsid w:val="0029639D"/>
    <w:rsid w:val="0032046E"/>
    <w:rsid w:val="00326F90"/>
    <w:rsid w:val="003E6ECB"/>
    <w:rsid w:val="004D16CA"/>
    <w:rsid w:val="004E42E6"/>
    <w:rsid w:val="0050457A"/>
    <w:rsid w:val="006230C0"/>
    <w:rsid w:val="006B247F"/>
    <w:rsid w:val="00756BCF"/>
    <w:rsid w:val="00792D64"/>
    <w:rsid w:val="00926F50"/>
    <w:rsid w:val="00A42058"/>
    <w:rsid w:val="00AA1D8D"/>
    <w:rsid w:val="00B437AD"/>
    <w:rsid w:val="00B47730"/>
    <w:rsid w:val="00B54E02"/>
    <w:rsid w:val="00C459DD"/>
    <w:rsid w:val="00C46ABD"/>
    <w:rsid w:val="00C51C5A"/>
    <w:rsid w:val="00CB0664"/>
    <w:rsid w:val="00EF2F6B"/>
    <w:rsid w:val="00F60062"/>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1E92F09"/>
  <w14:defaultImageDpi w14:val="300"/>
  <w15:docId w15:val="{66C04614-9DD2-4220-8463-6421699D4C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222222"/>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3A7D44"/>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222222"/>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222222"/>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Web">
    <w:name w:val="Normal (Web)"/>
    <w:basedOn w:val="Normal"/>
    <w:uiPriority w:val="99"/>
    <w:semiHidden/>
    <w:unhideWhenUsed/>
    <w:rsid w:val="00B54E02"/>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926F50"/>
    <w:rPr>
      <w:sz w:val="16"/>
      <w:szCs w:val="16"/>
    </w:rPr>
  </w:style>
  <w:style w:type="paragraph" w:styleId="CommentText">
    <w:name w:val="annotation text"/>
    <w:basedOn w:val="Normal"/>
    <w:link w:val="CommentTextChar"/>
    <w:uiPriority w:val="99"/>
    <w:unhideWhenUsed/>
    <w:rsid w:val="00926F50"/>
    <w:pPr>
      <w:spacing w:line="240" w:lineRule="auto"/>
    </w:pPr>
    <w:rPr>
      <w:sz w:val="20"/>
      <w:szCs w:val="20"/>
    </w:rPr>
  </w:style>
  <w:style w:type="character" w:customStyle="1" w:styleId="CommentTextChar">
    <w:name w:val="Comment Text Char"/>
    <w:basedOn w:val="DefaultParagraphFont"/>
    <w:link w:val="CommentText"/>
    <w:uiPriority w:val="99"/>
    <w:rsid w:val="00926F50"/>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926F50"/>
    <w:rPr>
      <w:b/>
      <w:bCs/>
    </w:rPr>
  </w:style>
  <w:style w:type="character" w:customStyle="1" w:styleId="CommentSubjectChar">
    <w:name w:val="Comment Subject Char"/>
    <w:basedOn w:val="CommentTextChar"/>
    <w:link w:val="CommentSubject"/>
    <w:uiPriority w:val="99"/>
    <w:semiHidden/>
    <w:rsid w:val="00926F50"/>
    <w:rPr>
      <w:rFonts w:ascii="Arial" w:hAnsi="Arial"/>
      <w:b/>
      <w:bCs/>
      <w:sz w:val="20"/>
      <w:szCs w:val="20"/>
    </w:rPr>
  </w:style>
  <w:style w:type="character" w:styleId="Hyperlink">
    <w:name w:val="Hyperlink"/>
    <w:basedOn w:val="DefaultParagraphFont"/>
    <w:uiPriority w:val="99"/>
    <w:unhideWhenUsed/>
    <w:rsid w:val="00926F50"/>
    <w:rPr>
      <w:color w:val="0000FF" w:themeColor="hyperlink"/>
      <w:u w:val="single"/>
    </w:rPr>
  </w:style>
  <w:style w:type="character" w:styleId="UnresolvedMention">
    <w:name w:val="Unresolved Mention"/>
    <w:basedOn w:val="DefaultParagraphFont"/>
    <w:uiPriority w:val="99"/>
    <w:semiHidden/>
    <w:unhideWhenUsed/>
    <w:rsid w:val="00926F5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microsoft.com/office/2016/09/relationships/commentsIds" Target="commentsIds.xml"/><Relationship Id="rId3" Type="http://schemas.openxmlformats.org/officeDocument/2006/relationships/styles" Target="styles.xml"/><Relationship Id="rId7" Type="http://schemas.microsoft.com/office/2011/relationships/commentsExtended" Target="commentsExtended.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comments" Target="comments.xml"/><Relationship Id="rId11" Type="http://schemas.microsoft.com/office/2011/relationships/people" Target="people.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microsoft.com/office/2018/08/relationships/commentsExtensible" Target="commentsExtensi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148</TotalTime>
  <Pages>22</Pages>
  <Words>7002</Words>
  <Characters>40198</Characters>
  <Application>Microsoft Office Word</Application>
  <DocSecurity>0</DocSecurity>
  <Lines>788</Lines>
  <Paragraphs>646</Paragraphs>
  <ScaleCrop>false</ScaleCrop>
  <HeadingPairs>
    <vt:vector size="2" baseType="variant">
      <vt:variant>
        <vt:lpstr>Title</vt:lpstr>
      </vt:variant>
      <vt:variant>
        <vt:i4>1</vt:i4>
      </vt:variant>
    </vt:vector>
  </HeadingPairs>
  <TitlesOfParts>
    <vt:vector size="1" baseType="lpstr">
      <vt:lpstr>KAJO Australia - Customer Profiles &amp; Buying Journeys</vt:lpstr>
    </vt:vector>
  </TitlesOfParts>
  <Manager/>
  <Company/>
  <LinksUpToDate>false</LinksUpToDate>
  <CharactersWithSpaces>46554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KAJO Australia - Customer Profiles &amp; Buying Journeys</dc:title>
  <dc:subject/>
  <dc:creator>python-docx</dc:creator>
  <cp:keywords/>
  <dc:description>generated by python-docx</dc:description>
  <cp:lastModifiedBy>CIARA | KAJO AUSTRALIA</cp:lastModifiedBy>
  <cp:revision>3</cp:revision>
  <dcterms:created xsi:type="dcterms:W3CDTF">2026-10-02T02:56:00Z</dcterms:created>
  <dcterms:modified xsi:type="dcterms:W3CDTF">2026-10-06T03:49:00Z</dcterms:modified>
  <cp:category/>
</cp:coreProperties>
</file>