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15AD8" w14:textId="77777777" w:rsidR="003226E2" w:rsidRDefault="00000000">
      <w:pPr>
        <w:pStyle w:val="Title"/>
        <w:jc w:val="center"/>
      </w:pPr>
      <w:r>
        <w:t>LALA’S KITCHEN</w:t>
      </w:r>
    </w:p>
    <w:p w14:paraId="7A46D82C" w14:textId="77777777" w:rsidR="003226E2" w:rsidRDefault="00000000">
      <w:pPr>
        <w:jc w:val="center"/>
      </w:pPr>
      <w:r>
        <w:rPr>
          <w:b/>
          <w:sz w:val="22"/>
        </w:rPr>
        <w:t>DRINK MENU — SOUTH WHARF, MELBOURNE</w:t>
      </w:r>
    </w:p>
    <w:p w14:paraId="0AE009AC" w14:textId="77777777" w:rsidR="003226E2" w:rsidRDefault="00000000">
      <w:pPr>
        <w:pStyle w:val="Heading1"/>
        <w:spacing w:before="200" w:after="80"/>
      </w:pPr>
      <w:r>
        <w:t>BEER AND CIDER</w:t>
      </w:r>
    </w:p>
    <w:p w14:paraId="108D7496" w14:textId="11F7EC84" w:rsidR="003226E2" w:rsidRDefault="00000000">
      <w:pPr>
        <w:spacing w:before="40" w:after="0"/>
      </w:pPr>
      <w:r>
        <w:rPr>
          <w:b/>
        </w:rPr>
        <w:t xml:space="preserve">ASAHI SUPER </w:t>
      </w:r>
      <w:r w:rsidR="002B3DC0">
        <w:rPr>
          <w:b/>
        </w:rPr>
        <w:t>DRY $</w:t>
      </w:r>
      <w:r>
        <w:rPr>
          <w:b/>
        </w:rPr>
        <w:t>10</w:t>
      </w:r>
    </w:p>
    <w:p w14:paraId="1DBE4F7F" w14:textId="77777777" w:rsidR="003226E2" w:rsidRDefault="00000000">
      <w:pPr>
        <w:spacing w:before="40" w:after="0"/>
      </w:pPr>
      <w:r>
        <w:rPr>
          <w:b/>
        </w:rPr>
        <w:t>CORONA EXTRA  $10</w:t>
      </w:r>
    </w:p>
    <w:p w14:paraId="28FC8D09" w14:textId="77777777" w:rsidR="003226E2" w:rsidRDefault="00000000">
      <w:pPr>
        <w:spacing w:before="40" w:after="0"/>
      </w:pPr>
      <w:r>
        <w:rPr>
          <w:b/>
        </w:rPr>
        <w:t>GREAT NORTHERN SUPER CRISP  $10</w:t>
      </w:r>
    </w:p>
    <w:p w14:paraId="7BBB5A33" w14:textId="77777777" w:rsidR="003226E2" w:rsidRDefault="00000000">
      <w:pPr>
        <w:spacing w:before="40" w:after="0"/>
      </w:pPr>
      <w:r>
        <w:rPr>
          <w:b/>
        </w:rPr>
        <w:t>HEINEKEN LAGER  $10</w:t>
      </w:r>
    </w:p>
    <w:p w14:paraId="5D803EC0" w14:textId="77777777" w:rsidR="003226E2" w:rsidRDefault="00000000">
      <w:pPr>
        <w:spacing w:before="40" w:after="0"/>
      </w:pPr>
      <w:r>
        <w:rPr>
          <w:b/>
        </w:rPr>
        <w:t>PURE BLONDE  $10</w:t>
      </w:r>
    </w:p>
    <w:p w14:paraId="1BF43F11" w14:textId="77777777" w:rsidR="003226E2" w:rsidRDefault="00000000">
      <w:pPr>
        <w:spacing w:before="40" w:after="0"/>
      </w:pPr>
      <w:r>
        <w:rPr>
          <w:b/>
        </w:rPr>
        <w:t>KINGFISHER  $10</w:t>
      </w:r>
    </w:p>
    <w:p w14:paraId="0424378F" w14:textId="6FBE1A81" w:rsidR="003226E2" w:rsidRDefault="00231090" w:rsidP="00231090">
      <w:r w:rsidRPr="00231090">
        <w:rPr>
          <w:b/>
        </w:rPr>
        <w:t xml:space="preserve">God </w:t>
      </w:r>
      <w:r w:rsidRPr="00231090">
        <w:rPr>
          <w:b/>
        </w:rPr>
        <w:t>father</w:t>
      </w:r>
      <w:r>
        <w:rPr>
          <w:b/>
        </w:rPr>
        <w:t xml:space="preserve"> $</w:t>
      </w:r>
      <w:r w:rsidR="00000000">
        <w:rPr>
          <w:b/>
        </w:rPr>
        <w:t>10</w:t>
      </w:r>
    </w:p>
    <w:p w14:paraId="7C742E41" w14:textId="77777777" w:rsidR="003226E2" w:rsidRDefault="00000000">
      <w:pPr>
        <w:pStyle w:val="Heading1"/>
        <w:spacing w:before="200" w:after="80"/>
      </w:pPr>
      <w:r>
        <w:t>COCKTAILS (ALCOHOLIC)</w:t>
      </w:r>
    </w:p>
    <w:p w14:paraId="101F747E" w14:textId="77777777" w:rsidR="003226E2" w:rsidRDefault="00000000">
      <w:pPr>
        <w:spacing w:before="40" w:after="0"/>
      </w:pPr>
      <w:r>
        <w:rPr>
          <w:b/>
        </w:rPr>
        <w:t>THE BENGAL TIGER  $22</w:t>
      </w:r>
    </w:p>
    <w:p w14:paraId="21C4C970" w14:textId="77777777" w:rsidR="003226E2" w:rsidRDefault="00000000">
      <w:pPr>
        <w:spacing w:after="60"/>
        <w:ind w:left="216"/>
      </w:pPr>
      <w:r>
        <w:rPr>
          <w:i/>
          <w:sz w:val="17"/>
        </w:rPr>
        <w:t>A fiery and tropical blend of cherry and orange liquors, brandy and pineapple juice</w:t>
      </w:r>
    </w:p>
    <w:p w14:paraId="157081FE" w14:textId="77777777" w:rsidR="003226E2" w:rsidRDefault="00000000">
      <w:pPr>
        <w:spacing w:before="40" w:after="0"/>
      </w:pPr>
      <w:r>
        <w:rPr>
          <w:b/>
        </w:rPr>
        <w:t>JAMUNTINI  $22</w:t>
      </w:r>
    </w:p>
    <w:p w14:paraId="18379883" w14:textId="77777777" w:rsidR="003226E2" w:rsidRDefault="00000000">
      <w:pPr>
        <w:spacing w:after="60"/>
        <w:ind w:left="216"/>
      </w:pPr>
      <w:r>
        <w:rPr>
          <w:i/>
          <w:sz w:val="17"/>
        </w:rPr>
        <w:t>A unique twist on the classic martini, featuring jamun dry gin, vermouth and a special masala blend for an exotic flavor profile</w:t>
      </w:r>
    </w:p>
    <w:p w14:paraId="27E285A6" w14:textId="77777777" w:rsidR="003226E2" w:rsidRDefault="00000000">
      <w:pPr>
        <w:spacing w:before="40" w:after="0"/>
      </w:pPr>
      <w:r>
        <w:rPr>
          <w:b/>
        </w:rPr>
        <w:t>INDIAN WINTER  $22</w:t>
      </w:r>
    </w:p>
    <w:p w14:paraId="382E03A7" w14:textId="77777777" w:rsidR="003226E2" w:rsidRDefault="00000000">
      <w:pPr>
        <w:spacing w:after="60"/>
        <w:ind w:left="216"/>
      </w:pPr>
      <w:r>
        <w:rPr>
          <w:i/>
          <w:sz w:val="17"/>
        </w:rPr>
        <w:t>A comforting winter warmer with Indian whiskey, cardamom-infused honey and lemon juice for a soothing and spicy kick</w:t>
      </w:r>
    </w:p>
    <w:p w14:paraId="584EE90B" w14:textId="77777777" w:rsidR="003226E2" w:rsidRDefault="00000000">
      <w:pPr>
        <w:spacing w:before="40" w:after="0"/>
      </w:pPr>
      <w:r>
        <w:rPr>
          <w:b/>
        </w:rPr>
        <w:t>SHARABI LASSI  $22</w:t>
      </w:r>
    </w:p>
    <w:p w14:paraId="664F40DB" w14:textId="77777777" w:rsidR="003226E2" w:rsidRDefault="00000000">
      <w:pPr>
        <w:spacing w:after="60"/>
        <w:ind w:left="216"/>
      </w:pPr>
      <w:r>
        <w:rPr>
          <w:i/>
          <w:sz w:val="17"/>
        </w:rPr>
        <w:t>A decadent dessert drink with mango, coconut rum and a special spice mix for a tropical and indulgent experience</w:t>
      </w:r>
    </w:p>
    <w:p w14:paraId="0978070D" w14:textId="77777777" w:rsidR="003226E2" w:rsidRDefault="00000000">
      <w:pPr>
        <w:spacing w:before="40" w:after="0"/>
      </w:pPr>
      <w:r>
        <w:rPr>
          <w:b/>
        </w:rPr>
        <w:t>CHILLI MANGO MARGARITA  $22</w:t>
      </w:r>
    </w:p>
    <w:p w14:paraId="5CB32A01" w14:textId="77777777" w:rsidR="003226E2" w:rsidRDefault="00000000">
      <w:pPr>
        <w:spacing w:after="60"/>
        <w:ind w:left="216"/>
      </w:pPr>
      <w:r>
        <w:rPr>
          <w:i/>
          <w:sz w:val="17"/>
        </w:rPr>
        <w:t>A refreshing and spicy take on the classic margarita, with tequila, fresh mango and chilli for a taste of summer</w:t>
      </w:r>
    </w:p>
    <w:p w14:paraId="605F4F9D" w14:textId="77777777" w:rsidR="003226E2" w:rsidRDefault="00000000">
      <w:pPr>
        <w:spacing w:before="40" w:after="0"/>
      </w:pPr>
      <w:r>
        <w:rPr>
          <w:b/>
        </w:rPr>
        <w:t>PAAN MOJITO  $22</w:t>
      </w:r>
    </w:p>
    <w:p w14:paraId="437E1F6A" w14:textId="77777777" w:rsidR="003226E2" w:rsidRDefault="00000000">
      <w:pPr>
        <w:spacing w:after="60"/>
        <w:ind w:left="216"/>
      </w:pPr>
      <w:r>
        <w:rPr>
          <w:i/>
          <w:sz w:val="17"/>
        </w:rPr>
        <w:t>Experience taste of India with a twist with madira paan and madira select</w:t>
      </w:r>
    </w:p>
    <w:p w14:paraId="5887F621" w14:textId="77777777" w:rsidR="003226E2" w:rsidRDefault="00000000">
      <w:pPr>
        <w:pStyle w:val="Heading1"/>
        <w:spacing w:before="200" w:after="80"/>
      </w:pPr>
      <w:r>
        <w:t>BEVERAGES</w:t>
      </w:r>
    </w:p>
    <w:p w14:paraId="72FA3AE8" w14:textId="77777777" w:rsidR="003226E2" w:rsidRDefault="00000000">
      <w:pPr>
        <w:spacing w:before="40" w:after="0"/>
      </w:pPr>
      <w:r>
        <w:rPr>
          <w:b/>
        </w:rPr>
        <w:t>SOFT DRINKS (Coke / Fanta / Sprite)  $6</w:t>
      </w:r>
    </w:p>
    <w:p w14:paraId="04B2DE35" w14:textId="77777777" w:rsidR="003226E2" w:rsidRDefault="00000000">
      <w:pPr>
        <w:spacing w:before="40" w:after="0"/>
      </w:pPr>
      <w:r>
        <w:rPr>
          <w:b/>
        </w:rPr>
        <w:t>JUICES (Apple / Orange)  $6</w:t>
      </w:r>
    </w:p>
    <w:p w14:paraId="5D03378C" w14:textId="77777777" w:rsidR="003226E2" w:rsidRDefault="00000000">
      <w:pPr>
        <w:spacing w:before="40" w:after="0"/>
      </w:pPr>
      <w:r>
        <w:rPr>
          <w:b/>
        </w:rPr>
        <w:t>RED BULL  $8</w:t>
      </w:r>
    </w:p>
    <w:p w14:paraId="5F76DAB6" w14:textId="77777777" w:rsidR="003226E2" w:rsidRDefault="00000000">
      <w:pPr>
        <w:spacing w:before="40" w:after="0"/>
      </w:pPr>
      <w:r>
        <w:rPr>
          <w:b/>
        </w:rPr>
        <w:t>MANGO LASSI  $8</w:t>
      </w:r>
    </w:p>
    <w:p w14:paraId="6DB164B0" w14:textId="77777777" w:rsidR="003226E2" w:rsidRDefault="00000000">
      <w:pPr>
        <w:spacing w:before="40" w:after="0"/>
      </w:pPr>
      <w:r>
        <w:rPr>
          <w:b/>
        </w:rPr>
        <w:t>SALTED LASSI  $6</w:t>
      </w:r>
    </w:p>
    <w:p w14:paraId="49709558" w14:textId="77777777" w:rsidR="003226E2" w:rsidRDefault="00000000">
      <w:r>
        <w:br w:type="page"/>
      </w:r>
    </w:p>
    <w:p w14:paraId="7F1E2FE6" w14:textId="77777777" w:rsidR="003226E2" w:rsidRDefault="00000000">
      <w:pPr>
        <w:pStyle w:val="Heading1"/>
        <w:spacing w:before="200" w:after="80"/>
      </w:pPr>
      <w:r>
        <w:lastRenderedPageBreak/>
        <w:t>RED WINES</w:t>
      </w:r>
    </w:p>
    <w:p w14:paraId="44209014" w14:textId="77777777" w:rsidR="003226E2" w:rsidRDefault="00000000">
      <w:pPr>
        <w:spacing w:before="40" w:after="0"/>
      </w:pPr>
      <w:r>
        <w:rPr>
          <w:b/>
        </w:rPr>
        <w:t>RED HILL ESTATE PINOT NOIR  Glass $17  |  Bottle $48</w:t>
      </w:r>
    </w:p>
    <w:p w14:paraId="30441D1E" w14:textId="77777777" w:rsidR="003226E2" w:rsidRDefault="00000000">
      <w:pPr>
        <w:spacing w:after="60"/>
        <w:ind w:left="216"/>
      </w:pPr>
      <w:r>
        <w:rPr>
          <w:i/>
          <w:sz w:val="17"/>
        </w:rPr>
        <w:t>Pinot Noir shows the familiar perfume and elegance with flavours of liqueur cherries, spice and silky tannins.</w:t>
      </w:r>
    </w:p>
    <w:p w14:paraId="401DD72C" w14:textId="77777777" w:rsidR="003226E2" w:rsidRDefault="00000000">
      <w:pPr>
        <w:spacing w:before="40" w:after="0"/>
      </w:pPr>
      <w:r>
        <w:rPr>
          <w:b/>
        </w:rPr>
        <w:t>YERING STATION LITTLE YERING PINOT NOIR  Glass $17  |  Bottle $48</w:t>
      </w:r>
    </w:p>
    <w:p w14:paraId="53D49391" w14:textId="77777777" w:rsidR="003226E2" w:rsidRDefault="00000000">
      <w:pPr>
        <w:spacing w:after="60"/>
        <w:ind w:left="216"/>
      </w:pPr>
      <w:r>
        <w:rPr>
          <w:i/>
          <w:sz w:val="17"/>
        </w:rPr>
        <w:t>A classic Pinot style - lovely cherry and red fruit overlayed with savoury spices. A silky concentration provides richness and length.</w:t>
      </w:r>
    </w:p>
    <w:p w14:paraId="1D2E00B0" w14:textId="77777777" w:rsidR="003226E2" w:rsidRDefault="00000000">
      <w:pPr>
        <w:spacing w:before="40" w:after="0"/>
      </w:pPr>
      <w:r>
        <w:rPr>
          <w:b/>
        </w:rPr>
        <w:t>PENFOLDS KOONUNGA HILL SHIRAZ  Glass $14  |  Bottle $42</w:t>
      </w:r>
    </w:p>
    <w:p w14:paraId="08DD1FB5" w14:textId="77777777" w:rsidR="003226E2" w:rsidRDefault="00000000">
      <w:pPr>
        <w:spacing w:after="60"/>
        <w:ind w:left="216"/>
      </w:pPr>
      <w:r>
        <w:rPr>
          <w:i/>
          <w:sz w:val="17"/>
        </w:rPr>
        <w:t>A very enjoyable rich red with a hint of spices and oak on the finish.</w:t>
      </w:r>
    </w:p>
    <w:p w14:paraId="261605F9" w14:textId="77777777" w:rsidR="003226E2" w:rsidRDefault="00000000">
      <w:pPr>
        <w:spacing w:before="40" w:after="0"/>
      </w:pPr>
      <w:r>
        <w:rPr>
          <w:b/>
        </w:rPr>
        <w:t>CHÂTEAU TANUNDA MATTHEWS ROAD SHIRAZ  Glass $18  |  Bottle $54</w:t>
      </w:r>
    </w:p>
    <w:p w14:paraId="35EFE32C" w14:textId="77777777" w:rsidR="003226E2" w:rsidRDefault="00000000">
      <w:pPr>
        <w:spacing w:after="60"/>
        <w:ind w:left="216"/>
      </w:pPr>
      <w:r>
        <w:rPr>
          <w:i/>
          <w:sz w:val="17"/>
        </w:rPr>
        <w:t>Velvet-like textured wine with overflowing characters of blueberry, blackcurrant and milk chocolate.</w:t>
      </w:r>
    </w:p>
    <w:p w14:paraId="4EEACDEC" w14:textId="77777777" w:rsidR="003226E2" w:rsidRDefault="00000000">
      <w:pPr>
        <w:spacing w:before="40" w:after="0"/>
      </w:pPr>
      <w:r>
        <w:rPr>
          <w:b/>
        </w:rPr>
        <w:t>BEST’S GREAT WESTERN BIN NO 1 SHIRAZ  Glass $22  |  Bottle $75</w:t>
      </w:r>
    </w:p>
    <w:p w14:paraId="20EAC6C1" w14:textId="77777777" w:rsidR="003226E2" w:rsidRDefault="00000000">
      <w:pPr>
        <w:spacing w:after="60"/>
        <w:ind w:left="216"/>
      </w:pPr>
      <w:r>
        <w:rPr>
          <w:i/>
          <w:sz w:val="17"/>
        </w:rPr>
        <w:t>Black peppery and sometimes mint characters with warm spices on the nose with great tannins and oak structure on the palate.</w:t>
      </w:r>
    </w:p>
    <w:p w14:paraId="69D7A2CB" w14:textId="77777777" w:rsidR="003226E2" w:rsidRDefault="00000000">
      <w:pPr>
        <w:spacing w:before="40" w:after="0"/>
      </w:pPr>
      <w:r>
        <w:rPr>
          <w:b/>
        </w:rPr>
        <w:t>JIP JIP ROCKS SHIRAZ CABERNET  Glass $18  |  Bottle $54</w:t>
      </w:r>
    </w:p>
    <w:p w14:paraId="108D26EE" w14:textId="77777777" w:rsidR="003226E2" w:rsidRDefault="00000000">
      <w:pPr>
        <w:spacing w:after="60"/>
        <w:ind w:left="216"/>
      </w:pPr>
      <w:r>
        <w:rPr>
          <w:i/>
          <w:sz w:val="17"/>
        </w:rPr>
        <w:t>Spices and jammy black berries from a Shiraz plus Cabernet’s firm tannin structure and ripe blackcurrant aromas.</w:t>
      </w:r>
    </w:p>
    <w:p w14:paraId="121B427E" w14:textId="77777777" w:rsidR="003226E2" w:rsidRDefault="00000000">
      <w:pPr>
        <w:spacing w:before="40" w:after="0"/>
      </w:pPr>
      <w:r>
        <w:rPr>
          <w:b/>
        </w:rPr>
        <w:t>PEPPERJACK CABERNET SAUVIGNON  Glass $18  |  Bottle $54</w:t>
      </w:r>
    </w:p>
    <w:p w14:paraId="3AD2A0EF" w14:textId="77777777" w:rsidR="003226E2" w:rsidRDefault="00000000">
      <w:pPr>
        <w:spacing w:after="60"/>
        <w:ind w:left="216"/>
      </w:pPr>
      <w:r>
        <w:rPr>
          <w:i/>
          <w:sz w:val="17"/>
        </w:rPr>
        <w:t>A rich, plush and concentrated wine with distinct varietal leafy notes and fine, textural tannins.</w:t>
      </w:r>
    </w:p>
    <w:p w14:paraId="3D74BD67" w14:textId="77777777" w:rsidR="003226E2" w:rsidRDefault="00000000">
      <w:pPr>
        <w:spacing w:before="40" w:after="0"/>
      </w:pPr>
      <w:r>
        <w:rPr>
          <w:b/>
        </w:rPr>
        <w:t>LITTLE GIANT GRENACHE  Glass $18  |  Bottle $54</w:t>
      </w:r>
    </w:p>
    <w:p w14:paraId="4292E452" w14:textId="77777777" w:rsidR="003226E2" w:rsidRDefault="00000000">
      <w:pPr>
        <w:spacing w:after="60"/>
        <w:ind w:left="216"/>
      </w:pPr>
      <w:r>
        <w:rPr>
          <w:i/>
          <w:sz w:val="17"/>
        </w:rPr>
        <w:t>Notes of red and dark berry fruit are underpinned by chocolate &amp; oak, with lasting flavors of Berrie, vanilla &amp; ground spices.</w:t>
      </w:r>
    </w:p>
    <w:p w14:paraId="184DF7B5" w14:textId="77777777" w:rsidR="003226E2" w:rsidRDefault="00000000">
      <w:pPr>
        <w:pStyle w:val="Heading1"/>
        <w:spacing w:before="200" w:after="80"/>
      </w:pPr>
      <w:r>
        <w:t>WHITE / SPARKLING WINES</w:t>
      </w:r>
    </w:p>
    <w:p w14:paraId="02248D09" w14:textId="77777777" w:rsidR="003226E2" w:rsidRDefault="00000000">
      <w:pPr>
        <w:spacing w:before="40" w:after="0"/>
      </w:pPr>
      <w:r>
        <w:rPr>
          <w:b/>
        </w:rPr>
        <w:t>PUNT ROAD CHARDONNAY  Glass $22  |  Bottle $70</w:t>
      </w:r>
    </w:p>
    <w:p w14:paraId="4F43412D" w14:textId="77777777" w:rsidR="003226E2" w:rsidRDefault="00000000">
      <w:pPr>
        <w:spacing w:after="60"/>
        <w:ind w:left="216"/>
      </w:pPr>
      <w:r>
        <w:rPr>
          <w:i/>
          <w:sz w:val="17"/>
        </w:rPr>
        <w:t>This wine shows citrus and stone fruit aromas with a creamy barrel ferment texture.</w:t>
      </w:r>
    </w:p>
    <w:p w14:paraId="622829F3" w14:textId="77777777" w:rsidR="003226E2" w:rsidRDefault="00000000">
      <w:pPr>
        <w:spacing w:before="40" w:after="0"/>
      </w:pPr>
      <w:r>
        <w:rPr>
          <w:b/>
        </w:rPr>
        <w:t>ROBERT MONDAVI BUTTERY CHARDONNAY  Glass $17  |  Bottle $48</w:t>
      </w:r>
    </w:p>
    <w:p w14:paraId="39DE2E83" w14:textId="77777777" w:rsidR="003226E2" w:rsidRDefault="00000000">
      <w:pPr>
        <w:spacing w:after="60"/>
        <w:ind w:left="216"/>
      </w:pPr>
      <w:r>
        <w:rPr>
          <w:i/>
          <w:sz w:val="17"/>
        </w:rPr>
        <w:t>This golden California wine opens with aromas of brown spice, vanilla, and oak. With its lush, concentrated flavors of ripe apple and white peach.</w:t>
      </w:r>
    </w:p>
    <w:p w14:paraId="1BAB2C43" w14:textId="77777777" w:rsidR="003226E2" w:rsidRDefault="00000000">
      <w:pPr>
        <w:spacing w:before="40" w:after="0"/>
      </w:pPr>
      <w:r>
        <w:rPr>
          <w:b/>
        </w:rPr>
        <w:t>CATALINA SOUNDS SAUVIGNON BLANC  Glass $20  |  Bottle $55</w:t>
      </w:r>
    </w:p>
    <w:p w14:paraId="10CDC38F" w14:textId="77777777" w:rsidR="003226E2" w:rsidRDefault="00000000">
      <w:pPr>
        <w:spacing w:after="60"/>
        <w:ind w:left="216"/>
      </w:pPr>
      <w:r>
        <w:rPr>
          <w:i/>
          <w:sz w:val="17"/>
        </w:rPr>
        <w:t>Perfumed aromas of gooseberry with hints of tropical fruit, the palate follows with fresh and zingy characters that display ripe passionfruit and citrus flavors all complemented by lingering acidity.</w:t>
      </w:r>
    </w:p>
    <w:p w14:paraId="40D407C9" w14:textId="77777777" w:rsidR="003226E2" w:rsidRDefault="00000000">
      <w:pPr>
        <w:spacing w:before="40" w:after="0"/>
      </w:pPr>
      <w:r>
        <w:rPr>
          <w:b/>
        </w:rPr>
        <w:t>BELENA PINOT GRIGIO  Glass $17  |  Bottle $52</w:t>
      </w:r>
    </w:p>
    <w:p w14:paraId="213B84C3" w14:textId="77777777" w:rsidR="003226E2" w:rsidRDefault="00000000">
      <w:pPr>
        <w:spacing w:after="60"/>
        <w:ind w:left="216"/>
      </w:pPr>
      <w:r>
        <w:rPr>
          <w:i/>
          <w:sz w:val="17"/>
        </w:rPr>
        <w:t>Delicate aromas of nashi pear &amp; fresh lychee that echo the palate to make this a classic Pinot Grigio.</w:t>
      </w:r>
    </w:p>
    <w:p w14:paraId="0360DF0C" w14:textId="77777777" w:rsidR="003226E2" w:rsidRDefault="00000000">
      <w:pPr>
        <w:spacing w:before="40" w:after="0"/>
      </w:pPr>
      <w:r>
        <w:rPr>
          <w:b/>
        </w:rPr>
        <w:t>BROWN BROTHERS MOSCATO  Glass $12  |  Bottle $44</w:t>
      </w:r>
    </w:p>
    <w:p w14:paraId="3659774C" w14:textId="77777777" w:rsidR="003226E2" w:rsidRDefault="00000000">
      <w:pPr>
        <w:spacing w:after="60"/>
        <w:ind w:left="216"/>
      </w:pPr>
      <w:r>
        <w:rPr>
          <w:i/>
          <w:sz w:val="17"/>
        </w:rPr>
        <w:t>A musky and fruity. If you love sweet white wines, you can’t go wrong with this Aussie favorite</w:t>
      </w:r>
    </w:p>
    <w:p w14:paraId="21427155" w14:textId="77777777" w:rsidR="003226E2" w:rsidRDefault="00000000">
      <w:pPr>
        <w:spacing w:before="40" w:after="0"/>
      </w:pPr>
      <w:r>
        <w:rPr>
          <w:b/>
        </w:rPr>
        <w:t>YERING STATION YARRA ROSÉ  Glass $22  |  Bottle $70</w:t>
      </w:r>
    </w:p>
    <w:p w14:paraId="0D0291BD" w14:textId="77777777" w:rsidR="003226E2" w:rsidRDefault="00000000">
      <w:pPr>
        <w:spacing w:after="60"/>
        <w:ind w:left="216"/>
      </w:pPr>
      <w:r>
        <w:rPr>
          <w:i/>
          <w:sz w:val="17"/>
        </w:rPr>
        <w:t>Light copper rose gold. Roses and Turkish delight provide a bright, pretty floral nose with fresh berry fruit characters. Dry, clean and crisp.</w:t>
      </w:r>
    </w:p>
    <w:p w14:paraId="369DBA8E" w14:textId="77777777" w:rsidR="003226E2" w:rsidRDefault="00000000">
      <w:pPr>
        <w:spacing w:before="40" w:after="0"/>
      </w:pPr>
      <w:r>
        <w:rPr>
          <w:b/>
        </w:rPr>
        <w:t>BROWN BROTHER PROSECCO NV  Bottle $45</w:t>
      </w:r>
    </w:p>
    <w:p w14:paraId="5C0AAA95" w14:textId="77777777" w:rsidR="003226E2" w:rsidRDefault="00000000">
      <w:pPr>
        <w:spacing w:after="60"/>
        <w:ind w:left="216"/>
      </w:pPr>
      <w:r>
        <w:rPr>
          <w:i/>
          <w:sz w:val="17"/>
        </w:rPr>
        <w:t>Straw coloured shows apple and pear character, freshness and vibrancy. The palate has a beautiful savory edge.</w:t>
      </w:r>
    </w:p>
    <w:p w14:paraId="203EFD88" w14:textId="77777777" w:rsidR="003226E2" w:rsidRDefault="00000000">
      <w:pPr>
        <w:spacing w:before="40" w:after="0"/>
      </w:pPr>
      <w:r>
        <w:rPr>
          <w:b/>
        </w:rPr>
        <w:t>MUMM MARLBOROUGH BRUT PRESTIGE  Bottle $70</w:t>
      </w:r>
    </w:p>
    <w:p w14:paraId="2B91175C" w14:textId="77777777" w:rsidR="003226E2" w:rsidRDefault="00000000">
      <w:pPr>
        <w:spacing w:after="60"/>
        <w:ind w:left="216"/>
      </w:pPr>
      <w:r>
        <w:rPr>
          <w:i/>
          <w:sz w:val="17"/>
        </w:rPr>
        <w:t>Refined, elegant wine of exceptional quality &amp; delightful fruity notes.</w:t>
      </w:r>
    </w:p>
    <w:p w14:paraId="7839ECCD" w14:textId="77777777" w:rsidR="003226E2" w:rsidRDefault="00000000">
      <w:r>
        <w:br w:type="page"/>
      </w:r>
    </w:p>
    <w:p w14:paraId="613E6025" w14:textId="77777777" w:rsidR="003226E2" w:rsidRDefault="00000000">
      <w:pPr>
        <w:pStyle w:val="Heading1"/>
        <w:spacing w:before="200" w:after="80"/>
      </w:pPr>
      <w:r>
        <w:lastRenderedPageBreak/>
        <w:t>MOCKTAILS (NON-ALCOHOLIC)</w:t>
      </w:r>
    </w:p>
    <w:p w14:paraId="30FB4608" w14:textId="77777777" w:rsidR="003226E2" w:rsidRDefault="00000000">
      <w:pPr>
        <w:spacing w:before="40" w:after="0"/>
      </w:pPr>
      <w:r>
        <w:rPr>
          <w:b/>
        </w:rPr>
        <w:t>RASPBERRY CRUSH  $15</w:t>
      </w:r>
    </w:p>
    <w:p w14:paraId="32BA6B89" w14:textId="77777777" w:rsidR="003226E2" w:rsidRDefault="00000000">
      <w:pPr>
        <w:spacing w:after="60"/>
        <w:ind w:left="216"/>
      </w:pPr>
      <w:r>
        <w:rPr>
          <w:i/>
          <w:sz w:val="17"/>
        </w:rPr>
        <w:t>A vibrant and bubbly drink made with fresh raspberries</w:t>
      </w:r>
    </w:p>
    <w:p w14:paraId="34BC3D50" w14:textId="5ED2B563" w:rsidR="003226E2" w:rsidRDefault="007A7DB2">
      <w:pPr>
        <w:spacing w:before="40" w:after="0"/>
      </w:pPr>
      <w:r>
        <w:rPr>
          <w:b/>
        </w:rPr>
        <w:t xml:space="preserve">VIRGIN </w:t>
      </w:r>
      <w:r w:rsidR="00000000">
        <w:rPr>
          <w:b/>
        </w:rPr>
        <w:t xml:space="preserve">PINA </w:t>
      </w:r>
      <w:proofErr w:type="gramStart"/>
      <w:r w:rsidR="00000000">
        <w:rPr>
          <w:b/>
        </w:rPr>
        <w:t>COLADA  $</w:t>
      </w:r>
      <w:proofErr w:type="gramEnd"/>
      <w:r w:rsidR="00000000">
        <w:rPr>
          <w:b/>
        </w:rPr>
        <w:t>15</w:t>
      </w:r>
    </w:p>
    <w:p w14:paraId="3488F809" w14:textId="77777777" w:rsidR="003226E2" w:rsidRDefault="00000000">
      <w:pPr>
        <w:spacing w:after="60"/>
        <w:ind w:left="216"/>
        <w:rPr>
          <w:i/>
          <w:sz w:val="17"/>
        </w:rPr>
      </w:pPr>
      <w:r>
        <w:rPr>
          <w:i/>
          <w:sz w:val="17"/>
        </w:rPr>
        <w:t>A creamy and tropical delight made with coconut cream and pineapple juice</w:t>
      </w:r>
    </w:p>
    <w:p w14:paraId="46ACF127" w14:textId="77777777" w:rsidR="00B01079" w:rsidRDefault="004C6277" w:rsidP="00B01079">
      <w:pPr>
        <w:spacing w:before="40" w:after="0"/>
        <w:rPr>
          <w:b/>
        </w:rPr>
      </w:pPr>
      <w:r>
        <w:rPr>
          <w:b/>
        </w:rPr>
        <w:t xml:space="preserve">VIRGIN </w:t>
      </w:r>
      <w:proofErr w:type="gramStart"/>
      <w:r>
        <w:rPr>
          <w:b/>
        </w:rPr>
        <w:t>MOJITO</w:t>
      </w:r>
      <w:r>
        <w:rPr>
          <w:b/>
        </w:rPr>
        <w:t xml:space="preserve">  $</w:t>
      </w:r>
      <w:proofErr w:type="gramEnd"/>
      <w:r>
        <w:rPr>
          <w:b/>
        </w:rPr>
        <w:t>15</w:t>
      </w:r>
    </w:p>
    <w:p w14:paraId="301FB6BD" w14:textId="77777777" w:rsidR="00B01079" w:rsidRDefault="00B01079" w:rsidP="00B01079">
      <w:pPr>
        <w:spacing w:before="40" w:after="0"/>
        <w:ind w:firstLine="216"/>
        <w:rPr>
          <w:i/>
          <w:sz w:val="17"/>
        </w:rPr>
      </w:pPr>
      <w:r w:rsidRPr="00B01079">
        <w:rPr>
          <w:i/>
          <w:sz w:val="17"/>
        </w:rPr>
        <w:t>Fresh mint and lime muddled with a touch of sweetness, topped with sparkling soda for a crisp, vibrant and refreshing finish.</w:t>
      </w:r>
    </w:p>
    <w:p w14:paraId="05A0402C" w14:textId="73AC32A4" w:rsidR="003226E2" w:rsidRDefault="00000000" w:rsidP="00B01079">
      <w:pPr>
        <w:spacing w:before="40" w:after="0"/>
      </w:pPr>
      <w:r>
        <w:rPr>
          <w:b/>
        </w:rPr>
        <w:t xml:space="preserve">CHILLI GUAVA </w:t>
      </w:r>
      <w:proofErr w:type="gramStart"/>
      <w:r>
        <w:rPr>
          <w:b/>
        </w:rPr>
        <w:t>COOLER  $</w:t>
      </w:r>
      <w:proofErr w:type="gramEnd"/>
      <w:r>
        <w:rPr>
          <w:b/>
        </w:rPr>
        <w:t>15</w:t>
      </w:r>
    </w:p>
    <w:p w14:paraId="6FCA95B9" w14:textId="77777777" w:rsidR="003226E2" w:rsidRDefault="00000000">
      <w:pPr>
        <w:spacing w:after="60"/>
        <w:ind w:left="216"/>
      </w:pPr>
      <w:r>
        <w:rPr>
          <w:i/>
          <w:sz w:val="17"/>
        </w:rPr>
        <w:t>A zesty and spicy drink made with guava</w:t>
      </w:r>
    </w:p>
    <w:p w14:paraId="49DECDD2" w14:textId="77777777" w:rsidR="003226E2" w:rsidRDefault="00000000">
      <w:pPr>
        <w:spacing w:before="40" w:after="0"/>
      </w:pPr>
      <w:r>
        <w:rPr>
          <w:b/>
        </w:rPr>
        <w:t>ROSE &amp; LYCHEE  $15</w:t>
      </w:r>
    </w:p>
    <w:p w14:paraId="038AD59F" w14:textId="77777777" w:rsidR="003226E2" w:rsidRDefault="00000000">
      <w:pPr>
        <w:spacing w:after="60"/>
        <w:ind w:left="216"/>
      </w:pPr>
      <w:r>
        <w:rPr>
          <w:i/>
          <w:sz w:val="17"/>
        </w:rPr>
        <w:t>A delicate and floral drink with fresh rose and lychee</w:t>
      </w:r>
    </w:p>
    <w:p w14:paraId="0031F08F" w14:textId="77777777" w:rsidR="003226E2" w:rsidRDefault="00000000">
      <w:pPr>
        <w:spacing w:before="40" w:after="0"/>
      </w:pPr>
      <w:r>
        <w:rPr>
          <w:b/>
        </w:rPr>
        <w:t>MANGO TANGO  $15</w:t>
      </w:r>
    </w:p>
    <w:p w14:paraId="16E64F7B" w14:textId="77777777" w:rsidR="003226E2" w:rsidRDefault="00000000">
      <w:pPr>
        <w:spacing w:after="60"/>
        <w:ind w:left="216"/>
      </w:pPr>
      <w:r>
        <w:rPr>
          <w:i/>
          <w:sz w:val="17"/>
        </w:rPr>
        <w:t>Refreshing mango crush with sparkling orange juice</w:t>
      </w:r>
    </w:p>
    <w:p w14:paraId="1C83D7A3" w14:textId="77777777" w:rsidR="003226E2" w:rsidRDefault="00000000">
      <w:pPr>
        <w:spacing w:before="40" w:after="0"/>
      </w:pPr>
      <w:r>
        <w:rPr>
          <w:b/>
        </w:rPr>
        <w:t>JALJEERA MOJITO  $15</w:t>
      </w:r>
    </w:p>
    <w:p w14:paraId="08F441AB" w14:textId="77777777" w:rsidR="003226E2" w:rsidRDefault="00000000">
      <w:pPr>
        <w:spacing w:after="60"/>
        <w:ind w:left="216"/>
      </w:pPr>
      <w:r>
        <w:rPr>
          <w:i/>
          <w:sz w:val="17"/>
        </w:rPr>
        <w:t>A tangy and minty drink with a classic twist</w:t>
      </w:r>
    </w:p>
    <w:p w14:paraId="1D8804AE" w14:textId="77777777" w:rsidR="003226E2" w:rsidRDefault="00000000">
      <w:pPr>
        <w:spacing w:before="40" w:after="0"/>
      </w:pPr>
      <w:r>
        <w:rPr>
          <w:b/>
        </w:rPr>
        <w:t>LYCHEE &amp; COCONUT  $15</w:t>
      </w:r>
    </w:p>
    <w:p w14:paraId="06284C99" w14:textId="77777777" w:rsidR="003226E2" w:rsidRDefault="00000000">
      <w:pPr>
        <w:spacing w:after="60"/>
        <w:ind w:left="216"/>
      </w:pPr>
      <w:r>
        <w:rPr>
          <w:i/>
          <w:sz w:val="17"/>
        </w:rPr>
        <w:t>A creamy and exotic drink with lychee and coconut</w:t>
      </w:r>
    </w:p>
    <w:p w14:paraId="530F44B3" w14:textId="77777777" w:rsidR="003226E2" w:rsidRDefault="00000000">
      <w:pPr>
        <w:pStyle w:val="Heading1"/>
        <w:spacing w:before="200" w:after="80"/>
      </w:pPr>
      <w:r>
        <w:t>SCOTCH, WHISKEY &amp; BOURBON (30ML)</w:t>
      </w:r>
    </w:p>
    <w:p w14:paraId="0BCB6CEF" w14:textId="3B5488E7" w:rsidR="003226E2" w:rsidRDefault="00000000">
      <w:pPr>
        <w:spacing w:before="40" w:after="0"/>
      </w:pPr>
      <w:r>
        <w:rPr>
          <w:b/>
        </w:rPr>
        <w:t xml:space="preserve">JIM </w:t>
      </w:r>
      <w:proofErr w:type="gramStart"/>
      <w:r>
        <w:rPr>
          <w:b/>
        </w:rPr>
        <w:t>BEAM  $</w:t>
      </w:r>
      <w:proofErr w:type="gramEnd"/>
      <w:r>
        <w:rPr>
          <w:b/>
        </w:rPr>
        <w:t>1</w:t>
      </w:r>
      <w:r w:rsidR="00C95A8D">
        <w:rPr>
          <w:b/>
        </w:rPr>
        <w:t>3</w:t>
      </w:r>
    </w:p>
    <w:p w14:paraId="161EC180" w14:textId="77777777" w:rsidR="003226E2" w:rsidRDefault="00000000">
      <w:pPr>
        <w:spacing w:before="40" w:after="0"/>
      </w:pPr>
      <w:r>
        <w:rPr>
          <w:b/>
        </w:rPr>
        <w:t xml:space="preserve">JACK </w:t>
      </w:r>
      <w:proofErr w:type="gramStart"/>
      <w:r>
        <w:rPr>
          <w:b/>
        </w:rPr>
        <w:t>DANIELS  $</w:t>
      </w:r>
      <w:proofErr w:type="gramEnd"/>
      <w:r>
        <w:rPr>
          <w:b/>
        </w:rPr>
        <w:t>13</w:t>
      </w:r>
    </w:p>
    <w:p w14:paraId="34F21994" w14:textId="5B623BEE" w:rsidR="003226E2" w:rsidRDefault="00000000">
      <w:pPr>
        <w:spacing w:before="40" w:after="0"/>
      </w:pPr>
      <w:r>
        <w:rPr>
          <w:b/>
        </w:rPr>
        <w:t xml:space="preserve">JOHNNIE WALKER BLACK LABEL 12 </w:t>
      </w:r>
      <w:proofErr w:type="gramStart"/>
      <w:r>
        <w:rPr>
          <w:b/>
        </w:rPr>
        <w:t>YEARS  $</w:t>
      </w:r>
      <w:proofErr w:type="gramEnd"/>
      <w:r>
        <w:rPr>
          <w:b/>
        </w:rPr>
        <w:t>1</w:t>
      </w:r>
      <w:r w:rsidR="00C95A8D">
        <w:rPr>
          <w:b/>
        </w:rPr>
        <w:t>5</w:t>
      </w:r>
    </w:p>
    <w:p w14:paraId="46CC0095" w14:textId="5535118B" w:rsidR="003226E2" w:rsidRDefault="00000000">
      <w:pPr>
        <w:spacing w:before="40" w:after="0"/>
      </w:pPr>
      <w:r>
        <w:rPr>
          <w:b/>
        </w:rPr>
        <w:t xml:space="preserve">JOHNNIE WALKER BLUE </w:t>
      </w:r>
      <w:proofErr w:type="gramStart"/>
      <w:r>
        <w:rPr>
          <w:b/>
        </w:rPr>
        <w:t>LABEL  $</w:t>
      </w:r>
      <w:proofErr w:type="gramEnd"/>
      <w:r w:rsidR="00C95A8D">
        <w:rPr>
          <w:b/>
        </w:rPr>
        <w:t>38</w:t>
      </w:r>
    </w:p>
    <w:p w14:paraId="1B3F285A" w14:textId="3855EFF1" w:rsidR="003226E2" w:rsidRDefault="00000000">
      <w:pPr>
        <w:spacing w:before="40" w:after="0"/>
      </w:pPr>
      <w:r>
        <w:rPr>
          <w:b/>
        </w:rPr>
        <w:t xml:space="preserve">CHIVAS REGAL 12 </w:t>
      </w:r>
      <w:proofErr w:type="gramStart"/>
      <w:r>
        <w:rPr>
          <w:b/>
        </w:rPr>
        <w:t>YEARS  $</w:t>
      </w:r>
      <w:proofErr w:type="gramEnd"/>
      <w:r>
        <w:rPr>
          <w:b/>
        </w:rPr>
        <w:t>1</w:t>
      </w:r>
      <w:r w:rsidR="00C95A8D">
        <w:rPr>
          <w:b/>
        </w:rPr>
        <w:t>5</w:t>
      </w:r>
    </w:p>
    <w:p w14:paraId="60FBBE77" w14:textId="072A2D88" w:rsidR="003226E2" w:rsidRDefault="00000000">
      <w:pPr>
        <w:spacing w:before="40" w:after="0"/>
      </w:pPr>
      <w:r>
        <w:rPr>
          <w:b/>
        </w:rPr>
        <w:t xml:space="preserve">FIRE BALL </w:t>
      </w:r>
      <w:proofErr w:type="gramStart"/>
      <w:r>
        <w:rPr>
          <w:b/>
        </w:rPr>
        <w:t>CINNAMON  $</w:t>
      </w:r>
      <w:proofErr w:type="gramEnd"/>
      <w:r>
        <w:rPr>
          <w:b/>
        </w:rPr>
        <w:t>1</w:t>
      </w:r>
      <w:r w:rsidR="00C95A8D">
        <w:rPr>
          <w:b/>
        </w:rPr>
        <w:t>4</w:t>
      </w:r>
    </w:p>
    <w:p w14:paraId="34C6B6CB" w14:textId="32EC2685" w:rsidR="003226E2" w:rsidRDefault="007A7DB2">
      <w:pPr>
        <w:spacing w:before="40" w:after="0"/>
        <w:rPr>
          <w:b/>
        </w:rPr>
      </w:pPr>
      <w:r>
        <w:rPr>
          <w:b/>
        </w:rPr>
        <w:t>JAMESON $</w:t>
      </w:r>
      <w:r w:rsidR="00000000">
        <w:rPr>
          <w:b/>
        </w:rPr>
        <w:t>1</w:t>
      </w:r>
      <w:r w:rsidR="00C95A8D">
        <w:rPr>
          <w:b/>
        </w:rPr>
        <w:t>4</w:t>
      </w:r>
    </w:p>
    <w:p w14:paraId="74A9E4F5" w14:textId="5D07DA52" w:rsidR="007A7DB2" w:rsidRDefault="007A7DB2">
      <w:pPr>
        <w:spacing w:before="40" w:after="0"/>
      </w:pPr>
      <w:r>
        <w:rPr>
          <w:b/>
        </w:rPr>
        <w:t>BLACK DOG $13</w:t>
      </w:r>
    </w:p>
    <w:p w14:paraId="465F623D" w14:textId="7170CFB2" w:rsidR="003226E2" w:rsidRDefault="00000000">
      <w:pPr>
        <w:spacing w:before="40" w:after="0"/>
      </w:pPr>
      <w:r>
        <w:rPr>
          <w:b/>
        </w:rPr>
        <w:t xml:space="preserve">RAMPUR </w:t>
      </w:r>
      <w:r w:rsidR="007A7DB2">
        <w:rPr>
          <w:b/>
        </w:rPr>
        <w:t>ASAVA</w:t>
      </w:r>
      <w:r w:rsidR="00240AF4">
        <w:rPr>
          <w:b/>
        </w:rPr>
        <w:t xml:space="preserve"> Single Malt</w:t>
      </w:r>
      <w:r w:rsidR="007A7DB2">
        <w:rPr>
          <w:b/>
        </w:rPr>
        <w:t xml:space="preserve"> $</w:t>
      </w:r>
      <w:r>
        <w:rPr>
          <w:b/>
        </w:rPr>
        <w:t>21</w:t>
      </w:r>
    </w:p>
    <w:p w14:paraId="5448857E" w14:textId="4031E914" w:rsidR="003226E2" w:rsidRDefault="00000000">
      <w:pPr>
        <w:spacing w:before="40" w:after="0"/>
      </w:pPr>
      <w:r>
        <w:rPr>
          <w:b/>
        </w:rPr>
        <w:t>AMRUT</w:t>
      </w:r>
      <w:r w:rsidR="007A7DB2">
        <w:rPr>
          <w:b/>
        </w:rPr>
        <w:t xml:space="preserve"> Single Malt $</w:t>
      </w:r>
      <w:r>
        <w:rPr>
          <w:b/>
        </w:rPr>
        <w:t>21</w:t>
      </w:r>
    </w:p>
    <w:p w14:paraId="7D36099D" w14:textId="261E96FF" w:rsidR="003226E2" w:rsidRDefault="007A7DB2">
      <w:pPr>
        <w:spacing w:before="40" w:after="0"/>
        <w:rPr>
          <w:b/>
        </w:rPr>
      </w:pPr>
      <w:r>
        <w:rPr>
          <w:b/>
        </w:rPr>
        <w:t xml:space="preserve">INDRI Single Malt </w:t>
      </w:r>
      <w:r w:rsidR="00000000">
        <w:rPr>
          <w:b/>
        </w:rPr>
        <w:t>$21</w:t>
      </w:r>
    </w:p>
    <w:p w14:paraId="7E5C90D0" w14:textId="770108F2" w:rsidR="007A7DB2" w:rsidRDefault="007A7DB2">
      <w:pPr>
        <w:spacing w:before="40" w:after="0"/>
        <w:rPr>
          <w:b/>
        </w:rPr>
      </w:pPr>
      <w:r>
        <w:rPr>
          <w:b/>
        </w:rPr>
        <w:t>GODAWAN Single Malt $21</w:t>
      </w:r>
    </w:p>
    <w:p w14:paraId="1DAFB7AF" w14:textId="77777777" w:rsidR="007A7DB2" w:rsidRDefault="007A7DB2">
      <w:pPr>
        <w:spacing w:before="40" w:after="0"/>
      </w:pPr>
    </w:p>
    <w:p w14:paraId="1D1BB9E2" w14:textId="77777777" w:rsidR="003226E2" w:rsidRDefault="00000000">
      <w:pPr>
        <w:pStyle w:val="Heading1"/>
        <w:spacing w:before="200" w:after="80"/>
      </w:pPr>
      <w:r>
        <w:t>SPIRITS (30ML)</w:t>
      </w:r>
    </w:p>
    <w:p w14:paraId="4BB6D1AB" w14:textId="77777777" w:rsidR="003226E2" w:rsidRDefault="00000000">
      <w:pPr>
        <w:spacing w:before="40" w:after="0"/>
      </w:pPr>
      <w:r>
        <w:rPr>
          <w:b/>
        </w:rPr>
        <w:t>GREY GOOSE VODKA  $11</w:t>
      </w:r>
    </w:p>
    <w:p w14:paraId="3F965A4C" w14:textId="77777777" w:rsidR="003226E2" w:rsidRDefault="00000000">
      <w:pPr>
        <w:spacing w:before="40" w:after="0"/>
      </w:pPr>
      <w:r>
        <w:rPr>
          <w:b/>
        </w:rPr>
        <w:t>CIROC VODKA  $13</w:t>
      </w:r>
    </w:p>
    <w:p w14:paraId="0612F2E6" w14:textId="77777777" w:rsidR="003226E2" w:rsidRDefault="00000000">
      <w:pPr>
        <w:spacing w:before="40" w:after="0"/>
      </w:pPr>
      <w:r>
        <w:rPr>
          <w:b/>
        </w:rPr>
        <w:t>SMIRNOFF VODKA  $9</w:t>
      </w:r>
    </w:p>
    <w:p w14:paraId="1FFD1A81" w14:textId="77777777" w:rsidR="003226E2" w:rsidRDefault="00000000">
      <w:pPr>
        <w:spacing w:before="40" w:after="0"/>
      </w:pPr>
      <w:r>
        <w:rPr>
          <w:b/>
        </w:rPr>
        <w:t>BACARDI RUM  $9</w:t>
      </w:r>
    </w:p>
    <w:p w14:paraId="4BEE7C23" w14:textId="77777777" w:rsidR="003226E2" w:rsidRDefault="00000000">
      <w:pPr>
        <w:spacing w:before="40" w:after="0"/>
      </w:pPr>
      <w:r>
        <w:rPr>
          <w:b/>
        </w:rPr>
        <w:t>BOMBAY SAPPHIRE GIN  $11</w:t>
      </w:r>
    </w:p>
    <w:p w14:paraId="171D2A2D" w14:textId="77777777" w:rsidR="003226E2" w:rsidRDefault="00000000">
      <w:pPr>
        <w:spacing w:before="40" w:after="0"/>
      </w:pPr>
      <w:r>
        <w:rPr>
          <w:b/>
        </w:rPr>
        <w:t>TANQUERAY LONDON DRY GIN  $11</w:t>
      </w:r>
    </w:p>
    <w:p w14:paraId="54E7C38F" w14:textId="77777777" w:rsidR="003226E2" w:rsidRDefault="00000000">
      <w:pPr>
        <w:spacing w:before="40" w:after="0"/>
      </w:pPr>
      <w:r>
        <w:rPr>
          <w:b/>
        </w:rPr>
        <w:t>ROKU JAPANESE CRAFT GIN  $13</w:t>
      </w:r>
    </w:p>
    <w:p w14:paraId="5A461C2A" w14:textId="77777777" w:rsidR="003226E2" w:rsidRDefault="00000000">
      <w:pPr>
        <w:spacing w:before="40" w:after="0"/>
      </w:pPr>
      <w:r>
        <w:rPr>
          <w:b/>
        </w:rPr>
        <w:t>JOSE CUERVO TRADICIONAL SILVER TEQUILA  $11</w:t>
      </w:r>
    </w:p>
    <w:p w14:paraId="4EB36195" w14:textId="77777777" w:rsidR="003226E2" w:rsidRDefault="00000000">
      <w:pPr>
        <w:spacing w:before="40" w:after="0"/>
      </w:pPr>
      <w:r>
        <w:rPr>
          <w:b/>
        </w:rPr>
        <w:t>SON JULIO REPOSADO TEQUILA  $13</w:t>
      </w:r>
    </w:p>
    <w:p w14:paraId="52B3614D" w14:textId="77777777" w:rsidR="003226E2" w:rsidRDefault="00000000">
      <w:pPr>
        <w:spacing w:before="40" w:after="0"/>
      </w:pPr>
      <w:r>
        <w:rPr>
          <w:b/>
        </w:rPr>
        <w:t>MADIRA PAAN LIQUEUR  $13</w:t>
      </w:r>
    </w:p>
    <w:sectPr w:rsidR="003226E2" w:rsidSect="00034616">
      <w:footerReference w:type="default" r:id="rId8"/>
      <w:pgSz w:w="11909" w:h="16834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E6C67" w14:textId="77777777" w:rsidR="00840D8C" w:rsidRDefault="00840D8C">
      <w:pPr>
        <w:spacing w:after="0" w:line="240" w:lineRule="auto"/>
      </w:pPr>
      <w:r>
        <w:separator/>
      </w:r>
    </w:p>
  </w:endnote>
  <w:endnote w:type="continuationSeparator" w:id="0">
    <w:p w14:paraId="1475EB95" w14:textId="77777777" w:rsidR="00840D8C" w:rsidRDefault="00840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B8C4" w14:textId="77777777" w:rsidR="003226E2" w:rsidRDefault="00000000">
    <w:pPr>
      <w:pStyle w:val="Footer"/>
      <w:jc w:val="center"/>
    </w:pPr>
    <w:r>
      <w:rPr>
        <w:sz w:val="16"/>
      </w:rPr>
      <w:t>LALA’S KITCHEN • EDITABLE DRINK MENU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6244" w14:textId="77777777" w:rsidR="00840D8C" w:rsidRDefault="00840D8C">
      <w:pPr>
        <w:spacing w:after="0" w:line="240" w:lineRule="auto"/>
      </w:pPr>
      <w:r>
        <w:separator/>
      </w:r>
    </w:p>
  </w:footnote>
  <w:footnote w:type="continuationSeparator" w:id="0">
    <w:p w14:paraId="78523A39" w14:textId="77777777" w:rsidR="00840D8C" w:rsidRDefault="00840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9055559">
    <w:abstractNumId w:val="8"/>
  </w:num>
  <w:num w:numId="2" w16cid:durableId="1816222282">
    <w:abstractNumId w:val="6"/>
  </w:num>
  <w:num w:numId="3" w16cid:durableId="1120688560">
    <w:abstractNumId w:val="5"/>
  </w:num>
  <w:num w:numId="4" w16cid:durableId="938608036">
    <w:abstractNumId w:val="4"/>
  </w:num>
  <w:num w:numId="5" w16cid:durableId="656959624">
    <w:abstractNumId w:val="7"/>
  </w:num>
  <w:num w:numId="6" w16cid:durableId="1905335900">
    <w:abstractNumId w:val="3"/>
  </w:num>
  <w:num w:numId="7" w16cid:durableId="1452748951">
    <w:abstractNumId w:val="2"/>
  </w:num>
  <w:num w:numId="8" w16cid:durableId="32072892">
    <w:abstractNumId w:val="1"/>
  </w:num>
  <w:num w:numId="9" w16cid:durableId="60538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1090"/>
    <w:rsid w:val="00240AF4"/>
    <w:rsid w:val="0029639D"/>
    <w:rsid w:val="002B3DC0"/>
    <w:rsid w:val="003226E2"/>
    <w:rsid w:val="00326F90"/>
    <w:rsid w:val="004C6277"/>
    <w:rsid w:val="007A7DB2"/>
    <w:rsid w:val="00840D8C"/>
    <w:rsid w:val="00AA06FB"/>
    <w:rsid w:val="00AA1D8D"/>
    <w:rsid w:val="00B01079"/>
    <w:rsid w:val="00B47730"/>
    <w:rsid w:val="00C95A8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FC88C8"/>
  <w14:defaultImageDpi w14:val="300"/>
  <w15:docId w15:val="{061855D7-80F4-4FE6-B127-653AC3FA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Purvishkumar Patel</cp:lastModifiedBy>
  <cp:revision>8</cp:revision>
  <dcterms:created xsi:type="dcterms:W3CDTF">2013-12-23T23:15:00Z</dcterms:created>
  <dcterms:modified xsi:type="dcterms:W3CDTF">2026-09-02T10:20:00Z</dcterms:modified>
  <cp:category/>
</cp:coreProperties>
</file>