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BFA2" w14:textId="77777777" w:rsidR="007832C8" w:rsidRDefault="00000000">
      <w:pPr>
        <w:pStyle w:val="Title"/>
        <w:jc w:val="center"/>
      </w:pPr>
      <w:r>
        <w:t>LALA’S KITCHEN</w:t>
      </w:r>
    </w:p>
    <w:p w14:paraId="63406112" w14:textId="77777777" w:rsidR="007832C8" w:rsidRDefault="00000000">
      <w:pPr>
        <w:jc w:val="center"/>
      </w:pPr>
      <w:r>
        <w:rPr>
          <w:b/>
          <w:sz w:val="22"/>
        </w:rPr>
        <w:t>MODERN &amp; CLASSIC INDIAN DINING</w:t>
      </w:r>
    </w:p>
    <w:p w14:paraId="37D8EAB9" w14:textId="77777777" w:rsidR="007832C8" w:rsidRDefault="00000000">
      <w:pPr>
        <w:jc w:val="center"/>
      </w:pPr>
      <w:r>
        <w:rPr>
          <w:i/>
        </w:rPr>
        <w:t>South Wharf, Melbourne</w:t>
      </w:r>
    </w:p>
    <w:p w14:paraId="17B1865D" w14:textId="77777777" w:rsidR="007832C8" w:rsidRDefault="00000000">
      <w:pPr>
        <w:pStyle w:val="Heading1"/>
        <w:spacing w:before="240" w:after="100"/>
      </w:pPr>
      <w:r>
        <w:t>VEGETARIAN ENTRÉES</w:t>
      </w:r>
    </w:p>
    <w:p w14:paraId="107C5862" w14:textId="53EFAE95" w:rsidR="007832C8" w:rsidRDefault="00000000">
      <w:pPr>
        <w:pStyle w:val="Heading2"/>
        <w:spacing w:before="80" w:after="20"/>
      </w:pPr>
      <w:r>
        <w:t xml:space="preserve">Paneer </w:t>
      </w:r>
      <w:proofErr w:type="gramStart"/>
      <w:r>
        <w:t>Lifafa  —</w:t>
      </w:r>
      <w:proofErr w:type="gramEnd"/>
      <w:r>
        <w:t xml:space="preserve">  $2</w:t>
      </w:r>
      <w:r w:rsidR="00616F2C">
        <w:t>2</w:t>
      </w:r>
    </w:p>
    <w:p w14:paraId="0D575CBB" w14:textId="0C1BBDCD" w:rsidR="007832C8" w:rsidRDefault="00000000">
      <w:pPr>
        <w:spacing w:after="60" w:line="240" w:lineRule="auto"/>
      </w:pPr>
      <w:r>
        <w:t xml:space="preserve">Spiced paneer and potato wrapped in delicate </w:t>
      </w:r>
      <w:proofErr w:type="spellStart"/>
      <w:r>
        <w:t>rumali</w:t>
      </w:r>
      <w:proofErr w:type="spellEnd"/>
      <w:r>
        <w:t xml:space="preserve"> roti</w:t>
      </w:r>
      <w:r w:rsidR="00616F2C">
        <w:t xml:space="preserve"> with</w:t>
      </w:r>
      <w:r>
        <w:t xml:space="preserve"> aromatic spices and a vibrant house garnish.</w:t>
      </w:r>
    </w:p>
    <w:p w14:paraId="6B8D1D17" w14:textId="77777777" w:rsidR="007832C8" w:rsidRDefault="00000000">
      <w:pPr>
        <w:pStyle w:val="Heading2"/>
        <w:spacing w:before="80" w:after="20"/>
      </w:pPr>
      <w:r>
        <w:t>Vada Pav Sliders  —  $22</w:t>
      </w:r>
    </w:p>
    <w:p w14:paraId="1FA1ED2D" w14:textId="77777777" w:rsidR="007832C8" w:rsidRDefault="00000000">
      <w:pPr>
        <w:spacing w:after="60" w:line="240" w:lineRule="auto"/>
      </w:pPr>
      <w:r>
        <w:t>A gourmet interpretation of Mumbai’s iconic street food — spiced potato croquettes in buttery brioche sliders with tamarind, mint-coriander chutney and fiery thecha, served with crisp fried green chilli.</w:t>
      </w:r>
    </w:p>
    <w:p w14:paraId="22148787" w14:textId="77777777" w:rsidR="007832C8" w:rsidRDefault="00000000">
      <w:pPr>
        <w:pStyle w:val="Heading2"/>
        <w:spacing w:before="80" w:after="20"/>
      </w:pPr>
      <w:r>
        <w:t>Moneybag Kachori  —  $22</w:t>
      </w:r>
    </w:p>
    <w:p w14:paraId="08A01805" w14:textId="77777777" w:rsidR="007832C8" w:rsidRDefault="00000000">
      <w:pPr>
        <w:spacing w:after="60" w:line="240" w:lineRule="auto"/>
      </w:pPr>
      <w:r>
        <w:t>Delicate golden pastry parcels filled with aromatic spiced green pigeon peas, fried until beautifully crisp and flaky.</w:t>
      </w:r>
    </w:p>
    <w:p w14:paraId="00C6205B" w14:textId="77777777" w:rsidR="007832C8" w:rsidRDefault="00000000">
      <w:pPr>
        <w:pStyle w:val="Heading2"/>
        <w:spacing w:before="80" w:after="20"/>
      </w:pPr>
      <w:r>
        <w:t>Dahi Ke Sholey  —  $23</w:t>
      </w:r>
    </w:p>
    <w:p w14:paraId="4BD400CD" w14:textId="77777777" w:rsidR="007832C8" w:rsidRDefault="00000000">
      <w:pPr>
        <w:spacing w:after="60" w:line="240" w:lineRule="auto"/>
      </w:pPr>
      <w:r>
        <w:t>Crisp golden parcels filled with a creamy blend of hung yoghurt, smoked mushrooms, nuts and aromatic spices, served with our house chutney.</w:t>
      </w:r>
    </w:p>
    <w:p w14:paraId="1F2F85BA" w14:textId="6CDE6C4A" w:rsidR="007832C8" w:rsidRDefault="00000000">
      <w:pPr>
        <w:pStyle w:val="Heading2"/>
        <w:spacing w:before="80" w:after="20"/>
      </w:pPr>
      <w:r>
        <w:t xml:space="preserve">Tandoori Soya </w:t>
      </w:r>
      <w:proofErr w:type="gramStart"/>
      <w:r>
        <w:t>Chaap  —</w:t>
      </w:r>
      <w:proofErr w:type="gramEnd"/>
      <w:r>
        <w:t xml:space="preserve">  $2</w:t>
      </w:r>
      <w:r w:rsidR="00616F2C">
        <w:t>5</w:t>
      </w:r>
    </w:p>
    <w:p w14:paraId="7D29F9EC" w14:textId="77777777" w:rsidR="007832C8" w:rsidRDefault="00000000">
      <w:pPr>
        <w:spacing w:after="60" w:line="240" w:lineRule="auto"/>
      </w:pPr>
      <w:r>
        <w:t>Succulent soya chaap marinated with saffron, cardamom and aromatic tandoori spices, grilled for a smoky finish and served with refreshing mint chutney.</w:t>
      </w:r>
    </w:p>
    <w:p w14:paraId="4E65CC44" w14:textId="77777777" w:rsidR="007832C8" w:rsidRDefault="00000000">
      <w:pPr>
        <w:pStyle w:val="Heading1"/>
        <w:spacing w:before="240" w:after="100"/>
      </w:pPr>
      <w:r>
        <w:t>NON-VEGETARIAN ENTRÉES</w:t>
      </w:r>
    </w:p>
    <w:p w14:paraId="325A3E85" w14:textId="77777777" w:rsidR="007832C8" w:rsidRDefault="00000000">
      <w:pPr>
        <w:pStyle w:val="Heading2"/>
        <w:spacing w:before="80" w:after="20"/>
      </w:pPr>
      <w:r>
        <w:t>Smoked Chicken Tikka  —  $28</w:t>
      </w:r>
    </w:p>
    <w:p w14:paraId="4B1D4AC9" w14:textId="77777777" w:rsidR="007832C8" w:rsidRDefault="00000000">
      <w:pPr>
        <w:spacing w:after="60" w:line="240" w:lineRule="auto"/>
      </w:pPr>
      <w:r>
        <w:t>Tender chicken marinated overnight in yoghurt and aromatic spices, grilled until succulent and finished with a dramatic infusion of smoke.</w:t>
      </w:r>
    </w:p>
    <w:p w14:paraId="3DCACC06" w14:textId="77777777" w:rsidR="007832C8" w:rsidRDefault="00000000">
      <w:pPr>
        <w:pStyle w:val="Heading2"/>
        <w:spacing w:before="80" w:after="20"/>
      </w:pPr>
      <w:r>
        <w:t>Chicken Zafrani Tikka  —  $31</w:t>
      </w:r>
    </w:p>
    <w:p w14:paraId="2801D534" w14:textId="77777777" w:rsidR="007832C8" w:rsidRDefault="00000000">
      <w:pPr>
        <w:spacing w:after="60" w:line="240" w:lineRule="auto"/>
      </w:pPr>
      <w:r>
        <w:t>Saffron-marinated chicken filled with molten cheese and fragrant Indian spices, delicately grilled for a rich, succulent and melt-in-the-mouth finish.</w:t>
      </w:r>
    </w:p>
    <w:p w14:paraId="695CE941" w14:textId="77777777" w:rsidR="007832C8" w:rsidRDefault="00000000">
      <w:pPr>
        <w:pStyle w:val="Heading2"/>
        <w:spacing w:before="80" w:after="20"/>
      </w:pPr>
      <w:r>
        <w:t>Awadhi Fish Tikka  —  $29</w:t>
      </w:r>
    </w:p>
    <w:p w14:paraId="2C6D59C0" w14:textId="77777777" w:rsidR="007832C8" w:rsidRDefault="00000000">
      <w:pPr>
        <w:spacing w:after="60" w:line="240" w:lineRule="auto"/>
      </w:pPr>
      <w:r>
        <w:t>Fresh barramundi infused with hand-pounded Awadhi spices and delicately cooked until tender, with a beautifully aromatic finish.</w:t>
      </w:r>
    </w:p>
    <w:p w14:paraId="7A18ED3E" w14:textId="77777777" w:rsidR="007832C8" w:rsidRDefault="00000000">
      <w:pPr>
        <w:pStyle w:val="Heading2"/>
        <w:spacing w:before="80" w:after="20"/>
      </w:pPr>
      <w:r>
        <w:t>Nilgiri Garlic Prawns  —  $32</w:t>
      </w:r>
    </w:p>
    <w:p w14:paraId="29526334" w14:textId="77777777" w:rsidR="007832C8" w:rsidRDefault="00000000">
      <w:pPr>
        <w:spacing w:after="60" w:line="240" w:lineRule="auto"/>
      </w:pPr>
      <w:r>
        <w:t>Jumbo prawns infused with mint, coriander and coastal spices, finished with fragrant curry-leaf garlic butter.</w:t>
      </w:r>
    </w:p>
    <w:p w14:paraId="58B48925" w14:textId="77777777" w:rsidR="007832C8" w:rsidRDefault="00000000">
      <w:pPr>
        <w:pStyle w:val="Heading2"/>
        <w:spacing w:before="80" w:after="20"/>
      </w:pPr>
      <w:r>
        <w:t>Chicken Tikka Sliders  —  $28</w:t>
      </w:r>
    </w:p>
    <w:p w14:paraId="20FE46AE" w14:textId="77777777" w:rsidR="007832C8" w:rsidRDefault="00000000">
      <w:pPr>
        <w:spacing w:after="60" w:line="240" w:lineRule="auto"/>
      </w:pPr>
      <w:r>
        <w:t>Buttery sliders filled with a duo of smoky tandoori and creamy malai chicken tikka, layered with house chutneys for a modern Indian twist.</w:t>
      </w:r>
    </w:p>
    <w:p w14:paraId="55EA4CD0" w14:textId="77777777" w:rsidR="007832C8" w:rsidRDefault="00000000">
      <w:pPr>
        <w:pStyle w:val="Heading2"/>
        <w:spacing w:before="80" w:after="20"/>
      </w:pPr>
      <w:r>
        <w:t>Lamb Badami Seekh Kebab  —  $32</w:t>
      </w:r>
    </w:p>
    <w:p w14:paraId="1891ABF8" w14:textId="77777777" w:rsidR="007832C8" w:rsidRDefault="00000000">
      <w:pPr>
        <w:spacing w:after="60" w:line="240" w:lineRule="auto"/>
      </w:pPr>
      <w:r>
        <w:t>Succulent minced lamb seasoned with aromatic spices, grilled and finished with toasted almonds for a rich, nutty finish.</w:t>
      </w:r>
    </w:p>
    <w:p w14:paraId="277F0BDB" w14:textId="77777777" w:rsidR="007832C8" w:rsidRDefault="00000000">
      <w:pPr>
        <w:pStyle w:val="Heading1"/>
        <w:spacing w:before="240" w:after="100"/>
      </w:pPr>
      <w:r>
        <w:t>CHAAT</w:t>
      </w:r>
    </w:p>
    <w:p w14:paraId="4FF6A454" w14:textId="48A51B3E" w:rsidR="007832C8" w:rsidRDefault="00000000">
      <w:pPr>
        <w:pStyle w:val="Heading2"/>
        <w:spacing w:before="80" w:after="20"/>
      </w:pPr>
      <w:proofErr w:type="spellStart"/>
      <w:r>
        <w:t>Panipuri</w:t>
      </w:r>
      <w:proofErr w:type="spellEnd"/>
      <w:r>
        <w:t xml:space="preserve"> </w:t>
      </w:r>
      <w:proofErr w:type="gramStart"/>
      <w:r>
        <w:t>Experience  —</w:t>
      </w:r>
      <w:proofErr w:type="gramEnd"/>
      <w:r>
        <w:t xml:space="preserve">  $2</w:t>
      </w:r>
      <w:r w:rsidR="00616F2C">
        <w:t>0</w:t>
      </w:r>
    </w:p>
    <w:p w14:paraId="440B0734" w14:textId="77777777" w:rsidR="007832C8" w:rsidRDefault="00000000">
      <w:pPr>
        <w:spacing w:after="60" w:line="240" w:lineRule="auto"/>
      </w:pPr>
      <w:r>
        <w:t>Crisp puris filled with spiced potato and tangy chutneys, accompanied by chilled aromatic pani — an elegant interpretation of India’s iconic street-food experience.</w:t>
      </w:r>
    </w:p>
    <w:p w14:paraId="762023D0" w14:textId="77777777" w:rsidR="007832C8" w:rsidRDefault="00000000">
      <w:pPr>
        <w:pStyle w:val="Heading2"/>
        <w:spacing w:before="80" w:after="20"/>
      </w:pPr>
      <w:r>
        <w:lastRenderedPageBreak/>
        <w:t>Burrata Chaat  —  $27</w:t>
      </w:r>
    </w:p>
    <w:p w14:paraId="4A0ADF2B" w14:textId="77777777" w:rsidR="007832C8" w:rsidRDefault="00000000">
      <w:pPr>
        <w:spacing w:after="60" w:line="240" w:lineRule="auto"/>
      </w:pPr>
      <w:r>
        <w:t>Silky Italian burrata nestled over crisp papdi, layered with tamarind glaze, mint chutney, yoghurt and golden sev — a luxurious meeting of India and Italy.</w:t>
      </w:r>
    </w:p>
    <w:p w14:paraId="1E205129" w14:textId="77777777" w:rsidR="007832C8" w:rsidRDefault="00000000">
      <w:pPr>
        <w:pStyle w:val="Heading2"/>
        <w:spacing w:before="80" w:after="20"/>
      </w:pPr>
      <w:r>
        <w:t>Basket Chaat  —  $26</w:t>
      </w:r>
    </w:p>
    <w:p w14:paraId="58D651E2" w14:textId="77777777" w:rsidR="007832C8" w:rsidRDefault="00000000">
      <w:pPr>
        <w:spacing w:after="60" w:line="240" w:lineRule="auto"/>
      </w:pPr>
      <w:r>
        <w:t>A handcrafted crisp pastry basket filled with spiced lentils and potato tikki, dressed with yoghurt, vibrant chutneys, sev and pomegranate jewels.</w:t>
      </w:r>
    </w:p>
    <w:p w14:paraId="31102996" w14:textId="4E42F1A3" w:rsidR="007832C8" w:rsidRDefault="00000000">
      <w:pPr>
        <w:pStyle w:val="Heading2"/>
        <w:spacing w:before="80" w:after="20"/>
      </w:pPr>
      <w:r>
        <w:t xml:space="preserve">Paneer Chutney Taco </w:t>
      </w:r>
      <w:proofErr w:type="gramStart"/>
      <w:r>
        <w:t>Chaat  —</w:t>
      </w:r>
      <w:proofErr w:type="gramEnd"/>
      <w:r>
        <w:t xml:space="preserve">  $2</w:t>
      </w:r>
      <w:r w:rsidR="00616F2C">
        <w:t>6</w:t>
      </w:r>
    </w:p>
    <w:p w14:paraId="54183B34" w14:textId="77777777" w:rsidR="007832C8" w:rsidRDefault="00000000">
      <w:pPr>
        <w:spacing w:after="60" w:line="240" w:lineRule="auto"/>
      </w:pPr>
      <w:r>
        <w:t>Spiced paneer tucked into handcrafted crisp pastry shells, bringing together Indian chutneys, Mexican-inspired flavours and contrasting textures.</w:t>
      </w:r>
    </w:p>
    <w:p w14:paraId="40A42051" w14:textId="77777777" w:rsidR="007832C8" w:rsidRDefault="00000000">
      <w:pPr>
        <w:pStyle w:val="Heading1"/>
        <w:spacing w:before="240" w:after="100"/>
      </w:pPr>
      <w:r>
        <w:t>INDO-CHINESE</w:t>
      </w:r>
    </w:p>
    <w:p w14:paraId="7378A8E0" w14:textId="77777777" w:rsidR="007832C8" w:rsidRDefault="00000000">
      <w:pPr>
        <w:pStyle w:val="Heading2"/>
        <w:spacing w:before="80" w:after="20"/>
      </w:pPr>
      <w:r>
        <w:t>Vegetable Manchurian Dry  —  $28</w:t>
      </w:r>
    </w:p>
    <w:p w14:paraId="76F39754" w14:textId="77777777" w:rsidR="007832C8" w:rsidRDefault="00000000">
      <w:pPr>
        <w:spacing w:after="60" w:line="240" w:lineRule="auto"/>
      </w:pPr>
      <w:r>
        <w:t>Crisp vegetable dumplings wok-tossed over high heat with garlic, chilli, spring onion and a glossy Indo-Chinese soy glaze.</w:t>
      </w:r>
    </w:p>
    <w:p w14:paraId="7A015864" w14:textId="77777777" w:rsidR="007832C8" w:rsidRDefault="00000000">
      <w:pPr>
        <w:pStyle w:val="Heading2"/>
        <w:spacing w:before="80" w:after="20"/>
      </w:pPr>
      <w:r>
        <w:t>Paneer Chilli Dry  —  $28</w:t>
      </w:r>
    </w:p>
    <w:p w14:paraId="20A8DD4E" w14:textId="77777777" w:rsidR="007832C8" w:rsidRDefault="00000000">
      <w:pPr>
        <w:spacing w:after="60" w:line="240" w:lineRule="auto"/>
      </w:pPr>
      <w:r>
        <w:t>Golden paneer cubes wok-tossed with peppers and onions in a bold chilli-garlic soy reduction.</w:t>
      </w:r>
    </w:p>
    <w:p w14:paraId="093EBF3F" w14:textId="77777777" w:rsidR="007832C8" w:rsidRDefault="00000000">
      <w:pPr>
        <w:pStyle w:val="Heading2"/>
        <w:spacing w:before="80" w:after="20"/>
      </w:pPr>
      <w:r>
        <w:t>Chilli Chicken Dry  —  $30</w:t>
      </w:r>
    </w:p>
    <w:p w14:paraId="473B996C" w14:textId="77777777" w:rsidR="007832C8" w:rsidRDefault="00000000">
      <w:pPr>
        <w:spacing w:after="60" w:line="240" w:lineRule="auto"/>
      </w:pPr>
      <w:r>
        <w:t>Tender chicken wok-seared with peppers, shallots and spring onion in a fiery chilli-garlic Indo-Chinese glaze.</w:t>
      </w:r>
    </w:p>
    <w:p w14:paraId="54798D4A" w14:textId="77777777" w:rsidR="007832C8" w:rsidRDefault="00000000">
      <w:pPr>
        <w:pStyle w:val="Heading2"/>
        <w:spacing w:before="80" w:after="20"/>
      </w:pPr>
      <w:r>
        <w:t>Oriental Noodles — Veg  —  $27</w:t>
      </w:r>
    </w:p>
    <w:p w14:paraId="562E2D8B" w14:textId="77777777" w:rsidR="007832C8" w:rsidRDefault="00000000">
      <w:pPr>
        <w:spacing w:after="60" w:line="240" w:lineRule="auto"/>
      </w:pPr>
      <w:r>
        <w:t>Wok-tossed noodles with seasonal vegetables, garlic, spring onion and aromatic Asian sauces, finished over high heat for a signature smoky wok flavour.</w:t>
      </w:r>
    </w:p>
    <w:p w14:paraId="44960949" w14:textId="77777777" w:rsidR="007832C8" w:rsidRDefault="00000000">
      <w:pPr>
        <w:pStyle w:val="Heading2"/>
        <w:spacing w:before="80" w:after="20"/>
      </w:pPr>
      <w:r>
        <w:t>Oriental Noodles — Chicken  —  $30</w:t>
      </w:r>
    </w:p>
    <w:p w14:paraId="4AEEFC8D" w14:textId="77777777" w:rsidR="007832C8" w:rsidRDefault="00000000">
      <w:pPr>
        <w:spacing w:after="60" w:line="240" w:lineRule="auto"/>
      </w:pPr>
      <w:r>
        <w:t>Wok-tossed noodles with chicken, seasonal vegetables, garlic, spring onion and aromatic Asian sauces, finished over high heat for a signature smoky wok flavour.</w:t>
      </w:r>
    </w:p>
    <w:p w14:paraId="4D5B8E8E" w14:textId="77777777" w:rsidR="007832C8" w:rsidRDefault="00000000">
      <w:pPr>
        <w:pStyle w:val="Heading1"/>
        <w:spacing w:before="240" w:after="100"/>
      </w:pPr>
      <w:r>
        <w:t>CHEF’S SPECIAL CURRIES</w:t>
      </w:r>
    </w:p>
    <w:p w14:paraId="4C78B58D" w14:textId="77777777" w:rsidR="007832C8" w:rsidRDefault="00000000">
      <w:pPr>
        <w:pStyle w:val="Heading2"/>
        <w:spacing w:before="80" w:after="20"/>
      </w:pPr>
      <w:r>
        <w:t>Paneer / Kofta / Mixed Vegetables  —  $30</w:t>
      </w:r>
    </w:p>
    <w:p w14:paraId="4DD9C581" w14:textId="77777777" w:rsidR="007832C8" w:rsidRDefault="00000000">
      <w:pPr>
        <w:spacing w:after="60" w:line="240" w:lineRule="auto"/>
      </w:pPr>
      <w:r>
        <w:t>Choose your favourite protein with one of our chef-crafted curry bases: Vindaloo, Saag, Korma, Kadhai or Madras.</w:t>
      </w:r>
    </w:p>
    <w:p w14:paraId="367AB331" w14:textId="77777777" w:rsidR="007832C8" w:rsidRDefault="00000000">
      <w:pPr>
        <w:pStyle w:val="Heading2"/>
        <w:spacing w:before="80" w:after="20"/>
      </w:pPr>
      <w:r>
        <w:t>Chicken  —  $33</w:t>
      </w:r>
    </w:p>
    <w:p w14:paraId="1C3923AA" w14:textId="77777777" w:rsidR="007832C8" w:rsidRDefault="00000000">
      <w:pPr>
        <w:spacing w:after="60" w:line="240" w:lineRule="auto"/>
      </w:pPr>
      <w:r>
        <w:t>Choose your favourite curry base: Vindaloo, Saag, Korma, Kadhai or Madras.</w:t>
      </w:r>
    </w:p>
    <w:p w14:paraId="5719E176" w14:textId="77777777" w:rsidR="007832C8" w:rsidRDefault="00000000">
      <w:pPr>
        <w:pStyle w:val="Heading2"/>
        <w:spacing w:before="80" w:after="20"/>
      </w:pPr>
      <w:r>
        <w:t>Lamb  —  $36</w:t>
      </w:r>
    </w:p>
    <w:p w14:paraId="16EB4842" w14:textId="77777777" w:rsidR="007832C8" w:rsidRDefault="00000000">
      <w:pPr>
        <w:spacing w:after="60" w:line="240" w:lineRule="auto"/>
      </w:pPr>
      <w:r>
        <w:t>Choose your favourite curry base: Vindaloo, Saag, Korma, Kadhai or Madras.</w:t>
      </w:r>
    </w:p>
    <w:p w14:paraId="5B3FBE07" w14:textId="77777777" w:rsidR="007832C8" w:rsidRDefault="00000000">
      <w:pPr>
        <w:pStyle w:val="Heading2"/>
        <w:spacing w:before="80" w:after="20"/>
      </w:pPr>
      <w:r>
        <w:t>Prawns / Fish  —  $38</w:t>
      </w:r>
    </w:p>
    <w:p w14:paraId="3769F945" w14:textId="77777777" w:rsidR="007832C8" w:rsidRDefault="00000000">
      <w:pPr>
        <w:spacing w:after="60" w:line="240" w:lineRule="auto"/>
      </w:pPr>
      <w:r>
        <w:t>Choose your favourite curry base: Vindaloo, Saag, Korma, Kadhai or Madras.</w:t>
      </w:r>
    </w:p>
    <w:p w14:paraId="778CA707" w14:textId="77777777" w:rsidR="007832C8" w:rsidRDefault="00000000">
      <w:pPr>
        <w:pStyle w:val="Heading1"/>
        <w:spacing w:before="240" w:after="100"/>
      </w:pPr>
      <w:r>
        <w:t>CURRY BASES</w:t>
      </w:r>
    </w:p>
    <w:p w14:paraId="69F0A503" w14:textId="77777777" w:rsidR="007832C8" w:rsidRDefault="00000000">
      <w:pPr>
        <w:pStyle w:val="Heading2"/>
        <w:spacing w:before="80" w:after="20"/>
      </w:pPr>
      <w:r>
        <w:t>Vindaloo</w:t>
      </w:r>
    </w:p>
    <w:p w14:paraId="4FF74C77" w14:textId="77777777" w:rsidR="007832C8" w:rsidRDefault="00000000">
      <w:pPr>
        <w:spacing w:after="60" w:line="240" w:lineRule="auto"/>
      </w:pPr>
      <w:r>
        <w:t>A fiery Goan classic of red chillies, garlic and vinegar, slow-cooked for a vibrant balance of heat and acidity. Particularly beautiful with lamb.</w:t>
      </w:r>
    </w:p>
    <w:p w14:paraId="5D3D4C0B" w14:textId="77777777" w:rsidR="007832C8" w:rsidRDefault="00000000">
      <w:pPr>
        <w:pStyle w:val="Heading2"/>
        <w:spacing w:before="80" w:after="20"/>
      </w:pPr>
      <w:r>
        <w:t>Saag</w:t>
      </w:r>
    </w:p>
    <w:p w14:paraId="139B2188" w14:textId="77777777" w:rsidR="007832C8" w:rsidRDefault="00000000">
      <w:pPr>
        <w:spacing w:after="60" w:line="240" w:lineRule="auto"/>
      </w:pPr>
      <w:r>
        <w:t>Silky slow-cooked spinach enriched with butter, garlic and aromatic spices for an earthy, comforting curry.</w:t>
      </w:r>
    </w:p>
    <w:p w14:paraId="41622896" w14:textId="77777777" w:rsidR="007832C8" w:rsidRDefault="00000000">
      <w:pPr>
        <w:pStyle w:val="Heading2"/>
        <w:spacing w:before="80" w:after="20"/>
      </w:pPr>
      <w:r>
        <w:t>Korma</w:t>
      </w:r>
    </w:p>
    <w:p w14:paraId="6DBBD596" w14:textId="77777777" w:rsidR="007832C8" w:rsidRDefault="00000000">
      <w:pPr>
        <w:spacing w:after="60" w:line="240" w:lineRule="auto"/>
      </w:pPr>
      <w:r>
        <w:t>A delicately spiced royal curry of cashews, saffron and cream — aromatic, velvety and beautifully mild.</w:t>
      </w:r>
    </w:p>
    <w:p w14:paraId="59FDC630" w14:textId="77777777" w:rsidR="007832C8" w:rsidRDefault="00000000">
      <w:pPr>
        <w:pStyle w:val="Heading2"/>
        <w:spacing w:before="80" w:after="20"/>
      </w:pPr>
      <w:r>
        <w:t>Kadhai</w:t>
      </w:r>
    </w:p>
    <w:p w14:paraId="77A91273" w14:textId="77777777" w:rsidR="007832C8" w:rsidRDefault="00000000">
      <w:pPr>
        <w:spacing w:after="60" w:line="240" w:lineRule="auto"/>
      </w:pPr>
      <w:r>
        <w:t>A robust North Indian curry of tomatoes, onions, capsicum and freshly crushed spices, finished with butter and cream.</w:t>
      </w:r>
    </w:p>
    <w:p w14:paraId="2C35BF03" w14:textId="77777777" w:rsidR="007832C8" w:rsidRDefault="00000000">
      <w:pPr>
        <w:pStyle w:val="Heading2"/>
        <w:spacing w:before="80" w:after="20"/>
      </w:pPr>
      <w:r>
        <w:lastRenderedPageBreak/>
        <w:t>Madras</w:t>
      </w:r>
    </w:p>
    <w:p w14:paraId="24EDAC09" w14:textId="77777777" w:rsidR="007832C8" w:rsidRDefault="00000000">
      <w:pPr>
        <w:spacing w:after="60" w:line="240" w:lineRule="auto"/>
      </w:pPr>
      <w:r>
        <w:t>A fragrant South Indian-inspired curry with coconut, curry leaves, onion, garlic and warming spices.</w:t>
      </w:r>
    </w:p>
    <w:p w14:paraId="4CED95DB" w14:textId="77777777" w:rsidR="007832C8" w:rsidRDefault="00000000">
      <w:pPr>
        <w:pStyle w:val="Heading1"/>
        <w:spacing w:before="240" w:after="100"/>
      </w:pPr>
      <w:r>
        <w:t>LALA’S SIGNATURE VEGETARIAN CURRIES</w:t>
      </w:r>
    </w:p>
    <w:p w14:paraId="519AE26D" w14:textId="3572BC38" w:rsidR="007832C8" w:rsidRDefault="00000000">
      <w:pPr>
        <w:pStyle w:val="Heading2"/>
        <w:spacing w:before="80" w:after="20"/>
      </w:pPr>
      <w:r>
        <w:t xml:space="preserve">Sham Savera </w:t>
      </w:r>
      <w:proofErr w:type="gramStart"/>
      <w:r>
        <w:t>Kofta  —</w:t>
      </w:r>
      <w:proofErr w:type="gramEnd"/>
      <w:r>
        <w:t xml:space="preserve">  $3</w:t>
      </w:r>
      <w:r w:rsidR="00616F2C">
        <w:t>4</w:t>
      </w:r>
    </w:p>
    <w:p w14:paraId="3DED50B5" w14:textId="77777777" w:rsidR="007832C8" w:rsidRDefault="00000000">
      <w:pPr>
        <w:spacing w:after="60" w:line="240" w:lineRule="auto"/>
      </w:pPr>
      <w:r>
        <w:t>Delicate spinach koftas revealing a soft paneer centre, nestled in a luxurious tomato-butter gravy — a colourful royal classic.</w:t>
      </w:r>
    </w:p>
    <w:p w14:paraId="543DF2D0" w14:textId="0665BB55" w:rsidR="007832C8" w:rsidRDefault="00000000">
      <w:pPr>
        <w:pStyle w:val="Heading2"/>
        <w:spacing w:before="80" w:after="20"/>
      </w:pPr>
      <w:r>
        <w:t xml:space="preserve">Mexican Salsa </w:t>
      </w:r>
      <w:proofErr w:type="gramStart"/>
      <w:r>
        <w:t>Paneer  —</w:t>
      </w:r>
      <w:proofErr w:type="gramEnd"/>
      <w:r>
        <w:t xml:space="preserve">  $3</w:t>
      </w:r>
      <w:r w:rsidR="00616F2C">
        <w:t>4</w:t>
      </w:r>
    </w:p>
    <w:p w14:paraId="67990534" w14:textId="77777777" w:rsidR="007832C8" w:rsidRDefault="00000000">
      <w:pPr>
        <w:spacing w:after="60" w:line="240" w:lineRule="auto"/>
      </w:pPr>
      <w:r>
        <w:t>Tender paneer tossed through a smoky roasted tomato salsa with Indian spices and Mexican-inspired flavours — a bold LALA’s East-meets-West creation.</w:t>
      </w:r>
    </w:p>
    <w:p w14:paraId="62863CCF" w14:textId="77777777" w:rsidR="00616F2C" w:rsidRDefault="00616F2C" w:rsidP="00616F2C">
      <w:pPr>
        <w:pStyle w:val="Heading2"/>
        <w:spacing w:before="80" w:after="20"/>
      </w:pPr>
      <w:r>
        <w:t xml:space="preserve">Lasooni Saag </w:t>
      </w:r>
      <w:proofErr w:type="gramStart"/>
      <w:r>
        <w:t>Burrata  —</w:t>
      </w:r>
      <w:proofErr w:type="gramEnd"/>
      <w:r>
        <w:t xml:space="preserve">  $34</w:t>
      </w:r>
    </w:p>
    <w:p w14:paraId="654D536C" w14:textId="07D054F2" w:rsidR="00616F2C" w:rsidRDefault="00616F2C">
      <w:pPr>
        <w:spacing w:after="60" w:line="240" w:lineRule="auto"/>
      </w:pPr>
      <w:r>
        <w:t>Silky garlic-infused saag crowned with creamy burrata and finished with a fragrant garlic tempering — an indulgent contemporary take on a North Indian classic.</w:t>
      </w:r>
    </w:p>
    <w:p w14:paraId="74698E74" w14:textId="77777777" w:rsidR="007832C8" w:rsidRDefault="00000000">
      <w:pPr>
        <w:pStyle w:val="Heading2"/>
        <w:spacing w:before="80" w:after="20"/>
      </w:pPr>
      <w:r>
        <w:t xml:space="preserve">Kaju </w:t>
      </w:r>
      <w:proofErr w:type="gramStart"/>
      <w:r>
        <w:t>Curry  —</w:t>
      </w:r>
      <w:proofErr w:type="gramEnd"/>
      <w:r>
        <w:t xml:space="preserve">  $31</w:t>
      </w:r>
    </w:p>
    <w:p w14:paraId="108AEDEE" w14:textId="77777777" w:rsidR="007832C8" w:rsidRDefault="00000000">
      <w:pPr>
        <w:spacing w:after="60" w:line="240" w:lineRule="auto"/>
      </w:pPr>
      <w:r>
        <w:t>Whole cashews enveloped in a luxurious, velvety gravy enriched with aromatic spices, cream and a buttery finish.</w:t>
      </w:r>
    </w:p>
    <w:p w14:paraId="3CD68B9E" w14:textId="77777777" w:rsidR="007832C8" w:rsidRDefault="00000000">
      <w:pPr>
        <w:pStyle w:val="Heading2"/>
        <w:spacing w:before="80" w:after="20"/>
      </w:pPr>
      <w:r>
        <w:t>Cheese Butter Masala  —  $31</w:t>
      </w:r>
    </w:p>
    <w:p w14:paraId="0DB7032B" w14:textId="77777777" w:rsidR="007832C8" w:rsidRDefault="00000000">
      <w:pPr>
        <w:spacing w:after="60" w:line="240" w:lineRule="auto"/>
      </w:pPr>
      <w:r>
        <w:t>Soft cheese simmered in our silky tomato-butter masala, enriched with cream and aromatic spices for an irresistibly indulgent curry.</w:t>
      </w:r>
    </w:p>
    <w:p w14:paraId="41014922" w14:textId="77777777" w:rsidR="007832C8" w:rsidRDefault="00000000">
      <w:pPr>
        <w:pStyle w:val="Heading2"/>
        <w:spacing w:before="80" w:after="20"/>
      </w:pPr>
      <w:r>
        <w:t>Paneer Butter Masala  —  $31</w:t>
      </w:r>
    </w:p>
    <w:p w14:paraId="695F8640" w14:textId="77777777" w:rsidR="007832C8" w:rsidRDefault="00000000">
      <w:pPr>
        <w:spacing w:after="60" w:line="240" w:lineRule="auto"/>
      </w:pPr>
      <w:r>
        <w:t>Tender paneer simmered in a luxurious tomato-butter gravy enriched with cream, fenugreek and aromatic spices.</w:t>
      </w:r>
    </w:p>
    <w:p w14:paraId="10AE2A7B" w14:textId="77777777" w:rsidR="007832C8" w:rsidRDefault="00000000">
      <w:pPr>
        <w:pStyle w:val="Heading2"/>
        <w:spacing w:before="80" w:after="20"/>
      </w:pPr>
      <w:r>
        <w:t>Paneer Tikka Masala  —  $32</w:t>
      </w:r>
    </w:p>
    <w:p w14:paraId="04A07360" w14:textId="77777777" w:rsidR="007832C8" w:rsidRDefault="00000000">
      <w:pPr>
        <w:spacing w:after="60" w:line="240" w:lineRule="auto"/>
      </w:pPr>
      <w:r>
        <w:t>Grilled paneer tikka tossed with peppers and onions in a bold, smoky tomato masala finished with aromatic spices.</w:t>
      </w:r>
    </w:p>
    <w:p w14:paraId="1A76D051" w14:textId="77777777" w:rsidR="007832C8" w:rsidRDefault="00000000">
      <w:pPr>
        <w:pStyle w:val="Heading2"/>
        <w:spacing w:before="80" w:after="20"/>
      </w:pPr>
      <w:r>
        <w:t>Achari Paneer  —  $32</w:t>
      </w:r>
    </w:p>
    <w:p w14:paraId="5B226DDE" w14:textId="77777777" w:rsidR="007832C8" w:rsidRDefault="00000000">
      <w:pPr>
        <w:spacing w:after="60" w:line="240" w:lineRule="auto"/>
      </w:pPr>
      <w:r>
        <w:t>Tender paneer cooked in a vibrant pickle-spiced masala, delivering layers of tang, warmth and aromatic Indian spices.</w:t>
      </w:r>
    </w:p>
    <w:p w14:paraId="52DDD190" w14:textId="5A3E051B" w:rsidR="007832C8" w:rsidRDefault="00000000">
      <w:pPr>
        <w:pStyle w:val="Heading2"/>
        <w:spacing w:before="80" w:after="20"/>
      </w:pPr>
      <w:r>
        <w:t>Methi Malai</w:t>
      </w:r>
      <w:r w:rsidR="00616F2C">
        <w:t xml:space="preserve"> Mutter</w:t>
      </w:r>
      <w:r>
        <w:t xml:space="preserve"> </w:t>
      </w:r>
      <w:proofErr w:type="gramStart"/>
      <w:r>
        <w:t>Paneer  —</w:t>
      </w:r>
      <w:proofErr w:type="gramEnd"/>
      <w:r>
        <w:t xml:space="preserve">  $33</w:t>
      </w:r>
    </w:p>
    <w:p w14:paraId="22BD5B14" w14:textId="77777777" w:rsidR="007832C8" w:rsidRDefault="00000000">
      <w:pPr>
        <w:spacing w:after="60" w:line="240" w:lineRule="auto"/>
      </w:pPr>
      <w:r>
        <w:t>Tender paneer and fragrant fenugreek leaves folded through a velvety cashew-cream sauce — delicate, aromatic and luxuriously smooth.</w:t>
      </w:r>
    </w:p>
    <w:p w14:paraId="64EF2B28" w14:textId="77777777" w:rsidR="007832C8" w:rsidRDefault="00000000">
      <w:pPr>
        <w:pStyle w:val="Heading2"/>
        <w:spacing w:before="80" w:after="20"/>
      </w:pPr>
      <w:r>
        <w:t xml:space="preserve">Dal </w:t>
      </w:r>
      <w:proofErr w:type="gramStart"/>
      <w:r>
        <w:t>Tadka  —</w:t>
      </w:r>
      <w:proofErr w:type="gramEnd"/>
      <w:r>
        <w:t xml:space="preserve">  $29</w:t>
      </w:r>
    </w:p>
    <w:p w14:paraId="4657932B" w14:textId="77777777" w:rsidR="007832C8" w:rsidRDefault="00000000">
      <w:pPr>
        <w:spacing w:after="60" w:line="240" w:lineRule="auto"/>
      </w:pPr>
      <w:r>
        <w:t>Golden lentils slow-cooked until creamy and finished with a sizzling tempering of garlic, cumin and chilli — soulful Indian comfort with a refined finish.</w:t>
      </w:r>
    </w:p>
    <w:p w14:paraId="28B5B935" w14:textId="77777777" w:rsidR="007832C8" w:rsidRDefault="00000000">
      <w:pPr>
        <w:pStyle w:val="Heading2"/>
        <w:spacing w:before="80" w:after="20"/>
      </w:pPr>
      <w:r>
        <w:t>Dal Makhani  —  $31</w:t>
      </w:r>
    </w:p>
    <w:p w14:paraId="5E8EDEE6" w14:textId="77777777" w:rsidR="007832C8" w:rsidRDefault="00000000">
      <w:pPr>
        <w:spacing w:after="60" w:line="240" w:lineRule="auto"/>
      </w:pPr>
      <w:r>
        <w:t>Black lentils slow-cooked overnight with tomatoes, butter and cream, developing the deep, smoky richness of this timeless Delhi classic.</w:t>
      </w:r>
    </w:p>
    <w:p w14:paraId="2A0A03AF" w14:textId="77777777" w:rsidR="007832C8" w:rsidRDefault="00000000">
      <w:pPr>
        <w:pStyle w:val="Heading1"/>
        <w:spacing w:before="240" w:after="100"/>
      </w:pPr>
      <w:r>
        <w:t>RICE &amp; BIRYANIS</w:t>
      </w:r>
    </w:p>
    <w:p w14:paraId="5D3C1A27" w14:textId="77777777" w:rsidR="007832C8" w:rsidRDefault="00000000">
      <w:pPr>
        <w:pStyle w:val="Heading2"/>
        <w:spacing w:before="80" w:after="20"/>
      </w:pPr>
      <w:r>
        <w:t>Plain Basmati Rice  —  $9</w:t>
      </w:r>
    </w:p>
    <w:p w14:paraId="65C4323E" w14:textId="77777777" w:rsidR="007832C8" w:rsidRDefault="00000000">
      <w:pPr>
        <w:spacing w:after="60" w:line="240" w:lineRule="auto"/>
      </w:pPr>
      <w:r>
        <w:t>Premium long-grain basmati steamed until beautifully fragrant, light and fluffy.</w:t>
      </w:r>
    </w:p>
    <w:p w14:paraId="32C859D4" w14:textId="77777777" w:rsidR="007832C8" w:rsidRDefault="00000000">
      <w:pPr>
        <w:pStyle w:val="Heading2"/>
        <w:spacing w:before="80" w:after="20"/>
      </w:pPr>
      <w:r>
        <w:t>Jeera Rice  —  $10</w:t>
      </w:r>
    </w:p>
    <w:p w14:paraId="4B2AE3AB" w14:textId="77777777" w:rsidR="007832C8" w:rsidRDefault="00000000">
      <w:pPr>
        <w:spacing w:after="60" w:line="240" w:lineRule="auto"/>
      </w:pPr>
      <w:r>
        <w:t>Fragrant basmati rice tempered with toasted cumin seeds and aromatic spices.</w:t>
      </w:r>
    </w:p>
    <w:p w14:paraId="476D062A" w14:textId="77777777" w:rsidR="007832C8" w:rsidRDefault="00000000">
      <w:pPr>
        <w:pStyle w:val="Heading2"/>
        <w:spacing w:before="80" w:after="20"/>
      </w:pPr>
      <w:r>
        <w:t>Lemon Coconut Rice  —  $13</w:t>
      </w:r>
    </w:p>
    <w:p w14:paraId="3C925A71" w14:textId="77777777" w:rsidR="007832C8" w:rsidRDefault="00000000">
      <w:pPr>
        <w:spacing w:after="60" w:line="240" w:lineRule="auto"/>
      </w:pPr>
      <w:r>
        <w:t>Fragrant basmati infused with fresh lemon, toasted coconut and curry leaves for a bright South Indian-inspired finish.</w:t>
      </w:r>
    </w:p>
    <w:p w14:paraId="55A46B14" w14:textId="77777777" w:rsidR="007832C8" w:rsidRDefault="00000000">
      <w:pPr>
        <w:pStyle w:val="Heading2"/>
        <w:spacing w:before="80" w:after="20"/>
      </w:pPr>
      <w:r>
        <w:t>Peas Pulao  —  $13</w:t>
      </w:r>
    </w:p>
    <w:p w14:paraId="1FACC9CA" w14:textId="77777777" w:rsidR="007832C8" w:rsidRDefault="00000000">
      <w:pPr>
        <w:spacing w:after="60" w:line="240" w:lineRule="auto"/>
      </w:pPr>
      <w:r>
        <w:t>Long-grain basmati gently cooked with sweet garden peas and fragrant whole spices.</w:t>
      </w:r>
    </w:p>
    <w:p w14:paraId="42C616F6" w14:textId="77777777" w:rsidR="007832C8" w:rsidRDefault="00000000">
      <w:pPr>
        <w:pStyle w:val="Heading2"/>
        <w:spacing w:before="80" w:after="20"/>
      </w:pPr>
      <w:r>
        <w:t>Vegetable Dum Biryani  —  $31</w:t>
      </w:r>
    </w:p>
    <w:p w14:paraId="446BA745" w14:textId="77777777" w:rsidR="007832C8" w:rsidRDefault="00000000">
      <w:pPr>
        <w:spacing w:after="60" w:line="240" w:lineRule="auto"/>
      </w:pPr>
      <w:r>
        <w:t>Seasonal vegetables and fragrant basmati layered with saffron, caramelised onions and aromatic spices, sealed and slow-cooked in traditional dum style.</w:t>
      </w:r>
    </w:p>
    <w:p w14:paraId="70FCDBFA" w14:textId="77777777" w:rsidR="007832C8" w:rsidRDefault="00000000">
      <w:pPr>
        <w:pStyle w:val="Heading2"/>
        <w:spacing w:before="80" w:after="20"/>
      </w:pPr>
      <w:r>
        <w:lastRenderedPageBreak/>
        <w:t>Chicken Dum Biryani  —  $34</w:t>
      </w:r>
    </w:p>
    <w:p w14:paraId="2F9004D3" w14:textId="77777777" w:rsidR="007832C8" w:rsidRDefault="00000000">
      <w:pPr>
        <w:spacing w:after="60" w:line="240" w:lineRule="auto"/>
      </w:pPr>
      <w:r>
        <w:t>Marinated chicken layered with fragrant basmati, saffron, caramelised onions and aromatic spices, slow-cooked under dum and served with cooling raita.</w:t>
      </w:r>
    </w:p>
    <w:p w14:paraId="4315E7FF" w14:textId="77777777" w:rsidR="007832C8" w:rsidRDefault="00000000">
      <w:pPr>
        <w:pStyle w:val="Heading2"/>
        <w:spacing w:before="80" w:after="20"/>
      </w:pPr>
      <w:r>
        <w:t>Lamb Dum Biryani  —  $38</w:t>
      </w:r>
    </w:p>
    <w:p w14:paraId="3A71F735" w14:textId="77777777" w:rsidR="007832C8" w:rsidRDefault="00000000">
      <w:pPr>
        <w:spacing w:after="60" w:line="240" w:lineRule="auto"/>
      </w:pPr>
      <w:r>
        <w:t>A celebratory biryani of slow-cooked lamb layered with fragrant basmati, saffron, caramelised onions and aromatic spices, sealed and cooked under dum for exceptional depth of flavour.</w:t>
      </w:r>
    </w:p>
    <w:p w14:paraId="4125705D" w14:textId="77777777" w:rsidR="007832C8" w:rsidRDefault="00000000">
      <w:pPr>
        <w:pStyle w:val="Heading1"/>
        <w:spacing w:before="240" w:after="100"/>
      </w:pPr>
      <w:r>
        <w:t>LALA’S SIGNATURE NON-VEGETARIAN MAINS</w:t>
      </w:r>
    </w:p>
    <w:p w14:paraId="54547DE5" w14:textId="77777777" w:rsidR="007832C8" w:rsidRDefault="00000000">
      <w:pPr>
        <w:pStyle w:val="Heading2"/>
        <w:spacing w:before="80" w:after="20"/>
      </w:pPr>
      <w:r>
        <w:t>Raja Rani Chicken  —  $38</w:t>
      </w:r>
    </w:p>
    <w:p w14:paraId="486E996D" w14:textId="77777777" w:rsidR="007832C8" w:rsidRDefault="00000000">
      <w:pPr>
        <w:spacing w:after="60" w:line="240" w:lineRule="auto"/>
      </w:pPr>
      <w:r>
        <w:t>Grilled chicken tikka presented with two royal gravies — luxurious makhani and silky spinach — creating a striking harmony of smoky, creamy and aromatic flavours.</w:t>
      </w:r>
    </w:p>
    <w:p w14:paraId="5600BF44" w14:textId="77777777" w:rsidR="007832C8" w:rsidRDefault="00000000">
      <w:pPr>
        <w:pStyle w:val="Heading2"/>
        <w:spacing w:before="80" w:after="20"/>
      </w:pPr>
      <w:r>
        <w:t>Butter Chicken  —  $34</w:t>
      </w:r>
    </w:p>
    <w:p w14:paraId="75B67748" w14:textId="77777777" w:rsidR="007832C8" w:rsidRDefault="00000000">
      <w:pPr>
        <w:spacing w:after="60" w:line="240" w:lineRule="auto"/>
      </w:pPr>
      <w:r>
        <w:t>Grilled chicken simmered in our signature tomato-butter gravy with cream, fenugreek and a subtle smoky finish — LALA’s refined interpretation of the Delhi favourite.</w:t>
      </w:r>
    </w:p>
    <w:p w14:paraId="740AEE5A" w14:textId="7D929E88" w:rsidR="007832C8" w:rsidRDefault="00000000">
      <w:pPr>
        <w:pStyle w:val="Heading2"/>
        <w:spacing w:before="80" w:after="20"/>
      </w:pPr>
      <w:r>
        <w:t xml:space="preserve">Mango </w:t>
      </w:r>
      <w:r w:rsidR="002A6D12">
        <w:t>Chicken — $</w:t>
      </w:r>
      <w:r>
        <w:t>3</w:t>
      </w:r>
      <w:r w:rsidR="002A6D12">
        <w:t>4</w:t>
      </w:r>
    </w:p>
    <w:p w14:paraId="6266F3CC" w14:textId="77777777" w:rsidR="007832C8" w:rsidRDefault="00000000">
      <w:pPr>
        <w:spacing w:after="60" w:line="240" w:lineRule="auto"/>
      </w:pPr>
      <w:r>
        <w:t>Tender chicken simmered in a silky, gently spiced mango and cashew curry, balancing subtle sweetness with aromatic Indian spices.</w:t>
      </w:r>
    </w:p>
    <w:p w14:paraId="22A3B1C0" w14:textId="77777777" w:rsidR="007832C8" w:rsidRDefault="00000000">
      <w:pPr>
        <w:pStyle w:val="Heading2"/>
        <w:spacing w:before="80" w:after="20"/>
      </w:pPr>
      <w:r>
        <w:t>Chicken Tikka Masala  —  $34</w:t>
      </w:r>
    </w:p>
    <w:p w14:paraId="7CE6E804" w14:textId="77777777" w:rsidR="007832C8" w:rsidRDefault="00000000">
      <w:pPr>
        <w:spacing w:after="60" w:line="240" w:lineRule="auto"/>
      </w:pPr>
      <w:r>
        <w:t>Grilled chicken tikka tossed with peppers and onions in a robust tomato masala, finished with cream, coriander and aromatic spices.</w:t>
      </w:r>
    </w:p>
    <w:p w14:paraId="415FD66B" w14:textId="5A9D31AF" w:rsidR="007832C8" w:rsidRDefault="00000000">
      <w:pPr>
        <w:pStyle w:val="Heading2"/>
        <w:spacing w:before="80" w:after="20"/>
      </w:pPr>
      <w:r>
        <w:t xml:space="preserve">Achari </w:t>
      </w:r>
      <w:r w:rsidR="002A6D12">
        <w:t>Chicken — $</w:t>
      </w:r>
      <w:r>
        <w:t>3</w:t>
      </w:r>
      <w:r w:rsidR="002A6D12">
        <w:t>4</w:t>
      </w:r>
    </w:p>
    <w:p w14:paraId="14B18F2E" w14:textId="77777777" w:rsidR="007832C8" w:rsidRDefault="00000000">
      <w:pPr>
        <w:spacing w:after="60" w:line="240" w:lineRule="auto"/>
      </w:pPr>
      <w:r>
        <w:t>Succulent chicken cooked with traditional Indian pickling spices in a vibrant, tangy masala — bold, aromatic and beautifully balanced.</w:t>
      </w:r>
    </w:p>
    <w:p w14:paraId="7ACE960C" w14:textId="77777777" w:rsidR="007832C8" w:rsidRDefault="00000000">
      <w:pPr>
        <w:pStyle w:val="Heading2"/>
        <w:spacing w:before="80" w:after="20"/>
      </w:pPr>
      <w:r>
        <w:t>Lamb Rogan Josh  —  $37</w:t>
      </w:r>
    </w:p>
    <w:p w14:paraId="625F4F5B" w14:textId="77777777" w:rsidR="007832C8" w:rsidRDefault="00000000">
      <w:pPr>
        <w:spacing w:after="60" w:line="240" w:lineRule="auto"/>
      </w:pPr>
      <w:r>
        <w:t>Slow-braised lamb cooked in the Kashmiri tradition with aromatic spices and a deeply flavoured gravy — rich, warming and exceptionally tender.</w:t>
      </w:r>
    </w:p>
    <w:p w14:paraId="7D743FC7" w14:textId="77777777" w:rsidR="007832C8" w:rsidRDefault="00000000">
      <w:pPr>
        <w:pStyle w:val="Heading2"/>
        <w:spacing w:before="80" w:after="20"/>
      </w:pPr>
      <w:r>
        <w:t>Lamb Garlic Prawns  —  $39</w:t>
      </w:r>
    </w:p>
    <w:p w14:paraId="6FBFC0CF" w14:textId="77777777" w:rsidR="007832C8" w:rsidRDefault="00000000">
      <w:pPr>
        <w:spacing w:after="60" w:line="240" w:lineRule="auto"/>
      </w:pPr>
      <w:r>
        <w:t>A decadent pairing of slow-cooked lamb and succulent prawns brought together in a bold garlic-infused masala with aromatic spices and fresh herbs.</w:t>
      </w:r>
    </w:p>
    <w:p w14:paraId="2A54A76F" w14:textId="77777777" w:rsidR="007832C8" w:rsidRDefault="00000000">
      <w:pPr>
        <w:pStyle w:val="Heading2"/>
        <w:spacing w:before="80" w:after="20"/>
      </w:pPr>
      <w:r>
        <w:t>Seafood Moilee  —  $38</w:t>
      </w:r>
    </w:p>
    <w:p w14:paraId="0CA805E6" w14:textId="77777777" w:rsidR="007832C8" w:rsidRDefault="00000000">
      <w:pPr>
        <w:spacing w:after="60" w:line="240" w:lineRule="auto"/>
      </w:pPr>
      <w:r>
        <w:t>Delicate seafood gently simmered in a fragrant coconut curry with ginger, green chilli and curry leaves — light, aromatic and inspired by the Malabar Coast.</w:t>
      </w:r>
    </w:p>
    <w:p w14:paraId="24F7015A" w14:textId="77777777" w:rsidR="007832C8" w:rsidRDefault="00000000">
      <w:pPr>
        <w:pStyle w:val="Heading2"/>
        <w:spacing w:before="80" w:after="20"/>
      </w:pPr>
      <w:r>
        <w:t>Dhaba Goat Masala  —  $38</w:t>
      </w:r>
    </w:p>
    <w:p w14:paraId="32FBA766" w14:textId="77777777" w:rsidR="007832C8" w:rsidRDefault="00000000">
      <w:pPr>
        <w:spacing w:after="60" w:line="240" w:lineRule="auto"/>
      </w:pPr>
      <w:r>
        <w:t>Tender goat slow-cooked with onions, tomatoes, garlic and rustic ground spices — a deeply aromatic curry inspired by the legendary roadside dhabas of North India.</w:t>
      </w:r>
    </w:p>
    <w:p w14:paraId="7B51B564" w14:textId="77777777" w:rsidR="007832C8" w:rsidRDefault="00000000">
      <w:pPr>
        <w:pStyle w:val="Heading1"/>
        <w:spacing w:before="240" w:after="100"/>
      </w:pPr>
      <w:r>
        <w:t>BREADS</w:t>
      </w:r>
    </w:p>
    <w:p w14:paraId="08A8A628" w14:textId="77777777" w:rsidR="007832C8" w:rsidRDefault="00000000">
      <w:pPr>
        <w:pStyle w:val="Heading2"/>
        <w:spacing w:before="80" w:after="20"/>
      </w:pPr>
      <w:r>
        <w:t>Plain Roti  —  $6.50</w:t>
      </w:r>
    </w:p>
    <w:p w14:paraId="48FB0481" w14:textId="77777777" w:rsidR="007832C8" w:rsidRDefault="00000000">
      <w:pPr>
        <w:spacing w:after="60" w:line="240" w:lineRule="auto"/>
      </w:pPr>
      <w:r>
        <w:t>Traditional whole-wheat flatbread baked fresh in the tandoor until soft and lightly charred.</w:t>
      </w:r>
    </w:p>
    <w:p w14:paraId="60E896A3" w14:textId="77777777" w:rsidR="007832C8" w:rsidRDefault="00000000">
      <w:pPr>
        <w:pStyle w:val="Heading2"/>
        <w:spacing w:before="80" w:after="20"/>
      </w:pPr>
      <w:r>
        <w:t>Butter Roti  —  $7</w:t>
      </w:r>
    </w:p>
    <w:p w14:paraId="55E7D9E2" w14:textId="77777777" w:rsidR="007832C8" w:rsidRDefault="00000000">
      <w:pPr>
        <w:spacing w:after="60" w:line="240" w:lineRule="auto"/>
      </w:pPr>
      <w:r>
        <w:t>Fresh tandoori whole-wheat roti brushed with melted butter for a soft, aromatic finish.</w:t>
      </w:r>
    </w:p>
    <w:p w14:paraId="3A9E97CE" w14:textId="77777777" w:rsidR="007832C8" w:rsidRDefault="00000000">
      <w:pPr>
        <w:pStyle w:val="Heading2"/>
        <w:spacing w:before="80" w:after="20"/>
      </w:pPr>
      <w:r>
        <w:t>Plain Naan  —  $7.50</w:t>
      </w:r>
    </w:p>
    <w:p w14:paraId="71329878" w14:textId="77777777" w:rsidR="007832C8" w:rsidRDefault="00000000">
      <w:pPr>
        <w:spacing w:after="60" w:line="240" w:lineRule="auto"/>
      </w:pPr>
      <w:r>
        <w:t>Soft, pillowy naan baked to order in the tandoor with delicate charred edges.</w:t>
      </w:r>
    </w:p>
    <w:p w14:paraId="3D101D3E" w14:textId="77777777" w:rsidR="007832C8" w:rsidRDefault="00000000">
      <w:pPr>
        <w:pStyle w:val="Heading2"/>
        <w:spacing w:before="80" w:after="20"/>
      </w:pPr>
      <w:r>
        <w:t>Butter Naan  —  $8</w:t>
      </w:r>
    </w:p>
    <w:p w14:paraId="2E3EB1DC" w14:textId="77777777" w:rsidR="007832C8" w:rsidRDefault="00000000">
      <w:pPr>
        <w:spacing w:after="60" w:line="240" w:lineRule="auto"/>
      </w:pPr>
      <w:r>
        <w:t>Fluffy tandoori naan generously brushed with melted butter.</w:t>
      </w:r>
    </w:p>
    <w:p w14:paraId="363A12B3" w14:textId="77777777" w:rsidR="007832C8" w:rsidRDefault="00000000">
      <w:pPr>
        <w:pStyle w:val="Heading2"/>
        <w:spacing w:before="80" w:after="20"/>
      </w:pPr>
      <w:r>
        <w:lastRenderedPageBreak/>
        <w:t>Garlic Naan  —  $8.50</w:t>
      </w:r>
    </w:p>
    <w:p w14:paraId="6CEC2555" w14:textId="77777777" w:rsidR="007832C8" w:rsidRDefault="00000000">
      <w:pPr>
        <w:spacing w:after="60" w:line="240" w:lineRule="auto"/>
      </w:pPr>
      <w:r>
        <w:t>Fresh tandoori naan topped with aromatic garlic and coriander, finished with butter.</w:t>
      </w:r>
    </w:p>
    <w:p w14:paraId="3A611295" w14:textId="77777777" w:rsidR="007832C8" w:rsidRDefault="00000000">
      <w:pPr>
        <w:pStyle w:val="Heading2"/>
        <w:spacing w:before="80" w:after="20"/>
      </w:pPr>
      <w:r>
        <w:t>Lachha Paratha  —  $9</w:t>
      </w:r>
    </w:p>
    <w:p w14:paraId="3912BCC4" w14:textId="77777777" w:rsidR="007832C8" w:rsidRDefault="00000000">
      <w:pPr>
        <w:spacing w:after="60" w:line="240" w:lineRule="auto"/>
      </w:pPr>
      <w:r>
        <w:t>Flaky, multi-layered whole-wheat paratha cooked until crisp and golden, finished with a touch of ghee.</w:t>
      </w:r>
    </w:p>
    <w:p w14:paraId="1EE06E7E" w14:textId="77777777" w:rsidR="007832C8" w:rsidRDefault="00000000">
      <w:pPr>
        <w:pStyle w:val="Heading2"/>
        <w:spacing w:before="80" w:after="20"/>
      </w:pPr>
      <w:r>
        <w:t>Cheese Naan  —  $9.50</w:t>
      </w:r>
    </w:p>
    <w:p w14:paraId="22FB8F99" w14:textId="77777777" w:rsidR="007832C8" w:rsidRDefault="00000000">
      <w:pPr>
        <w:spacing w:after="60" w:line="240" w:lineRule="auto"/>
      </w:pPr>
      <w:r>
        <w:t>Soft tandoori naan generously filled with molten cheese for an indulgently creamy centre.</w:t>
      </w:r>
    </w:p>
    <w:p w14:paraId="27C0A06C" w14:textId="77777777" w:rsidR="007832C8" w:rsidRDefault="00000000">
      <w:pPr>
        <w:pStyle w:val="Heading2"/>
        <w:spacing w:before="80" w:after="20"/>
      </w:pPr>
      <w:r>
        <w:t>Cheese Garlic Naan  —  $10</w:t>
      </w:r>
    </w:p>
    <w:p w14:paraId="23D71FC9" w14:textId="77777777" w:rsidR="007832C8" w:rsidRDefault="00000000">
      <w:pPr>
        <w:spacing w:after="60" w:line="240" w:lineRule="auto"/>
      </w:pPr>
      <w:r>
        <w:t>Tandoori naan filled with molten cheese and topped with fragrant garlic and coriander.</w:t>
      </w:r>
    </w:p>
    <w:p w14:paraId="0EEB1F9D" w14:textId="77777777" w:rsidR="007832C8" w:rsidRDefault="00000000">
      <w:pPr>
        <w:pStyle w:val="Heading2"/>
        <w:spacing w:before="80" w:after="20"/>
      </w:pPr>
      <w:r>
        <w:t>Chilli Cheese Naan  —  $10</w:t>
      </w:r>
    </w:p>
    <w:p w14:paraId="6D288959" w14:textId="77777777" w:rsidR="007832C8" w:rsidRDefault="00000000">
      <w:pPr>
        <w:spacing w:after="60" w:line="240" w:lineRule="auto"/>
      </w:pPr>
      <w:r>
        <w:t>Molten cheese and fresh chilli layered inside soft tandoori naan for a rich finish with a gentle kick.</w:t>
      </w:r>
    </w:p>
    <w:p w14:paraId="472A07D4" w14:textId="77777777" w:rsidR="007832C8" w:rsidRDefault="00000000">
      <w:pPr>
        <w:pStyle w:val="Heading2"/>
        <w:spacing w:before="80" w:after="20"/>
      </w:pPr>
      <w:r>
        <w:t>Olive Chilli Naan  —  $10</w:t>
      </w:r>
    </w:p>
    <w:p w14:paraId="327B2A75" w14:textId="77777777" w:rsidR="007832C8" w:rsidRDefault="00000000">
      <w:pPr>
        <w:spacing w:after="60" w:line="240" w:lineRule="auto"/>
      </w:pPr>
      <w:r>
        <w:t>A contemporary naan topped with olives and chilli, combining savoury Mediterranean notes with the warmth of the tandoor.</w:t>
      </w:r>
    </w:p>
    <w:p w14:paraId="3A188732" w14:textId="77777777" w:rsidR="007832C8" w:rsidRDefault="00000000">
      <w:pPr>
        <w:pStyle w:val="Heading1"/>
        <w:spacing w:before="240" w:after="100"/>
      </w:pPr>
      <w:r>
        <w:t>SIDES</w:t>
      </w:r>
    </w:p>
    <w:p w14:paraId="5A0767F2" w14:textId="77777777" w:rsidR="007832C8" w:rsidRDefault="00000000">
      <w:pPr>
        <w:pStyle w:val="Heading2"/>
        <w:spacing w:before="80" w:after="20"/>
      </w:pPr>
      <w:r>
        <w:t>Cucumber Raita  —  $7</w:t>
      </w:r>
    </w:p>
    <w:p w14:paraId="692BA67F" w14:textId="77777777" w:rsidR="007832C8" w:rsidRDefault="00000000">
      <w:pPr>
        <w:spacing w:after="60" w:line="240" w:lineRule="auto"/>
      </w:pPr>
      <w:r>
        <w:t>Cooling yoghurt folded with fresh cucumber, roasted cumin and mint — the perfect accompaniment to aromatic curries and biryanis.</w:t>
      </w:r>
    </w:p>
    <w:p w14:paraId="4A9F5271" w14:textId="77777777" w:rsidR="007832C8" w:rsidRDefault="00000000">
      <w:pPr>
        <w:pStyle w:val="Heading2"/>
        <w:spacing w:before="80" w:after="20"/>
      </w:pPr>
      <w:r>
        <w:t xml:space="preserve">Roasted Papadum — 3 </w:t>
      </w:r>
      <w:proofErr w:type="gramStart"/>
      <w:r>
        <w:t>pcs  —</w:t>
      </w:r>
      <w:proofErr w:type="gramEnd"/>
      <w:r>
        <w:t xml:space="preserve">  $6</w:t>
      </w:r>
    </w:p>
    <w:p w14:paraId="5D2AA000" w14:textId="77777777" w:rsidR="007832C8" w:rsidRDefault="00000000">
      <w:pPr>
        <w:spacing w:after="60" w:line="240" w:lineRule="auto"/>
      </w:pPr>
      <w:r>
        <w:t>Traditional lentil wafers roasted until light and crisp, delivering a delicate savoury crunch.</w:t>
      </w:r>
    </w:p>
    <w:p w14:paraId="47490FDE" w14:textId="77777777" w:rsidR="007832C8" w:rsidRDefault="00000000">
      <w:pPr>
        <w:pStyle w:val="Heading2"/>
        <w:spacing w:before="80" w:after="20"/>
      </w:pPr>
      <w:r>
        <w:t>Masala Papad — 2 pcs  —  $11</w:t>
      </w:r>
    </w:p>
    <w:p w14:paraId="58F298C1" w14:textId="77777777" w:rsidR="007832C8" w:rsidRDefault="00000000">
      <w:pPr>
        <w:spacing w:after="60" w:line="240" w:lineRule="auto"/>
      </w:pPr>
      <w:r>
        <w:t>Crisp papad topped with finely chopped onion, tomato, coriander, lime and aromatic chaat masala.</w:t>
      </w:r>
    </w:p>
    <w:p w14:paraId="6DDB0D89" w14:textId="77777777" w:rsidR="007832C8" w:rsidRDefault="00000000">
      <w:pPr>
        <w:pStyle w:val="Heading2"/>
        <w:spacing w:before="80" w:after="20"/>
      </w:pPr>
      <w:r>
        <w:t>Onion Salad  —  $8</w:t>
      </w:r>
    </w:p>
    <w:p w14:paraId="07A3306B" w14:textId="77777777" w:rsidR="007832C8" w:rsidRDefault="00000000">
      <w:pPr>
        <w:spacing w:after="60" w:line="240" w:lineRule="auto"/>
      </w:pPr>
      <w:r>
        <w:t>Crisp onion rings tossed with fresh lime, coriander and a touch of chaat masala.</w:t>
      </w:r>
    </w:p>
    <w:p w14:paraId="1A851EDD" w14:textId="77777777" w:rsidR="007832C8" w:rsidRDefault="00000000">
      <w:pPr>
        <w:pStyle w:val="Heading2"/>
        <w:spacing w:before="80" w:after="20"/>
      </w:pPr>
      <w:r>
        <w:t>Garden Salad  —  $11</w:t>
      </w:r>
    </w:p>
    <w:p w14:paraId="7FFDBB47" w14:textId="77777777" w:rsidR="007832C8" w:rsidRDefault="00000000">
      <w:pPr>
        <w:spacing w:after="60" w:line="240" w:lineRule="auto"/>
      </w:pPr>
      <w:r>
        <w:t>A refreshing selection of seasonal vegetables and greens finished with a light lemon and roasted-cumin dressing.</w:t>
      </w:r>
    </w:p>
    <w:p w14:paraId="44069F6F" w14:textId="09096063" w:rsidR="007832C8" w:rsidRDefault="00000000">
      <w:pPr>
        <w:pStyle w:val="Heading2"/>
        <w:spacing w:before="80" w:after="20"/>
      </w:pPr>
      <w:r>
        <w:t>Mango Chutney / Mint Chutney / Mixed Pickle</w:t>
      </w:r>
      <w:r w:rsidR="002A6D12">
        <w:t xml:space="preserve"> / Plain </w:t>
      </w:r>
      <w:proofErr w:type="gramStart"/>
      <w:r w:rsidR="002A6D12">
        <w:t>Yogurt</w:t>
      </w:r>
      <w:r>
        <w:t xml:space="preserve">  —</w:t>
      </w:r>
      <w:proofErr w:type="gramEnd"/>
      <w:r>
        <w:t xml:space="preserve">  $5</w:t>
      </w:r>
    </w:p>
    <w:p w14:paraId="4D1F3CEA" w14:textId="77777777" w:rsidR="007832C8" w:rsidRDefault="00000000">
      <w:pPr>
        <w:spacing w:after="60" w:line="240" w:lineRule="auto"/>
      </w:pPr>
      <w:r>
        <w:t>A selection of classic Indian accompaniments designed to add sweetness, freshness or a vibrant burst of spice to your meal.</w:t>
      </w:r>
    </w:p>
    <w:p w14:paraId="4270C3CF" w14:textId="77777777" w:rsidR="007832C8" w:rsidRDefault="00000000">
      <w:pPr>
        <w:pStyle w:val="Heading1"/>
        <w:spacing w:before="240" w:after="100"/>
      </w:pPr>
      <w:r>
        <w:t>SIGNATURE DESSERTS</w:t>
      </w:r>
    </w:p>
    <w:p w14:paraId="7B14BE21" w14:textId="77777777" w:rsidR="007832C8" w:rsidRDefault="00000000">
      <w:pPr>
        <w:pStyle w:val="Heading2"/>
        <w:spacing w:before="80" w:after="20"/>
      </w:pPr>
      <w:r>
        <w:t>Kunafa Nest Gulab Jamun with Rabri  —  $22</w:t>
      </w:r>
    </w:p>
    <w:p w14:paraId="65CEE156" w14:textId="77777777" w:rsidR="007832C8" w:rsidRDefault="00000000">
      <w:pPr>
        <w:spacing w:after="60" w:line="240" w:lineRule="auto"/>
      </w:pPr>
      <w:r>
        <w:t>A crisp golden kunafa nest cradling warm gulab jamun, draped with saffron-cardamom rabri and finished with pistachios — an indulgent meeting of Indian and Middle Eastern traditions.</w:t>
      </w:r>
    </w:p>
    <w:p w14:paraId="4CA78911" w14:textId="77777777" w:rsidR="007832C8" w:rsidRDefault="00000000">
      <w:pPr>
        <w:pStyle w:val="Heading2"/>
        <w:spacing w:before="80" w:after="20"/>
      </w:pPr>
      <w:r>
        <w:t>Rasmalai Tiramisu  —  $22</w:t>
      </w:r>
    </w:p>
    <w:p w14:paraId="52422F6F" w14:textId="77777777" w:rsidR="007832C8" w:rsidRDefault="00000000">
      <w:pPr>
        <w:spacing w:after="60" w:line="240" w:lineRule="auto"/>
      </w:pPr>
      <w:r>
        <w:t>A contemporary fusion of two classics — delicate layers infused with saffron-cardamom milk, mascarpone-style cream and soft rasmalai, finished with pistachio and rose petals.</w:t>
      </w:r>
    </w:p>
    <w:p w14:paraId="1ADECD2E" w14:textId="77777777" w:rsidR="00D75830" w:rsidRDefault="00D75830">
      <w:pPr>
        <w:spacing w:after="60" w:line="240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2"/>
          <w:szCs w:val="26"/>
        </w:rPr>
      </w:pPr>
      <w:r w:rsidRPr="00D75830">
        <w:rPr>
          <w:rFonts w:asciiTheme="majorHAnsi" w:eastAsiaTheme="majorEastAsia" w:hAnsiTheme="majorHAnsi" w:cstheme="majorBidi"/>
          <w:b/>
          <w:bCs/>
          <w:color w:val="4F81BD" w:themeColor="accent1"/>
          <w:sz w:val="22"/>
          <w:szCs w:val="26"/>
        </w:rPr>
        <w:t>LALA’s Signature Kaju Badam Pista Halwa — $22</w:t>
      </w:r>
    </w:p>
    <w:p w14:paraId="5BC0AE90" w14:textId="3AB285A0" w:rsidR="007832C8" w:rsidRDefault="00D75830" w:rsidP="00D75830">
      <w:pPr>
        <w:spacing w:after="60" w:line="240" w:lineRule="auto"/>
      </w:pPr>
      <w:r w:rsidRPr="00D75830">
        <w:t>A luxurious slow-cooked halwa of cashews, almonds and pistachios, enriched with khoya and finished with aromatic cardamom and roasted nuts.</w:t>
      </w:r>
    </w:p>
    <w:p w14:paraId="0CBA02B5" w14:textId="77777777" w:rsidR="00D75830" w:rsidRPr="00D75830" w:rsidRDefault="00D75830" w:rsidP="00D75830">
      <w:pPr>
        <w:spacing w:after="60" w:line="240" w:lineRule="auto"/>
        <w:rPr>
          <w:b/>
          <w:bCs/>
          <w:lang w:val="en-AU"/>
        </w:rPr>
      </w:pPr>
      <w:proofErr w:type="spellStart"/>
      <w:r w:rsidRPr="00D75830">
        <w:rPr>
          <w:rFonts w:asciiTheme="majorHAnsi" w:eastAsiaTheme="majorEastAsia" w:hAnsiTheme="majorHAnsi" w:cstheme="majorBidi"/>
          <w:b/>
          <w:bCs/>
          <w:color w:val="4F81BD" w:themeColor="accent1"/>
          <w:sz w:val="22"/>
          <w:szCs w:val="26"/>
        </w:rPr>
        <w:t>Malpua</w:t>
      </w:r>
      <w:proofErr w:type="spellEnd"/>
      <w:r w:rsidRPr="00D75830">
        <w:rPr>
          <w:rFonts w:asciiTheme="majorHAnsi" w:eastAsiaTheme="majorEastAsia" w:hAnsiTheme="majorHAnsi" w:cstheme="majorBidi"/>
          <w:b/>
          <w:bCs/>
          <w:color w:val="4F81BD" w:themeColor="accent1"/>
          <w:sz w:val="22"/>
          <w:szCs w:val="26"/>
        </w:rPr>
        <w:t xml:space="preserve"> with Rabri — $22</w:t>
      </w:r>
    </w:p>
    <w:p w14:paraId="570694CC" w14:textId="77777777" w:rsidR="00D75830" w:rsidRPr="00D75830" w:rsidRDefault="00D75830" w:rsidP="00D75830">
      <w:pPr>
        <w:spacing w:after="60" w:line="240" w:lineRule="auto"/>
        <w:rPr>
          <w:lang w:val="en-AU"/>
        </w:rPr>
      </w:pPr>
      <w:r w:rsidRPr="00D75830">
        <w:rPr>
          <w:lang w:val="en-AU"/>
        </w:rPr>
        <w:t xml:space="preserve">A decadent stack of golden </w:t>
      </w:r>
      <w:proofErr w:type="spellStart"/>
      <w:r w:rsidRPr="00D75830">
        <w:rPr>
          <w:lang w:val="en-AU"/>
        </w:rPr>
        <w:t>malpua</w:t>
      </w:r>
      <w:proofErr w:type="spellEnd"/>
      <w:r w:rsidRPr="00D75830">
        <w:rPr>
          <w:lang w:val="en-AU"/>
        </w:rPr>
        <w:t xml:space="preserve"> layered with dry fruits, served with rich, slow-cooked </w:t>
      </w:r>
      <w:proofErr w:type="spellStart"/>
      <w:r w:rsidRPr="00D75830">
        <w:rPr>
          <w:lang w:val="en-AU"/>
        </w:rPr>
        <w:t>rabri</w:t>
      </w:r>
      <w:proofErr w:type="spellEnd"/>
      <w:r w:rsidRPr="00D75830">
        <w:rPr>
          <w:lang w:val="en-AU"/>
        </w:rPr>
        <w:t xml:space="preserve"> and finished with pistachios and aromatic saffron.</w:t>
      </w:r>
    </w:p>
    <w:p w14:paraId="59234CCD" w14:textId="77777777" w:rsidR="00D75830" w:rsidRDefault="00D75830" w:rsidP="00D75830">
      <w:pPr>
        <w:spacing w:after="60" w:line="240" w:lineRule="auto"/>
      </w:pPr>
    </w:p>
    <w:sectPr w:rsidR="00D75830" w:rsidSect="00034616">
      <w:footerReference w:type="default" r:id="rId8"/>
      <w:pgSz w:w="12240" w:h="15840"/>
      <w:pgMar w:top="864" w:right="1037" w:bottom="864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3D82" w14:textId="77777777" w:rsidR="0058028D" w:rsidRDefault="0058028D">
      <w:pPr>
        <w:spacing w:after="0" w:line="240" w:lineRule="auto"/>
      </w:pPr>
      <w:r>
        <w:separator/>
      </w:r>
    </w:p>
  </w:endnote>
  <w:endnote w:type="continuationSeparator" w:id="0">
    <w:p w14:paraId="29CE7289" w14:textId="77777777" w:rsidR="0058028D" w:rsidRDefault="0058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16AE" w14:textId="77777777" w:rsidR="007832C8" w:rsidRDefault="00000000">
    <w:pPr>
      <w:pStyle w:val="Footer"/>
      <w:jc w:val="center"/>
    </w:pPr>
    <w:r>
      <w:rPr>
        <w:sz w:val="16"/>
      </w:rPr>
      <w:t>LALA’S KITCHEN • SOUTH WHARF, MELBOURNE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3130" w14:textId="77777777" w:rsidR="0058028D" w:rsidRDefault="0058028D">
      <w:pPr>
        <w:spacing w:after="0" w:line="240" w:lineRule="auto"/>
      </w:pPr>
      <w:r>
        <w:separator/>
      </w:r>
    </w:p>
  </w:footnote>
  <w:footnote w:type="continuationSeparator" w:id="0">
    <w:p w14:paraId="305AFF6D" w14:textId="77777777" w:rsidR="0058028D" w:rsidRDefault="00580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6108050">
    <w:abstractNumId w:val="8"/>
  </w:num>
  <w:num w:numId="2" w16cid:durableId="1584147908">
    <w:abstractNumId w:val="6"/>
  </w:num>
  <w:num w:numId="3" w16cid:durableId="25833008">
    <w:abstractNumId w:val="5"/>
  </w:num>
  <w:num w:numId="4" w16cid:durableId="839466998">
    <w:abstractNumId w:val="4"/>
  </w:num>
  <w:num w:numId="5" w16cid:durableId="501091967">
    <w:abstractNumId w:val="7"/>
  </w:num>
  <w:num w:numId="6" w16cid:durableId="885137817">
    <w:abstractNumId w:val="3"/>
  </w:num>
  <w:num w:numId="7" w16cid:durableId="1851749194">
    <w:abstractNumId w:val="2"/>
  </w:num>
  <w:num w:numId="8" w16cid:durableId="259487147">
    <w:abstractNumId w:val="1"/>
  </w:num>
  <w:num w:numId="9" w16cid:durableId="2071028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6D12"/>
    <w:rsid w:val="00326F90"/>
    <w:rsid w:val="0058028D"/>
    <w:rsid w:val="00616F2C"/>
    <w:rsid w:val="007832C8"/>
    <w:rsid w:val="00AA06FB"/>
    <w:rsid w:val="00AA1D8D"/>
    <w:rsid w:val="00B47730"/>
    <w:rsid w:val="00CB0664"/>
    <w:rsid w:val="00D758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B2D2FF"/>
  <w14:defaultImageDpi w14:val="300"/>
  <w15:docId w15:val="{061855D7-80F4-4FE6-B127-653AC3FA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Purvishkumar Patel</cp:lastModifiedBy>
  <cp:revision>4</cp:revision>
  <dcterms:created xsi:type="dcterms:W3CDTF">2013-12-23T23:15:00Z</dcterms:created>
  <dcterms:modified xsi:type="dcterms:W3CDTF">2026-09-02T09:54:00Z</dcterms:modified>
  <cp:category/>
</cp:coreProperties>
</file>