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5943600" cy="1813882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oundation_logo_handwritten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13882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