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0E4E7" w14:textId="21BBDE66" w:rsidR="00F277EE" w:rsidRDefault="00D61C95">
      <w:pPr>
        <w:pStyle w:val="Heading1"/>
      </w:pPr>
      <w:r>
        <w:t>Fif</w:t>
      </w:r>
      <w:r w:rsidR="00AA41DD">
        <w:t xml:space="preserve">th &amp; </w:t>
      </w:r>
      <w:r>
        <w:t>Fif</w:t>
      </w:r>
      <w:r w:rsidR="00AA41DD">
        <w:t xml:space="preserve">th </w:t>
      </w:r>
      <w:r w:rsidR="00FF4106">
        <w:t xml:space="preserve">– Mountain Soul Meets Downtown Energy - </w:t>
      </w:r>
      <w:r w:rsidR="00AA41DD">
        <w:t>Why Document</w:t>
      </w:r>
    </w:p>
    <w:p w14:paraId="3155AF07" w14:textId="77777777" w:rsidR="00FF4106" w:rsidRPr="00FF4106" w:rsidRDefault="00FF4106" w:rsidP="00FF4106"/>
    <w:p w14:paraId="51372303" w14:textId="36473F36" w:rsidR="00B9143B" w:rsidRDefault="00AA41DD">
      <w:r>
        <w:t xml:space="preserve">At the heart of the </w:t>
      </w:r>
      <w:r w:rsidR="00D61C95">
        <w:rPr>
          <w:b/>
          <w:bCs/>
        </w:rPr>
        <w:t>Fif</w:t>
      </w:r>
      <w:r w:rsidRPr="00B9143B">
        <w:rPr>
          <w:b/>
          <w:bCs/>
        </w:rPr>
        <w:t xml:space="preserve">th &amp; </w:t>
      </w:r>
      <w:r w:rsidR="00D61C95">
        <w:rPr>
          <w:b/>
          <w:bCs/>
        </w:rPr>
        <w:t>Fif</w:t>
      </w:r>
      <w:r w:rsidRPr="00B9143B">
        <w:rPr>
          <w:b/>
          <w:bCs/>
        </w:rPr>
        <w:t>th</w:t>
      </w:r>
      <w:r>
        <w:t xml:space="preserve"> Fernie </w:t>
      </w:r>
      <w:r w:rsidR="002772CB">
        <w:t xml:space="preserve">boutique </w:t>
      </w:r>
      <w:r>
        <w:t xml:space="preserve">condo project is a commitment to serving the local community first. </w:t>
      </w:r>
      <w:r>
        <w:br/>
        <w:t xml:space="preserve">Our core “why” is about creating an affordable, thoughtfully designed living space that Fernie residents can truly call their own. </w:t>
      </w:r>
      <w:r>
        <w:br/>
        <w:t>By focusing on the needs and preferences of local buyers</w:t>
      </w:r>
      <w:r w:rsidR="00FF4106">
        <w:t xml:space="preserve">; </w:t>
      </w:r>
      <w:r>
        <w:t>like younger residents, couples, and those who are looking for a permanent home in their own community</w:t>
      </w:r>
      <w:r w:rsidR="00FF4106">
        <w:t xml:space="preserve">, </w:t>
      </w:r>
      <w:r>
        <w:t xml:space="preserve">we’re ensuring that this development is rooted in what makes Fernie special. </w:t>
      </w:r>
      <w:r>
        <w:br/>
        <w:t>We’re not just building condos; we’re building a place that locals can be proud of.</w:t>
      </w:r>
      <w:r>
        <w:br/>
      </w:r>
      <w:r>
        <w:br/>
        <w:t xml:space="preserve">Wherever it makes sense, we’ll integrate energy‑efficient and environmentally friendly features that align with our values and theirs. </w:t>
      </w:r>
      <w:r w:rsidR="00B9143B">
        <w:t>W</w:t>
      </w:r>
      <w:r>
        <w:t xml:space="preserve">e’re staying open to certifications or practices that help minimize our footprint. </w:t>
      </w:r>
    </w:p>
    <w:p w14:paraId="5D2A2A0A" w14:textId="508D20FB" w:rsidR="00F277EE" w:rsidRDefault="00AA41DD">
      <w:r>
        <w:br/>
        <w:t>Ultimately, our why is about making a positive impact right here in Fernie</w:t>
      </w:r>
      <w:r w:rsidR="00FF4106">
        <w:t>. C</w:t>
      </w:r>
      <w:r>
        <w:t>reating a space that’s not just a building, but a community anchor.</w:t>
      </w:r>
    </w:p>
    <w:p w14:paraId="359B9D59" w14:textId="38ECFF31" w:rsidR="00F277EE" w:rsidRDefault="00AA41DD">
      <w:r>
        <w:br/>
        <w:t>B</w:t>
      </w:r>
      <w:r w:rsidR="00FF4106">
        <w:t>.</w:t>
      </w:r>
      <w:r>
        <w:t xml:space="preserve"> Stuart &amp; C</w:t>
      </w:r>
      <w:r w:rsidR="00FF4106">
        <w:t>.</w:t>
      </w:r>
      <w:r>
        <w:t xml:space="preserve"> Stuart</w:t>
      </w:r>
    </w:p>
    <w:p w14:paraId="3C0A6465" w14:textId="0D472785" w:rsidR="00FF4106" w:rsidRDefault="00FF4106">
      <w:r>
        <w:t>Mountain Development Corp.</w:t>
      </w:r>
    </w:p>
    <w:sectPr w:rsidR="00FF410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7122586">
    <w:abstractNumId w:val="8"/>
  </w:num>
  <w:num w:numId="2" w16cid:durableId="952712292">
    <w:abstractNumId w:val="6"/>
  </w:num>
  <w:num w:numId="3" w16cid:durableId="459498747">
    <w:abstractNumId w:val="5"/>
  </w:num>
  <w:num w:numId="4" w16cid:durableId="368841814">
    <w:abstractNumId w:val="4"/>
  </w:num>
  <w:num w:numId="5" w16cid:durableId="1675376846">
    <w:abstractNumId w:val="7"/>
  </w:num>
  <w:num w:numId="6" w16cid:durableId="2046708860">
    <w:abstractNumId w:val="3"/>
  </w:num>
  <w:num w:numId="7" w16cid:durableId="1204319544">
    <w:abstractNumId w:val="2"/>
  </w:num>
  <w:num w:numId="8" w16cid:durableId="1473987768">
    <w:abstractNumId w:val="1"/>
  </w:num>
  <w:num w:numId="9" w16cid:durableId="1284968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3029"/>
    <w:rsid w:val="000C4906"/>
    <w:rsid w:val="0015074B"/>
    <w:rsid w:val="001D266C"/>
    <w:rsid w:val="00204253"/>
    <w:rsid w:val="002772CB"/>
    <w:rsid w:val="0029639D"/>
    <w:rsid w:val="00326F90"/>
    <w:rsid w:val="003C4C68"/>
    <w:rsid w:val="00832D46"/>
    <w:rsid w:val="00940562"/>
    <w:rsid w:val="00AA1D8D"/>
    <w:rsid w:val="00AA41DD"/>
    <w:rsid w:val="00B47730"/>
    <w:rsid w:val="00B8485E"/>
    <w:rsid w:val="00B9143B"/>
    <w:rsid w:val="00CB0664"/>
    <w:rsid w:val="00D61C95"/>
    <w:rsid w:val="00F277EE"/>
    <w:rsid w:val="00FC693F"/>
    <w:rsid w:val="00FD2F71"/>
    <w:rsid w:val="00FF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C521F6"/>
  <w14:defaultImageDpi w14:val="300"/>
  <w15:docId w15:val="{70278217-C786-4E4E-8B2B-B8A6625A0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Barry Stuart</cp:lastModifiedBy>
  <cp:revision>2</cp:revision>
  <dcterms:created xsi:type="dcterms:W3CDTF">2025-11-04T21:36:00Z</dcterms:created>
  <dcterms:modified xsi:type="dcterms:W3CDTF">2025-11-04T21:36:00Z</dcterms:modified>
  <cp:category/>
</cp:coreProperties>
</file>