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018B1" w14:textId="77777777" w:rsidR="001A281A" w:rsidRDefault="00000000">
      <w:pPr>
        <w:pStyle w:val="Heading1"/>
        <w:jc w:val="center"/>
      </w:pPr>
      <w:r>
        <w:t>Design Brief – Shopify Homepage &amp; Logo</w:t>
      </w:r>
    </w:p>
    <w:p w14:paraId="0B003045" w14:textId="3C2CDFD7" w:rsidR="001A281A" w:rsidRDefault="00000000">
      <w:r>
        <w:t>We are building a new business in Switzerland offering premium sewing holiday camps for kids aged 9–14. This brief outlines our requirements for a complete Shopify homepage design and a multilingual logo creation.</w:t>
      </w:r>
    </w:p>
    <w:p w14:paraId="498CC94D" w14:textId="187F8348" w:rsidR="00556098" w:rsidRPr="00556098" w:rsidRDefault="00556098" w:rsidP="00556098">
      <w:r w:rsidRPr="00556098">
        <w:t xml:space="preserve">Domains: </w:t>
      </w:r>
      <w:proofErr w:type="gramStart"/>
      <w:r w:rsidRPr="00556098">
        <w:t>kids-sewcamps.ch</w:t>
      </w:r>
      <w:r w:rsidRPr="00556098">
        <w:t> ;</w:t>
      </w:r>
      <w:proofErr w:type="gramEnd"/>
      <w:r w:rsidRPr="00556098">
        <w:t xml:space="preserve"> </w:t>
      </w:r>
      <w:proofErr w:type="gramStart"/>
      <w:r w:rsidRPr="00556098">
        <w:t>kids-campicucito.ch</w:t>
      </w:r>
      <w:r w:rsidRPr="00556098">
        <w:t> ;</w:t>
      </w:r>
      <w:proofErr w:type="gramEnd"/>
      <w:r w:rsidRPr="00556098">
        <w:t xml:space="preserve"> </w:t>
      </w:r>
      <w:r w:rsidRPr="00556098">
        <w:t>kids-naehcamps.ch</w:t>
      </w:r>
    </w:p>
    <w:p w14:paraId="2148851C" w14:textId="77777777" w:rsidR="001A281A" w:rsidRDefault="00000000">
      <w:pPr>
        <w:pStyle w:val="Heading2"/>
      </w:pPr>
      <w:r>
        <w:t>Project Overview</w:t>
      </w:r>
    </w:p>
    <w:p w14:paraId="762745EE" w14:textId="0703EE7F" w:rsidR="001A281A" w:rsidRDefault="00000000">
      <w:r>
        <w:t>We are looking for:</w:t>
      </w:r>
      <w:r>
        <w:br/>
        <w:t xml:space="preserve">1. A modern, fully designed Shopify homepage </w:t>
      </w:r>
      <w:r w:rsidR="009E653D">
        <w:t xml:space="preserve">in English </w:t>
      </w:r>
      <w:r>
        <w:t>using standard Shopify content blocks (no custom coding), which we can later update ourselves.</w:t>
      </w:r>
      <w:r w:rsidR="009E653D">
        <w:t xml:space="preserve"> Supporting Multilanguage (EN, German, Italian).</w:t>
      </w:r>
      <w:r>
        <w:br/>
        <w:t>2. A logo design that includes the brand identity and communicates our multilingual, creative, and child-focused positioning.</w:t>
      </w:r>
    </w:p>
    <w:p w14:paraId="5BB2B598" w14:textId="77777777" w:rsidR="001A281A" w:rsidRDefault="00000000">
      <w:pPr>
        <w:pStyle w:val="Heading2"/>
      </w:pPr>
      <w:r>
        <w:t>Shopify Homepage Design Requirements</w:t>
      </w:r>
    </w:p>
    <w:p w14:paraId="71ED64E7" w14:textId="20940955" w:rsidR="001A281A" w:rsidRDefault="00000000">
      <w:r>
        <w:t>The homepage should include the following sections, all built using Shopify's native theme elements:</w:t>
      </w:r>
    </w:p>
    <w:p w14:paraId="3B44E635" w14:textId="77777777" w:rsidR="001A281A" w:rsidRDefault="00000000">
      <w:pPr>
        <w:pStyle w:val="ListBullet"/>
      </w:pPr>
      <w:r>
        <w:t>- Hero section with image, main headline and CTA button</w:t>
      </w:r>
    </w:p>
    <w:p w14:paraId="5D40557F" w14:textId="77777777" w:rsidR="001A281A" w:rsidRDefault="00000000">
      <w:pPr>
        <w:pStyle w:val="ListBullet"/>
      </w:pPr>
      <w:r>
        <w:t>- 'About Us' section introducing the instructors and the camp philosophy</w:t>
      </w:r>
    </w:p>
    <w:p w14:paraId="081CC59A" w14:textId="77777777" w:rsidR="001A281A" w:rsidRDefault="00000000">
      <w:pPr>
        <w:pStyle w:val="ListBullet"/>
      </w:pPr>
      <w:r>
        <w:t>- Step-by-step overview of what kids do during the camp</w:t>
      </w:r>
    </w:p>
    <w:p w14:paraId="52D55DF7" w14:textId="77777777" w:rsidR="001A281A" w:rsidRDefault="00000000">
      <w:pPr>
        <w:pStyle w:val="ListBullet"/>
      </w:pPr>
      <w:r>
        <w:t>- Trust-building section with icons and short bullet points (small groups, premium materials, multilingual)</w:t>
      </w:r>
    </w:p>
    <w:p w14:paraId="5E82AF56" w14:textId="2256C99C" w:rsidR="001A281A" w:rsidRDefault="00000000">
      <w:pPr>
        <w:pStyle w:val="ListBullet"/>
      </w:pPr>
      <w:r>
        <w:t>- Section to display upcoming camp offerings using Shopify Collections (e.g., Spring Camps, Summer Camps)</w:t>
      </w:r>
      <w:r w:rsidR="009E653D">
        <w:t>.</w:t>
      </w:r>
    </w:p>
    <w:p w14:paraId="568D5194" w14:textId="77777777" w:rsidR="001A281A" w:rsidRDefault="00000000">
      <w:pPr>
        <w:pStyle w:val="ListBullet"/>
      </w:pPr>
      <w:r>
        <w:t>- Call-to-action at the bottom to drive bookings</w:t>
      </w:r>
    </w:p>
    <w:p w14:paraId="537B8BD4" w14:textId="21D709CF" w:rsidR="009E653D" w:rsidRDefault="009E653D">
      <w:pPr>
        <w:pStyle w:val="ListBullet"/>
      </w:pPr>
      <w:r>
        <w:t xml:space="preserve">- F&amp;Q </w:t>
      </w:r>
    </w:p>
    <w:p w14:paraId="474BFED6" w14:textId="74113C71" w:rsidR="009E653D" w:rsidRDefault="009E653D">
      <w:pPr>
        <w:pStyle w:val="ListBullet"/>
      </w:pPr>
      <w:r>
        <w:t>- Register for Newsletter</w:t>
      </w:r>
    </w:p>
    <w:p w14:paraId="067F84B8" w14:textId="77777777" w:rsidR="001A281A" w:rsidRDefault="00000000">
      <w:pPr>
        <w:pStyle w:val="ListBullet"/>
      </w:pPr>
      <w:r>
        <w:t>- Footer with basic navigation, contact, and social media links</w:t>
      </w:r>
    </w:p>
    <w:p w14:paraId="6513342C" w14:textId="77777777" w:rsidR="001A281A" w:rsidRDefault="00000000">
      <w:r>
        <w:t>Design must be mobile-optimized and visually appealing for both parents and children. Use only elements that can be edited later via Shopify's standard theme editor.</w:t>
      </w:r>
    </w:p>
    <w:p w14:paraId="0C161C45" w14:textId="77777777" w:rsidR="00556098" w:rsidRDefault="00556098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p w14:paraId="2CC57811" w14:textId="6EDC14C8" w:rsidR="001A281A" w:rsidRDefault="00000000">
      <w:pPr>
        <w:pStyle w:val="Heading2"/>
      </w:pPr>
      <w:r>
        <w:lastRenderedPageBreak/>
        <w:t>Logo Design Requirements</w:t>
      </w:r>
    </w:p>
    <w:p w14:paraId="2E9BF639" w14:textId="77777777" w:rsidR="001A281A" w:rsidRDefault="00000000">
      <w:r>
        <w:t>We need a logo that reflects our creative and multilingual spirit. It should include the following terms:</w:t>
      </w:r>
      <w:r>
        <w:br/>
        <w:t>- 'Kids'</w:t>
      </w:r>
      <w:r>
        <w:br/>
        <w:t>- 'Champs'</w:t>
      </w:r>
      <w:r>
        <w:br/>
        <w:t>- And the words for sewing in three languages:</w:t>
      </w:r>
      <w:r>
        <w:br/>
        <w:t xml:space="preserve">   • 'sewing' (English)</w:t>
      </w:r>
      <w:r>
        <w:br/>
        <w:t xml:space="preserve">   • 'nähen' (German)</w:t>
      </w:r>
      <w:r>
        <w:br/>
        <w:t xml:space="preserve">   • 'cucito' (Italian)</w:t>
      </w:r>
      <w:r>
        <w:br/>
      </w:r>
    </w:p>
    <w:p w14:paraId="3041BE93" w14:textId="77777777" w:rsidR="001A281A" w:rsidRDefault="00000000">
      <w:r>
        <w:t>The logo should feel modern, creative, and high-quality – not overly childish, but still accessible and fun. It will be used on the website, printed materials, and social media.</w:t>
      </w:r>
    </w:p>
    <w:p w14:paraId="6538ED62" w14:textId="77777777" w:rsidR="001A281A" w:rsidRDefault="00000000">
      <w:pPr>
        <w:pStyle w:val="Heading2"/>
      </w:pPr>
      <w:r>
        <w:t>Target Audience</w:t>
      </w:r>
    </w:p>
    <w:p w14:paraId="53F7BC97" w14:textId="507842DB" w:rsidR="001A281A" w:rsidRDefault="00000000">
      <w:r>
        <w:t>Our clients are parents of children aged 9–14 who live in Switzerland</w:t>
      </w:r>
      <w:r w:rsidR="009E653D">
        <w:t>,</w:t>
      </w:r>
      <w:r>
        <w:t xml:space="preserve"> including both local and international families. They are looking for creative, meaningful, and safe holiday activities for their children.</w:t>
      </w:r>
      <w:r w:rsidR="009E653D">
        <w:t xml:space="preserve"> </w:t>
      </w:r>
      <w:r w:rsidR="009E653D" w:rsidRPr="009E653D">
        <w:t>It is not a course for acquiring specific skills; rather, children should have a good time and enjoy themselves (Fun).</w:t>
      </w:r>
      <w:r w:rsidR="008D5966">
        <w:br/>
      </w:r>
    </w:p>
    <w:p w14:paraId="620ACD96" w14:textId="77777777" w:rsidR="001A281A" w:rsidRDefault="00000000">
      <w:pPr>
        <w:pStyle w:val="Heading2"/>
      </w:pPr>
      <w:r>
        <w:t>Style Preferences</w:t>
      </w:r>
    </w:p>
    <w:p w14:paraId="537DE070" w14:textId="77777777" w:rsidR="001A281A" w:rsidRDefault="00000000">
      <w:r>
        <w:t>We like modern, clean, and friendly designs with a light, premium aesthetic. Typography should be readable and creative. Colors should reflect creativity and warmth but remain professional.</w:t>
      </w:r>
    </w:p>
    <w:p w14:paraId="1F180693" w14:textId="77777777" w:rsidR="001A281A" w:rsidRDefault="00000000">
      <w:pPr>
        <w:pStyle w:val="Heading2"/>
      </w:pPr>
      <w:r>
        <w:t>Expected Deliverables</w:t>
      </w:r>
    </w:p>
    <w:p w14:paraId="77C0FFBA" w14:textId="77777777" w:rsidR="001A281A" w:rsidRDefault="00000000">
      <w:r>
        <w:t>1. Shopify-compatible homepage design using native blocks</w:t>
      </w:r>
      <w:r>
        <w:br/>
        <w:t>2. Logo files in vector and web formats (SVG, PNG, JPG, PDF)</w:t>
      </w:r>
      <w:r>
        <w:br/>
        <w:t>3. A short brand style guide (color codes, fonts, usage instructions)</w:t>
      </w:r>
      <w:r>
        <w:br/>
        <w:t>4. Optional: Sample images or mood board to guide future content</w:t>
      </w:r>
    </w:p>
    <w:p w14:paraId="7A2949F8" w14:textId="77777777" w:rsidR="008D5966" w:rsidRDefault="008D5966">
      <w:pPr>
        <w:pBdr>
          <w:bottom w:val="single" w:sz="6" w:space="1" w:color="auto"/>
        </w:pBdr>
      </w:pPr>
    </w:p>
    <w:p w14:paraId="51690B12" w14:textId="2B1BD6C1" w:rsidR="00417DD7" w:rsidRDefault="00417DD7">
      <w:r>
        <w:br w:type="page"/>
      </w:r>
    </w:p>
    <w:p w14:paraId="660A7CAF" w14:textId="77777777" w:rsidR="00417DD7" w:rsidRDefault="00417DD7"/>
    <w:p w14:paraId="20FDAEB3" w14:textId="63BD7CD1" w:rsidR="00417DD7" w:rsidRDefault="00417DD7" w:rsidP="00417DD7">
      <w:pPr>
        <w:pStyle w:val="Title"/>
      </w:pPr>
      <w:r>
        <w:rPr>
          <w:highlight w:val="yellow"/>
        </w:rPr>
        <w:t>Some Inputs</w:t>
      </w:r>
      <w:r w:rsidRPr="00C12633">
        <w:rPr>
          <w:highlight w:val="yellow"/>
        </w:rPr>
        <w:t xml:space="preserve"> </w:t>
      </w:r>
    </w:p>
    <w:p w14:paraId="5D944759" w14:textId="77777777" w:rsidR="00417DD7" w:rsidRPr="00562F00" w:rsidRDefault="00417DD7" w:rsidP="00417DD7">
      <w:pPr>
        <w:rPr>
          <w:rFonts w:ascii=".AppleSystemUIFont" w:hAnsi=".AppleSystemUIFont" w:hint="eastAsia"/>
          <w:color w:val="0E0E0E"/>
          <w:sz w:val="21"/>
          <w:szCs w:val="21"/>
        </w:rPr>
      </w:pPr>
    </w:p>
    <w:p w14:paraId="1C8200B8" w14:textId="77777777" w:rsidR="00417DD7" w:rsidRPr="00605799" w:rsidRDefault="00417DD7" w:rsidP="00417DD7">
      <w:pPr>
        <w:rPr>
          <w:rFonts w:ascii=".AppleSystemUIFont" w:hAnsi=".AppleSystemUIFont" w:hint="eastAsia"/>
          <w:color w:val="0E0E0E"/>
          <w:sz w:val="21"/>
          <w:szCs w:val="21"/>
        </w:rPr>
      </w:pPr>
      <w:r w:rsidRPr="00605799">
        <w:rPr>
          <w:rFonts w:ascii=".AppleSystemUIFont" w:hAnsi=".AppleSystemUIFont"/>
          <w:color w:val="0E0E0E"/>
          <w:sz w:val="21"/>
          <w:szCs w:val="21"/>
        </w:rPr>
        <w:t>Simona and Iris have over 10 years of experience in teaching children sewing, tailoring, and design with fun, style, and structure.</w:t>
      </w:r>
      <w:r>
        <w:rPr>
          <w:rFonts w:ascii=".AppleSystemUIFont" w:hAnsi=".AppleSystemUIFont"/>
          <w:color w:val="0E0E0E"/>
          <w:sz w:val="21"/>
          <w:szCs w:val="21"/>
        </w:rPr>
        <w:t xml:space="preserve"> </w:t>
      </w:r>
    </w:p>
    <w:p w14:paraId="42624F16" w14:textId="77777777" w:rsidR="00417DD7" w:rsidRPr="00605799" w:rsidRDefault="00417DD7" w:rsidP="00417DD7">
      <w:pPr>
        <w:rPr>
          <w:rFonts w:ascii=".AppleSystemUIFont" w:hAnsi=".AppleSystemUIFont" w:hint="eastAsia"/>
          <w:color w:val="0E0E0E"/>
          <w:sz w:val="21"/>
          <w:szCs w:val="21"/>
        </w:rPr>
      </w:pPr>
      <w:r w:rsidRPr="00605799">
        <w:rPr>
          <w:rFonts w:ascii=".AppleSystemUIFont" w:hAnsi=".AppleSystemUIFont"/>
          <w:color w:val="0E0E0E"/>
          <w:sz w:val="21"/>
          <w:szCs w:val="21"/>
        </w:rPr>
        <w:t>In small groups (max. 8 children), we guide young talents through a creative week of vacation – with real results: self-sewn pieces, new friends, and lots of pride.</w:t>
      </w:r>
    </w:p>
    <w:p w14:paraId="5080DA54" w14:textId="77777777" w:rsidR="00417DD7" w:rsidRPr="00605799" w:rsidRDefault="00417DD7" w:rsidP="00417DD7">
      <w:pPr>
        <w:rPr>
          <w:rFonts w:ascii=".AppleSystemUIFont" w:hAnsi=".AppleSystemUIFont" w:hint="eastAsia"/>
          <w:color w:val="0E0E0E"/>
          <w:sz w:val="21"/>
          <w:szCs w:val="21"/>
        </w:rPr>
      </w:pPr>
      <w:r w:rsidRPr="00605799">
        <w:rPr>
          <w:rFonts w:ascii=".AppleSystemUIFont" w:hAnsi=".AppleSystemUIFont"/>
          <w:color w:val="0E0E0E"/>
          <w:sz w:val="21"/>
          <w:szCs w:val="21"/>
        </w:rPr>
        <w:t xml:space="preserve">At the </w:t>
      </w:r>
      <w:r>
        <w:rPr>
          <w:rFonts w:ascii=".AppleSystemUIFont" w:hAnsi=".AppleSystemUIFont"/>
          <w:color w:val="0E0E0E"/>
          <w:sz w:val="21"/>
          <w:szCs w:val="21"/>
        </w:rPr>
        <w:t>last day</w:t>
      </w:r>
      <w:r w:rsidRPr="00605799">
        <w:rPr>
          <w:rFonts w:ascii=".AppleSystemUIFont" w:hAnsi=".AppleSystemUIFont"/>
          <w:color w:val="0E0E0E"/>
          <w:sz w:val="21"/>
          <w:szCs w:val="21"/>
        </w:rPr>
        <w:t xml:space="preserve">, the children show off their success, their own sewn unique pieces, in a </w:t>
      </w:r>
      <w:proofErr w:type="spellStart"/>
      <w:r>
        <w:rPr>
          <w:rFonts w:ascii=".AppleSystemUIFont" w:hAnsi=".AppleSystemUIFont"/>
          <w:color w:val="0E0E0E"/>
          <w:sz w:val="21"/>
          <w:szCs w:val="21"/>
        </w:rPr>
        <w:t>symapatic</w:t>
      </w:r>
      <w:proofErr w:type="spellEnd"/>
      <w:r>
        <w:rPr>
          <w:rFonts w:ascii=".AppleSystemUIFont" w:hAnsi=".AppleSystemUIFont"/>
          <w:color w:val="0E0E0E"/>
          <w:sz w:val="21"/>
          <w:szCs w:val="21"/>
        </w:rPr>
        <w:t xml:space="preserve"> </w:t>
      </w:r>
      <w:r w:rsidRPr="00605799">
        <w:rPr>
          <w:rFonts w:ascii=".AppleSystemUIFont" w:hAnsi=".AppleSystemUIFont"/>
          <w:color w:val="0E0E0E"/>
          <w:sz w:val="21"/>
          <w:szCs w:val="21"/>
        </w:rPr>
        <w:t>fashion show.</w:t>
      </w:r>
    </w:p>
    <w:p w14:paraId="387F52ED" w14:textId="776A5848" w:rsidR="00417DD7" w:rsidRPr="00605799" w:rsidRDefault="00417DD7" w:rsidP="00417DD7">
      <w:pPr>
        <w:pStyle w:val="Heading3"/>
      </w:pPr>
      <w:r w:rsidRPr="00605799">
        <w:t xml:space="preserve">How the camp works – </w:t>
      </w:r>
    </w:p>
    <w:p w14:paraId="3276BAD8" w14:textId="6F0458F0" w:rsidR="00417DD7" w:rsidRPr="00605799" w:rsidRDefault="00417DD7" w:rsidP="00417DD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.AppleSystemUIFont" w:hAnsi=".AppleSystemUIFont" w:hint="eastAsia"/>
          <w:color w:val="0E0E0E"/>
          <w:sz w:val="21"/>
          <w:szCs w:val="21"/>
        </w:rPr>
      </w:pPr>
      <w:r w:rsidRPr="00605799">
        <w:rPr>
          <w:rStyle w:val="s1"/>
          <w:rFonts w:ascii=".AppleSystemUIFont" w:hAnsi=".AppleSystemUIFont"/>
          <w:b/>
          <w:bCs/>
          <w:color w:val="0E0E0E"/>
          <w:sz w:val="21"/>
          <w:szCs w:val="21"/>
        </w:rPr>
        <w:t xml:space="preserve">Project selection </w:t>
      </w:r>
      <w:r w:rsidRPr="00605799">
        <w:rPr>
          <w:rFonts w:ascii=".AppleSystemUIFont" w:hAnsi=".AppleSystemUIFont"/>
          <w:color w:val="0E0E0E"/>
          <w:sz w:val="21"/>
          <w:szCs w:val="21"/>
        </w:rPr>
        <w:t xml:space="preserve">– Your child chooses their own </w:t>
      </w:r>
      <w:r>
        <w:rPr>
          <w:rFonts w:ascii=".AppleSystemUIFont" w:hAnsi=".AppleSystemUIFont"/>
          <w:color w:val="0E0E0E"/>
          <w:sz w:val="21"/>
          <w:szCs w:val="21"/>
        </w:rPr>
        <w:t xml:space="preserve">model </w:t>
      </w:r>
      <w:r w:rsidRPr="00605799">
        <w:rPr>
          <w:rFonts w:ascii=".AppleSystemUIFont" w:hAnsi=".AppleSystemUIFont"/>
          <w:color w:val="0E0E0E"/>
          <w:sz w:val="21"/>
          <w:szCs w:val="21"/>
        </w:rPr>
        <w:t>based on previously produced clothing items and sewing patterns.</w:t>
      </w:r>
      <w:r>
        <w:rPr>
          <w:rFonts w:ascii=".AppleSystemUIFont" w:hAnsi=".AppleSystemUIFont"/>
          <w:color w:val="0E0E0E"/>
          <w:sz w:val="21"/>
          <w:szCs w:val="21"/>
        </w:rPr>
        <w:t xml:space="preserve"> </w:t>
      </w:r>
    </w:p>
    <w:p w14:paraId="0FEAC238" w14:textId="77777777" w:rsidR="00417DD7" w:rsidRPr="00605799" w:rsidRDefault="00417DD7" w:rsidP="00417DD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.AppleSystemUIFont" w:hAnsi=".AppleSystemUIFont" w:hint="eastAsia"/>
          <w:color w:val="0E0E0E"/>
          <w:sz w:val="21"/>
          <w:szCs w:val="21"/>
        </w:rPr>
      </w:pPr>
      <w:r w:rsidRPr="00417DD7">
        <w:rPr>
          <w:rFonts w:ascii=".AppleSystemUIFont" w:hAnsi=".AppleSystemUIFont"/>
          <w:b/>
          <w:bCs/>
          <w:color w:val="0E0E0E"/>
          <w:sz w:val="21"/>
          <w:szCs w:val="21"/>
        </w:rPr>
        <w:t>Fabric selection</w:t>
      </w:r>
      <w:r w:rsidRPr="00605799">
        <w:rPr>
          <w:rFonts w:ascii=".AppleSystemUIFont" w:hAnsi=".AppleSystemUIFont"/>
          <w:color w:val="0E0E0E"/>
          <w:sz w:val="21"/>
          <w:szCs w:val="21"/>
        </w:rPr>
        <w:t xml:space="preserve"> – High-quality fabrics are available. </w:t>
      </w:r>
    </w:p>
    <w:p w14:paraId="3C299857" w14:textId="77777777" w:rsidR="00417DD7" w:rsidRPr="00605799" w:rsidRDefault="00417DD7" w:rsidP="00417DD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.AppleSystemUIFont" w:hAnsi=".AppleSystemUIFont" w:hint="eastAsia"/>
          <w:color w:val="0E0E0E"/>
          <w:sz w:val="21"/>
          <w:szCs w:val="21"/>
        </w:rPr>
      </w:pPr>
      <w:r w:rsidRPr="00605799">
        <w:rPr>
          <w:rStyle w:val="s1"/>
          <w:rFonts w:ascii=".AppleSystemUIFont" w:hAnsi=".AppleSystemUIFont"/>
          <w:b/>
          <w:bCs/>
          <w:color w:val="0E0E0E"/>
          <w:sz w:val="21"/>
          <w:szCs w:val="21"/>
        </w:rPr>
        <w:t xml:space="preserve">Sewing machine </w:t>
      </w:r>
      <w:r w:rsidRPr="00605799">
        <w:rPr>
          <w:rFonts w:ascii=".AppleSystemUIFont" w:hAnsi=".AppleSystemUIFont"/>
          <w:color w:val="0E0E0E"/>
          <w:sz w:val="21"/>
          <w:szCs w:val="21"/>
        </w:rPr>
        <w:t>operation – Learn how to use a sewing machine</w:t>
      </w:r>
    </w:p>
    <w:p w14:paraId="22C60BB6" w14:textId="77777777" w:rsidR="00417DD7" w:rsidRPr="00605799" w:rsidRDefault="00417DD7" w:rsidP="00417DD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.AppleSystemUIFont" w:hAnsi=".AppleSystemUIFont" w:hint="eastAsia"/>
          <w:color w:val="0E0E0E"/>
          <w:sz w:val="21"/>
          <w:szCs w:val="21"/>
        </w:rPr>
      </w:pPr>
      <w:r w:rsidRPr="00605799">
        <w:rPr>
          <w:rStyle w:val="s1"/>
          <w:rFonts w:ascii=".AppleSystemUIFont" w:hAnsi=".AppleSystemUIFont"/>
          <w:b/>
          <w:bCs/>
          <w:color w:val="0E0E0E"/>
          <w:sz w:val="21"/>
          <w:szCs w:val="21"/>
        </w:rPr>
        <w:t xml:space="preserve">Sewing &amp; refining </w:t>
      </w:r>
      <w:r w:rsidRPr="00605799">
        <w:rPr>
          <w:rFonts w:ascii=".AppleSystemUIFont" w:hAnsi=".AppleSystemUIFont"/>
          <w:color w:val="0E0E0E"/>
          <w:sz w:val="21"/>
          <w:szCs w:val="21"/>
        </w:rPr>
        <w:t>– Step by step to the goal with professional guidance</w:t>
      </w:r>
    </w:p>
    <w:p w14:paraId="22BC113F" w14:textId="77777777" w:rsidR="00417DD7" w:rsidRPr="00C12633" w:rsidRDefault="00417DD7" w:rsidP="00417DD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.AppleSystemUIFont" w:hAnsi=".AppleSystemUIFont"/>
          <w:color w:val="0E0E0E"/>
          <w:sz w:val="21"/>
          <w:szCs w:val="21"/>
        </w:rPr>
      </w:pPr>
      <w:r w:rsidRPr="00605799">
        <w:rPr>
          <w:rStyle w:val="s1"/>
          <w:rFonts w:ascii=".AppleSystemUIFont" w:hAnsi=".AppleSystemUIFont"/>
          <w:b/>
          <w:bCs/>
          <w:color w:val="0E0E0E"/>
          <w:sz w:val="21"/>
          <w:szCs w:val="21"/>
        </w:rPr>
        <w:t xml:space="preserve">Showtime! </w:t>
      </w:r>
      <w:r w:rsidRPr="00605799">
        <w:rPr>
          <w:rFonts w:ascii=".AppleSystemUIFont" w:hAnsi=".AppleSystemUIFont"/>
          <w:color w:val="0E0E0E"/>
          <w:sz w:val="21"/>
          <w:szCs w:val="21"/>
        </w:rPr>
        <w:t>– Fashion show or photo shoot at the end of the week</w:t>
      </w:r>
    </w:p>
    <w:p w14:paraId="23EE6658" w14:textId="77777777" w:rsidR="00417DD7" w:rsidRDefault="00417DD7" w:rsidP="00417DD7">
      <w:pPr>
        <w:rPr>
          <w:rStyle w:val="s2"/>
        </w:rPr>
      </w:pPr>
      <w:r>
        <w:rPr>
          <w:rStyle w:val="s2"/>
          <w:noProof/>
        </w:rPr>
      </w:r>
      <w:r w:rsidR="00417DD7">
        <w:rPr>
          <w:rStyle w:val="s2"/>
          <w:noProof/>
        </w:rPr>
        <w:pict w14:anchorId="7404910C">
          <v:rect id="_x0000_i1027" alt="" style="width:339.75pt;height:.05pt;mso-width-percent:0;mso-height-percent:0;mso-width-percent:0;mso-height-percent:0" o:hrpct="726" o:hralign="center" o:hrstd="t" o:hr="t" fillcolor="#a0a0a0" stroked="f"/>
        </w:pict>
      </w:r>
    </w:p>
    <w:p w14:paraId="40843331" w14:textId="46F5A351" w:rsidR="00417DD7" w:rsidRPr="00417DD7" w:rsidRDefault="00417DD7" w:rsidP="00417DD7">
      <w:pPr>
        <w:pStyle w:val="Heading3"/>
        <w:rPr>
          <w:rFonts w:hint="eastAsia"/>
        </w:rPr>
      </w:pPr>
      <w:r w:rsidRPr="00605799">
        <w:t xml:space="preserve">Why parents choose us </w:t>
      </w:r>
    </w:p>
    <w:p w14:paraId="2AACB5F2" w14:textId="77777777" w:rsidR="00417DD7" w:rsidRPr="00605799" w:rsidRDefault="00417DD7" w:rsidP="00417DD7">
      <w:pPr>
        <w:rPr>
          <w:rFonts w:ascii=".AppleSystemUIFont" w:hAnsi=".AppleSystemUIFont" w:hint="eastAsia"/>
          <w:color w:val="0E0E0E"/>
          <w:sz w:val="21"/>
          <w:szCs w:val="21"/>
        </w:rPr>
      </w:pPr>
      <w:r w:rsidRPr="00605799">
        <w:rPr>
          <w:rFonts w:ascii="Apple Color Emoji" w:hAnsi="Apple Color Emoji" w:cs="Apple Color Emoji"/>
          <w:color w:val="0E0E0E"/>
          <w:sz w:val="21"/>
          <w:szCs w:val="21"/>
        </w:rPr>
        <w:t xml:space="preserve">✅ </w:t>
      </w:r>
      <w:r w:rsidRPr="00605799">
        <w:rPr>
          <w:rFonts w:ascii=".AppleSystemUIFont" w:hAnsi=".AppleSystemUIFont"/>
          <w:color w:val="0E0E0E"/>
          <w:sz w:val="21"/>
          <w:szCs w:val="21"/>
        </w:rPr>
        <w:t>Small groups &amp; personalized attention</w:t>
      </w:r>
    </w:p>
    <w:p w14:paraId="3ECCC1E8" w14:textId="77777777" w:rsidR="00417DD7" w:rsidRPr="00605799" w:rsidRDefault="00417DD7" w:rsidP="00417DD7">
      <w:pPr>
        <w:rPr>
          <w:rFonts w:ascii=".AppleSystemUIFont" w:hAnsi=".AppleSystemUIFont" w:hint="eastAsia"/>
          <w:color w:val="0E0E0E"/>
          <w:sz w:val="21"/>
          <w:szCs w:val="21"/>
        </w:rPr>
      </w:pPr>
      <w:r w:rsidRPr="00605799">
        <w:rPr>
          <w:rFonts w:ascii="Apple Color Emoji" w:hAnsi="Apple Color Emoji" w:cs="Apple Color Emoji"/>
          <w:color w:val="0E0E0E"/>
          <w:sz w:val="21"/>
          <w:szCs w:val="21"/>
        </w:rPr>
        <w:t xml:space="preserve">✅ </w:t>
      </w:r>
      <w:r w:rsidRPr="00605799">
        <w:rPr>
          <w:rFonts w:ascii=".AppleSystemUIFont" w:hAnsi=".AppleSystemUIFont"/>
          <w:color w:val="0E0E0E"/>
          <w:sz w:val="21"/>
          <w:szCs w:val="21"/>
        </w:rPr>
        <w:t>Multilingual supervision (DE / EN / IT)</w:t>
      </w:r>
    </w:p>
    <w:p w14:paraId="5037B593" w14:textId="77777777" w:rsidR="00417DD7" w:rsidRPr="00605799" w:rsidRDefault="00417DD7" w:rsidP="00417DD7">
      <w:pPr>
        <w:rPr>
          <w:rFonts w:ascii=".AppleSystemUIFont" w:hAnsi=".AppleSystemUIFont" w:hint="eastAsia"/>
          <w:color w:val="0E0E0E"/>
          <w:sz w:val="21"/>
          <w:szCs w:val="21"/>
        </w:rPr>
      </w:pPr>
      <w:r w:rsidRPr="00605799">
        <w:rPr>
          <w:rFonts w:ascii="Apple Color Emoji" w:hAnsi="Apple Color Emoji" w:cs="Apple Color Emoji"/>
          <w:color w:val="0E0E0E"/>
          <w:sz w:val="21"/>
          <w:szCs w:val="21"/>
        </w:rPr>
        <w:t xml:space="preserve">✅ </w:t>
      </w:r>
      <w:r w:rsidRPr="00605799">
        <w:rPr>
          <w:rFonts w:ascii=".AppleSystemUIFont" w:hAnsi=".AppleSystemUIFont"/>
          <w:color w:val="0E0E0E"/>
          <w:sz w:val="21"/>
          <w:szCs w:val="21"/>
        </w:rPr>
        <w:t>High-quality fabrics &amp; top-quality sewing machines (Bernina)</w:t>
      </w:r>
    </w:p>
    <w:p w14:paraId="043DAF82" w14:textId="77777777" w:rsidR="00417DD7" w:rsidRPr="00605799" w:rsidRDefault="00417DD7" w:rsidP="00417DD7">
      <w:pPr>
        <w:rPr>
          <w:rFonts w:ascii=".AppleSystemUIFont" w:hAnsi=".AppleSystemUIFont" w:hint="eastAsia"/>
          <w:color w:val="0E0E0E"/>
          <w:sz w:val="21"/>
          <w:szCs w:val="21"/>
        </w:rPr>
      </w:pPr>
      <w:r w:rsidRPr="00605799">
        <w:rPr>
          <w:rFonts w:ascii="Apple Color Emoji" w:hAnsi="Apple Color Emoji" w:cs="Apple Color Emoji"/>
          <w:color w:val="0E0E0E"/>
          <w:sz w:val="21"/>
          <w:szCs w:val="21"/>
        </w:rPr>
        <w:t xml:space="preserve">✅ </w:t>
      </w:r>
      <w:r w:rsidRPr="00605799">
        <w:rPr>
          <w:rFonts w:ascii=".AppleSystemUIFont" w:hAnsi=".AppleSystemUIFont"/>
          <w:color w:val="0E0E0E"/>
          <w:sz w:val="21"/>
          <w:szCs w:val="21"/>
        </w:rPr>
        <w:t>Encouragement of creativity, self-confidence, and fine motor skills</w:t>
      </w:r>
    </w:p>
    <w:p w14:paraId="4D82BF4E" w14:textId="77777777" w:rsidR="00417DD7" w:rsidRDefault="00417DD7" w:rsidP="00417DD7">
      <w:pPr>
        <w:rPr>
          <w:rFonts w:ascii=".AppleSystemUIFont" w:hAnsi=".AppleSystemUIFont"/>
          <w:color w:val="0E0E0E"/>
          <w:sz w:val="21"/>
          <w:szCs w:val="21"/>
        </w:rPr>
      </w:pPr>
      <w:r w:rsidRPr="00605799">
        <w:rPr>
          <w:rFonts w:ascii="Apple Color Emoji" w:hAnsi="Apple Color Emoji" w:cs="Apple Color Emoji"/>
          <w:color w:val="0E0E0E"/>
          <w:sz w:val="21"/>
          <w:szCs w:val="21"/>
        </w:rPr>
        <w:t xml:space="preserve">✅ </w:t>
      </w:r>
      <w:r w:rsidRPr="00605799">
        <w:rPr>
          <w:rFonts w:ascii=".AppleSystemUIFont" w:hAnsi=".AppleSystemUIFont"/>
          <w:color w:val="0E0E0E"/>
          <w:sz w:val="21"/>
          <w:szCs w:val="21"/>
        </w:rPr>
        <w:t>Safe, loving environment in Zurich</w:t>
      </w:r>
      <w:r>
        <w:rPr>
          <w:rFonts w:ascii=".AppleSystemUIFont" w:hAnsi=".AppleSystemUIFont"/>
          <w:color w:val="0E0E0E"/>
          <w:sz w:val="21"/>
          <w:szCs w:val="21"/>
        </w:rPr>
        <w:t>, various places easy to reach</w:t>
      </w:r>
    </w:p>
    <w:p w14:paraId="2BF1EC34" w14:textId="77777777" w:rsidR="00417DD7" w:rsidRDefault="00417DD7" w:rsidP="00417DD7">
      <w:pPr>
        <w:rPr>
          <w:rFonts w:ascii=".AppleSystemUIFont" w:hAnsi=".AppleSystemUIFont"/>
          <w:color w:val="0E0E0E"/>
          <w:sz w:val="21"/>
          <w:szCs w:val="21"/>
        </w:rPr>
      </w:pPr>
      <w:r w:rsidRPr="00605799">
        <w:rPr>
          <w:rFonts w:ascii="Apple Color Emoji" w:hAnsi="Apple Color Emoji" w:cs="Apple Color Emoji"/>
          <w:color w:val="0E0E0E"/>
          <w:sz w:val="21"/>
          <w:szCs w:val="21"/>
        </w:rPr>
        <w:t xml:space="preserve">✅ </w:t>
      </w:r>
      <w:r>
        <w:rPr>
          <w:rFonts w:ascii=".AppleSystemUIFont" w:hAnsi=".AppleSystemUIFont"/>
          <w:color w:val="0E0E0E"/>
          <w:sz w:val="21"/>
          <w:szCs w:val="21"/>
        </w:rPr>
        <w:t>Pick-up Service from the Main-Station</w:t>
      </w:r>
    </w:p>
    <w:p w14:paraId="7AFF4AB3" w14:textId="77777777" w:rsidR="00417DD7" w:rsidRPr="00605799" w:rsidRDefault="00417DD7" w:rsidP="00417DD7">
      <w:pPr>
        <w:rPr>
          <w:rFonts w:ascii=".AppleSystemUIFont" w:hAnsi=".AppleSystemUIFont" w:hint="eastAsia"/>
          <w:color w:val="0E0E0E"/>
          <w:sz w:val="21"/>
          <w:szCs w:val="21"/>
        </w:rPr>
      </w:pPr>
    </w:p>
    <w:p w14:paraId="4A82A43E" w14:textId="74934501" w:rsidR="00417DD7" w:rsidRPr="00605799" w:rsidRDefault="00417DD7" w:rsidP="00417DD7">
      <w:pPr>
        <w:pStyle w:val="Heading3"/>
      </w:pPr>
      <w:r w:rsidRPr="00605799">
        <w:t>FAQ</w:t>
      </w:r>
    </w:p>
    <w:p w14:paraId="10E3C9AD" w14:textId="77777777" w:rsidR="00417DD7" w:rsidRPr="00605799" w:rsidRDefault="00417DD7" w:rsidP="00417DD7">
      <w:pPr>
        <w:pStyle w:val="p1"/>
        <w:ind w:left="360"/>
      </w:pPr>
      <w:r w:rsidRPr="00605799">
        <w:rPr>
          <w:rStyle w:val="s1"/>
          <w:b/>
          <w:bCs/>
        </w:rPr>
        <w:t>FAQ section</w:t>
      </w:r>
      <w:r w:rsidRPr="00605799">
        <w:t>: e.g., "Does my child need any prior knowledge?", "How does the pick-up service work?", "How many items of clothing are produced?"</w:t>
      </w:r>
    </w:p>
    <w:p w14:paraId="37D21F48" w14:textId="5358F437" w:rsidR="008D5966" w:rsidRDefault="00417DD7" w:rsidP="00417DD7">
      <w:pPr>
        <w:pStyle w:val="p1"/>
        <w:ind w:left="360"/>
      </w:pPr>
      <w:r w:rsidRPr="00605799">
        <w:rPr>
          <w:rStyle w:val="s1"/>
        </w:rPr>
        <w:t>Approx</w:t>
      </w:r>
      <w:r w:rsidRPr="00AA2D3D">
        <w:t>.</w:t>
      </w:r>
      <w:r w:rsidRPr="00605799">
        <w:t xml:space="preserve"> 10 questions/answers</w:t>
      </w:r>
    </w:p>
    <w:sectPr w:rsidR="008D596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.AppleSystemUIFont">
    <w:altName w:val="Cambria"/>
    <w:panose1 w:val="020B0604020202020204"/>
    <w:charset w:val="00"/>
    <w:family w:val="roman"/>
    <w:pitch w:val="default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2F45216"/>
    <w:multiLevelType w:val="multilevel"/>
    <w:tmpl w:val="A0DC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100CA3"/>
    <w:multiLevelType w:val="multilevel"/>
    <w:tmpl w:val="12C22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63117851">
    <w:abstractNumId w:val="8"/>
  </w:num>
  <w:num w:numId="2" w16cid:durableId="30499988">
    <w:abstractNumId w:val="6"/>
  </w:num>
  <w:num w:numId="3" w16cid:durableId="802846560">
    <w:abstractNumId w:val="5"/>
  </w:num>
  <w:num w:numId="4" w16cid:durableId="186020360">
    <w:abstractNumId w:val="4"/>
  </w:num>
  <w:num w:numId="5" w16cid:durableId="2056195645">
    <w:abstractNumId w:val="7"/>
  </w:num>
  <w:num w:numId="6" w16cid:durableId="256520390">
    <w:abstractNumId w:val="3"/>
  </w:num>
  <w:num w:numId="7" w16cid:durableId="920984985">
    <w:abstractNumId w:val="2"/>
  </w:num>
  <w:num w:numId="8" w16cid:durableId="1647586823">
    <w:abstractNumId w:val="1"/>
  </w:num>
  <w:num w:numId="9" w16cid:durableId="2020545410">
    <w:abstractNumId w:val="0"/>
  </w:num>
  <w:num w:numId="10" w16cid:durableId="73742626">
    <w:abstractNumId w:val="10"/>
  </w:num>
  <w:num w:numId="11" w16cid:durableId="189172124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A281A"/>
    <w:rsid w:val="0029639D"/>
    <w:rsid w:val="00326F90"/>
    <w:rsid w:val="003702E1"/>
    <w:rsid w:val="00417DD7"/>
    <w:rsid w:val="00556098"/>
    <w:rsid w:val="008D5966"/>
    <w:rsid w:val="009E653D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0BF6D2"/>
  <w14:defaultImageDpi w14:val="300"/>
  <w15:docId w15:val="{D85AE925-3CCD-F647-A093-DFAB0A7C0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p1">
    <w:name w:val="p1"/>
    <w:basedOn w:val="Normal"/>
    <w:rsid w:val="00417D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417DD7"/>
  </w:style>
  <w:style w:type="character" w:customStyle="1" w:styleId="s2">
    <w:name w:val="s2"/>
    <w:basedOn w:val="DefaultParagraphFont"/>
    <w:rsid w:val="00417DD7"/>
  </w:style>
  <w:style w:type="paragraph" w:customStyle="1" w:styleId="p3">
    <w:name w:val="p3"/>
    <w:basedOn w:val="Normal"/>
    <w:rsid w:val="00417D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Normal"/>
    <w:rsid w:val="00417D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3">
    <w:name w:val="s3"/>
    <w:basedOn w:val="DefaultParagraphFont"/>
    <w:rsid w:val="00417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621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Stephan Breitenmoser</cp:lastModifiedBy>
  <cp:revision>2</cp:revision>
  <dcterms:created xsi:type="dcterms:W3CDTF">2013-12-23T23:15:00Z</dcterms:created>
  <dcterms:modified xsi:type="dcterms:W3CDTF">2025-10-11T18:49:00Z</dcterms:modified>
  <cp:category/>
</cp:coreProperties>
</file>