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C8F50" w14:textId="77777777" w:rsidR="0022001E" w:rsidRDefault="00000000">
      <w:pPr>
        <w:pStyle w:val="Heading1"/>
      </w:pPr>
      <w:r>
        <w:t>Chill Zone Cafe – Full Menu Redesign Brief</w:t>
      </w:r>
    </w:p>
    <w:p w14:paraId="6C22503B" w14:textId="77777777" w:rsidR="008C7E4D" w:rsidRDefault="008C7E4D" w:rsidP="00E13836"/>
    <w:p w14:paraId="3D5B4D4D" w14:textId="1BD0A4AA" w:rsidR="00E13836" w:rsidRPr="00E13836" w:rsidRDefault="00E13836" w:rsidP="00E13836">
      <w:pPr>
        <w:numPr>
          <w:ilvl w:val="0"/>
          <w:numId w:val="10"/>
        </w:numPr>
      </w:pPr>
      <w:r w:rsidRPr="00E13836">
        <w:t xml:space="preserve">Redesign Chill Zone Cafe’s menu into a </w:t>
      </w:r>
      <w:r w:rsidRPr="00E13836">
        <w:rPr>
          <w:b/>
          <w:bCs/>
        </w:rPr>
        <w:t xml:space="preserve">modern 12x12 inch </w:t>
      </w:r>
      <w:proofErr w:type="gramStart"/>
      <w:r w:rsidRPr="00E13836">
        <w:rPr>
          <w:b/>
          <w:bCs/>
        </w:rPr>
        <w:t>tri-fold</w:t>
      </w:r>
      <w:proofErr w:type="gramEnd"/>
      <w:r w:rsidRPr="00E13836">
        <w:t xml:space="preserve"> (6 panels) following brand colors and style sample, with clear fonts and uncluttered layout.</w:t>
      </w:r>
      <w:r>
        <w:t xml:space="preserve"> See attached….</w:t>
      </w:r>
    </w:p>
    <w:p w14:paraId="72B14F2C" w14:textId="447F44AD" w:rsidR="00E13836" w:rsidRPr="00E13836" w:rsidRDefault="00E13836" w:rsidP="00E13836">
      <w:pPr>
        <w:numPr>
          <w:ilvl w:val="0"/>
          <w:numId w:val="10"/>
        </w:numPr>
      </w:pPr>
      <w:r w:rsidRPr="00E13836">
        <w:rPr>
          <w:b/>
          <w:bCs/>
        </w:rPr>
        <w:t>Front cover</w:t>
      </w:r>
      <w:r w:rsidRPr="00E13836">
        <w:t>: Logo, location name (Fairfax – Courthouse), address, phone, website, and social media logos</w:t>
      </w:r>
      <w:r>
        <w:t xml:space="preserve">, IG, FB, </w:t>
      </w:r>
      <w:r w:rsidRPr="00E13836">
        <w:t>with barcodes (placeholders)</w:t>
      </w:r>
      <w:r>
        <w:t>, digital menu barcode for quick access</w:t>
      </w:r>
      <w:r w:rsidRPr="00E13836">
        <w:t>.</w:t>
      </w:r>
      <w:r>
        <w:t xml:space="preserve"> Finally in small text or icon include </w:t>
      </w:r>
      <w:r w:rsidRPr="00E13836">
        <w:t>“Halal Meat Offered at this location,”</w:t>
      </w:r>
      <w:r>
        <w:t xml:space="preserve"> </w:t>
      </w:r>
      <w:r>
        <w:br/>
        <w:t xml:space="preserve">Don’t </w:t>
      </w:r>
      <w:proofErr w:type="gramStart"/>
      <w:r>
        <w:t>use:</w:t>
      </w:r>
      <w:proofErr w:type="gramEnd"/>
      <w:r>
        <w:t xml:space="preserve"> real food images</w:t>
      </w:r>
      <w:r>
        <w:br/>
        <w:t xml:space="preserve">Use: artwork and creative designs </w:t>
      </w:r>
      <w:proofErr w:type="gramStart"/>
      <w:r>
        <w:t>similar to</w:t>
      </w:r>
      <w:proofErr w:type="gramEnd"/>
      <w:r>
        <w:t xml:space="preserve"> sample or anything cool and unique </w:t>
      </w:r>
    </w:p>
    <w:p w14:paraId="76EAF82F" w14:textId="3B66F262" w:rsidR="008C7E4D" w:rsidRDefault="00E13836" w:rsidP="00E13836">
      <w:pPr>
        <w:numPr>
          <w:ilvl w:val="0"/>
          <w:numId w:val="10"/>
        </w:numPr>
      </w:pPr>
      <w:r w:rsidRPr="00E13836">
        <w:rPr>
          <w:b/>
          <w:bCs/>
        </w:rPr>
        <w:t>Pages 1–2</w:t>
      </w:r>
      <w:r w:rsidRPr="00E13836">
        <w:t>: Beverages only</w:t>
      </w:r>
      <w:r>
        <w:t xml:space="preserve">. </w:t>
      </w:r>
      <w:r w:rsidR="008C7E4D">
        <w:t xml:space="preserve">Names only - </w:t>
      </w:r>
      <w:r>
        <w:t xml:space="preserve">Which consists of 3 main categories: </w:t>
      </w:r>
    </w:p>
    <w:p w14:paraId="3634866D" w14:textId="77777777" w:rsidR="008C7E4D" w:rsidRDefault="00E13836" w:rsidP="008C7E4D">
      <w:pPr>
        <w:numPr>
          <w:ilvl w:val="1"/>
          <w:numId w:val="10"/>
        </w:numPr>
      </w:pPr>
      <w:r w:rsidRPr="00E13836">
        <w:t>Hot Beverages</w:t>
      </w:r>
    </w:p>
    <w:p w14:paraId="0D27C514" w14:textId="77777777" w:rsidR="008C7E4D" w:rsidRDefault="00E13836" w:rsidP="008C7E4D">
      <w:pPr>
        <w:numPr>
          <w:ilvl w:val="1"/>
          <w:numId w:val="10"/>
        </w:numPr>
      </w:pPr>
      <w:r w:rsidRPr="00E13836">
        <w:t>Cold Beverages</w:t>
      </w:r>
    </w:p>
    <w:p w14:paraId="6EBA4FCA" w14:textId="77777777" w:rsidR="008C7E4D" w:rsidRDefault="00E13836" w:rsidP="008C7E4D">
      <w:pPr>
        <w:numPr>
          <w:ilvl w:val="1"/>
          <w:numId w:val="10"/>
        </w:numPr>
      </w:pPr>
      <w:r w:rsidRPr="00E13836">
        <w:t>Frappes &amp; Smoothies</w:t>
      </w:r>
    </w:p>
    <w:p w14:paraId="173740C6" w14:textId="109FBA14" w:rsidR="00E13836" w:rsidRPr="00E13836" w:rsidRDefault="008C7E4D" w:rsidP="008C7E4D">
      <w:r>
        <w:t>T</w:t>
      </w:r>
      <w:r w:rsidR="00E13836">
        <w:t xml:space="preserve">hen subcategories for each section. </w:t>
      </w:r>
      <w:r>
        <w:t>Include</w:t>
      </w:r>
      <w:r w:rsidR="00E13836">
        <w:t xml:space="preserve"> cold beverages and frappe and smoothies: </w:t>
      </w:r>
      <w:r w:rsidR="00E13836" w:rsidRPr="00E13836">
        <w:t>Toppings &amp; Milk Options; show names only (</w:t>
      </w:r>
      <w:proofErr w:type="gramStart"/>
      <w:r w:rsidR="00E13836" w:rsidRPr="00E13836">
        <w:t>no</w:t>
      </w:r>
      <w:proofErr w:type="gramEnd"/>
      <w:r w:rsidR="00E13836" w:rsidRPr="00E13836">
        <w:t xml:space="preserve"> descriptions) with placeholder prices </w:t>
      </w:r>
    </w:p>
    <w:p w14:paraId="3A51E5FC" w14:textId="77777777" w:rsidR="008C7E4D" w:rsidRDefault="00E13836" w:rsidP="00E13836">
      <w:pPr>
        <w:numPr>
          <w:ilvl w:val="0"/>
          <w:numId w:val="10"/>
        </w:numPr>
      </w:pPr>
      <w:r w:rsidRPr="00E13836">
        <w:rPr>
          <w:b/>
          <w:bCs/>
        </w:rPr>
        <w:t>Pages 3–6</w:t>
      </w:r>
      <w:r w:rsidRPr="00E13836">
        <w:t xml:space="preserve">: Food – Start with </w:t>
      </w:r>
    </w:p>
    <w:p w14:paraId="306E0C35" w14:textId="77777777" w:rsidR="008C7E4D" w:rsidRDefault="00E13836" w:rsidP="008C7E4D">
      <w:pPr>
        <w:numPr>
          <w:ilvl w:val="1"/>
          <w:numId w:val="10"/>
        </w:numPr>
      </w:pPr>
      <w:r w:rsidRPr="00E13836">
        <w:t>Breakfast</w:t>
      </w:r>
    </w:p>
    <w:p w14:paraId="62019EA0" w14:textId="77777777" w:rsidR="008C7E4D" w:rsidRDefault="00E13836" w:rsidP="008C7E4D">
      <w:pPr>
        <w:numPr>
          <w:ilvl w:val="1"/>
          <w:numId w:val="10"/>
        </w:numPr>
      </w:pPr>
      <w:r w:rsidRPr="00E13836">
        <w:t>Small Bites</w:t>
      </w:r>
    </w:p>
    <w:p w14:paraId="4E2BD11E" w14:textId="77777777" w:rsidR="008C7E4D" w:rsidRDefault="008C7E4D" w:rsidP="008C7E4D">
      <w:pPr>
        <w:numPr>
          <w:ilvl w:val="1"/>
          <w:numId w:val="10"/>
        </w:numPr>
      </w:pPr>
      <w:r>
        <w:t>Pho</w:t>
      </w:r>
    </w:p>
    <w:p w14:paraId="2601ED27" w14:textId="77777777" w:rsidR="008C7E4D" w:rsidRDefault="008C7E4D" w:rsidP="008C7E4D">
      <w:pPr>
        <w:numPr>
          <w:ilvl w:val="1"/>
          <w:numId w:val="10"/>
        </w:numPr>
      </w:pPr>
      <w:r>
        <w:t>Banh Mi</w:t>
      </w:r>
    </w:p>
    <w:p w14:paraId="05F54853" w14:textId="77777777" w:rsidR="008C7E4D" w:rsidRDefault="008C7E4D" w:rsidP="008C7E4D">
      <w:pPr>
        <w:numPr>
          <w:ilvl w:val="1"/>
          <w:numId w:val="10"/>
        </w:numPr>
      </w:pPr>
      <w:r>
        <w:t>Grills</w:t>
      </w:r>
    </w:p>
    <w:p w14:paraId="0212D888" w14:textId="77777777" w:rsidR="008C7E4D" w:rsidRDefault="00E13836" w:rsidP="008C7E4D">
      <w:pPr>
        <w:numPr>
          <w:ilvl w:val="1"/>
          <w:numId w:val="10"/>
        </w:numPr>
      </w:pPr>
      <w:r w:rsidRPr="00E13836">
        <w:t>Viet Keto</w:t>
      </w:r>
    </w:p>
    <w:p w14:paraId="73ADE65B" w14:textId="77777777" w:rsidR="008C7E4D" w:rsidRDefault="00E13836" w:rsidP="008C7E4D">
      <w:pPr>
        <w:numPr>
          <w:ilvl w:val="1"/>
          <w:numId w:val="10"/>
        </w:numPr>
      </w:pPr>
      <w:r w:rsidRPr="00E13836">
        <w:t>Vegetarian</w:t>
      </w:r>
    </w:p>
    <w:p w14:paraId="4A263B63" w14:textId="77777777" w:rsidR="008C7E4D" w:rsidRDefault="008C7E4D" w:rsidP="008C7E4D">
      <w:pPr>
        <w:numPr>
          <w:ilvl w:val="1"/>
          <w:numId w:val="10"/>
        </w:numPr>
      </w:pPr>
      <w:r>
        <w:t>Other foods</w:t>
      </w:r>
    </w:p>
    <w:p w14:paraId="466F98A2" w14:textId="77777777" w:rsidR="008C7E4D" w:rsidRDefault="00E13836" w:rsidP="008C7E4D">
      <w:pPr>
        <w:numPr>
          <w:ilvl w:val="1"/>
          <w:numId w:val="10"/>
        </w:numPr>
      </w:pPr>
      <w:r w:rsidRPr="00E13836">
        <w:t>Desserts (+3 placeholders)</w:t>
      </w:r>
    </w:p>
    <w:p w14:paraId="132ED07E" w14:textId="77777777" w:rsidR="008C7E4D" w:rsidRDefault="00E13836" w:rsidP="008C7E4D">
      <w:pPr>
        <w:numPr>
          <w:ilvl w:val="1"/>
          <w:numId w:val="10"/>
        </w:numPr>
      </w:pPr>
      <w:r w:rsidRPr="00E13836">
        <w:t>keep descriptions and current prices.</w:t>
      </w:r>
      <w:r>
        <w:t xml:space="preserve"> </w:t>
      </w:r>
    </w:p>
    <w:p w14:paraId="3DBCB416" w14:textId="0601354A" w:rsidR="00E13836" w:rsidRPr="00E13836" w:rsidRDefault="00E13836" w:rsidP="008C7E4D">
      <w:pPr>
        <w:rPr>
          <w:b/>
          <w:bCs/>
        </w:rPr>
      </w:pPr>
      <w:r w:rsidRPr="008C7E4D">
        <w:rPr>
          <w:b/>
          <w:bCs/>
        </w:rPr>
        <w:t xml:space="preserve">Don’t: </w:t>
      </w:r>
      <w:r w:rsidRPr="00E13836">
        <w:rPr>
          <w:b/>
          <w:bCs/>
        </w:rPr>
        <w:t>no pork</w:t>
      </w:r>
      <w:r w:rsidRPr="008C7E4D">
        <w:rPr>
          <w:b/>
          <w:bCs/>
        </w:rPr>
        <w:t xml:space="preserve"> items at this location so skip those when copying old menu</w:t>
      </w:r>
    </w:p>
    <w:p w14:paraId="0B5586C3" w14:textId="77777777" w:rsidR="00E13836" w:rsidRPr="00E13836" w:rsidRDefault="00E13836" w:rsidP="00E13836">
      <w:pPr>
        <w:numPr>
          <w:ilvl w:val="0"/>
          <w:numId w:val="10"/>
        </w:numPr>
      </w:pPr>
      <w:r w:rsidRPr="00E13836">
        <w:rPr>
          <w:b/>
          <w:bCs/>
        </w:rPr>
        <w:lastRenderedPageBreak/>
        <w:t>Back panel</w:t>
      </w:r>
      <w:r w:rsidRPr="00E13836">
        <w:t>: New background artwork from Daniel, keep same text as current menu.</w:t>
      </w:r>
    </w:p>
    <w:p w14:paraId="6B1FA75A" w14:textId="77777777" w:rsidR="00E13836" w:rsidRPr="00E13836" w:rsidRDefault="00E13836" w:rsidP="00E13836">
      <w:pPr>
        <w:numPr>
          <w:ilvl w:val="0"/>
          <w:numId w:val="10"/>
        </w:numPr>
      </w:pPr>
      <w:r w:rsidRPr="00E13836">
        <w:t>Maintain allergy icons, balance visuals, and use appetizing images (placeholders if needed).</w:t>
      </w:r>
    </w:p>
    <w:p w14:paraId="7949E977" w14:textId="77777777" w:rsidR="00E13836" w:rsidRPr="00E13836" w:rsidRDefault="00E13836" w:rsidP="00E13836"/>
    <w:sectPr w:rsidR="00E13836" w:rsidRPr="00E1383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7D3A5FA0"/>
    <w:multiLevelType w:val="multilevel"/>
    <w:tmpl w:val="72B05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2041501">
    <w:abstractNumId w:val="8"/>
  </w:num>
  <w:num w:numId="2" w16cid:durableId="540441168">
    <w:abstractNumId w:val="6"/>
  </w:num>
  <w:num w:numId="3" w16cid:durableId="392002009">
    <w:abstractNumId w:val="5"/>
  </w:num>
  <w:num w:numId="4" w16cid:durableId="1785616378">
    <w:abstractNumId w:val="4"/>
  </w:num>
  <w:num w:numId="5" w16cid:durableId="1858078896">
    <w:abstractNumId w:val="7"/>
  </w:num>
  <w:num w:numId="6" w16cid:durableId="1255169510">
    <w:abstractNumId w:val="3"/>
  </w:num>
  <w:num w:numId="7" w16cid:durableId="1894274012">
    <w:abstractNumId w:val="2"/>
  </w:num>
  <w:num w:numId="8" w16cid:durableId="1871525237">
    <w:abstractNumId w:val="1"/>
  </w:num>
  <w:num w:numId="9" w16cid:durableId="1937133401">
    <w:abstractNumId w:val="0"/>
  </w:num>
  <w:num w:numId="10" w16cid:durableId="13134126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2001E"/>
    <w:rsid w:val="0029639D"/>
    <w:rsid w:val="00326F90"/>
    <w:rsid w:val="00347DD9"/>
    <w:rsid w:val="008C7E4D"/>
    <w:rsid w:val="00AA1D8D"/>
    <w:rsid w:val="00B47730"/>
    <w:rsid w:val="00CB0664"/>
    <w:rsid w:val="00E1383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2F08A2"/>
  <w14:defaultImageDpi w14:val="300"/>
  <w15:docId w15:val="{7B58BB9F-7105-4DC3-BC91-9DE4324C1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Alan Omar</cp:lastModifiedBy>
  <cp:revision>2</cp:revision>
  <dcterms:created xsi:type="dcterms:W3CDTF">2025-08-11T19:45:00Z</dcterms:created>
  <dcterms:modified xsi:type="dcterms:W3CDTF">2025-08-11T19:45:00Z</dcterms:modified>
  <cp:category/>
</cp:coreProperties>
</file>