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40E15" w14:textId="77777777" w:rsidR="00D81E48" w:rsidRPr="000353E2" w:rsidRDefault="00000000">
      <w:pPr>
        <w:pStyle w:val="Ttulo1"/>
        <w:rPr>
          <w:lang w:val="es-CR"/>
        </w:rPr>
      </w:pPr>
      <w:r w:rsidRPr="000353E2">
        <w:rPr>
          <w:lang w:val="es-CR"/>
        </w:rPr>
        <w:t>Grupo Jardín – Logo Design Brief</w:t>
      </w:r>
    </w:p>
    <w:p w14:paraId="6A4D1AB6" w14:textId="77777777" w:rsidR="00D81E48" w:rsidRPr="000353E2" w:rsidRDefault="00000000">
      <w:pPr>
        <w:pStyle w:val="Ttulo2"/>
        <w:rPr>
          <w:lang w:val="es-CR"/>
        </w:rPr>
      </w:pPr>
      <w:r w:rsidRPr="000353E2">
        <w:rPr>
          <w:lang w:val="es-CR"/>
        </w:rPr>
        <w:t>Brand Name:</w:t>
      </w:r>
    </w:p>
    <w:p w14:paraId="2B06A537" w14:textId="77777777" w:rsidR="00D81E48" w:rsidRPr="000353E2" w:rsidRDefault="00000000">
      <w:pPr>
        <w:rPr>
          <w:lang w:val="es-CR"/>
        </w:rPr>
      </w:pPr>
      <w:r w:rsidRPr="000353E2">
        <w:rPr>
          <w:lang w:val="es-CR"/>
        </w:rPr>
        <w:t>Grupo Jardín</w:t>
      </w:r>
    </w:p>
    <w:p w14:paraId="38FCF471" w14:textId="77777777" w:rsidR="00D81E48" w:rsidRDefault="00000000">
      <w:pPr>
        <w:pStyle w:val="Ttulo2"/>
      </w:pPr>
      <w:r>
        <w:t>About the Brand:</w:t>
      </w:r>
    </w:p>
    <w:p w14:paraId="6E0CA027" w14:textId="77777777" w:rsidR="000353E2" w:rsidRDefault="00000000">
      <w:r>
        <w:t>Grupo Jardín is a hospitality and restaurant management company operating in Latin America. We manage boutique hotels, restaurants, and wellness experiences with a focus on operational excellence, innovation, and sustainability.</w:t>
      </w:r>
    </w:p>
    <w:p w14:paraId="5B3A5523" w14:textId="361ECBE6" w:rsidR="00D81E48" w:rsidRDefault="000353E2">
      <w:r>
        <w:t>Our main focus is hotel management, over restaurant, although we do both</w:t>
      </w:r>
      <w:r w:rsidR="00000000">
        <w:br/>
      </w:r>
      <w:r w:rsidR="00000000">
        <w:br/>
        <w:t>Our current portfolio includes:</w:t>
      </w:r>
    </w:p>
    <w:p w14:paraId="67E1017F" w14:textId="77777777" w:rsidR="00D81E48" w:rsidRDefault="00000000">
      <w:pPr>
        <w:pStyle w:val="Ttulo3"/>
      </w:pPr>
      <w:r>
        <w:t>1. Jardín Atacama – Chile</w:t>
      </w:r>
    </w:p>
    <w:p w14:paraId="3E03408D" w14:textId="5FC7F7D5" w:rsidR="00D81E48" w:rsidRDefault="00000000">
      <w:r>
        <w:t>- Boutique hotel located in the Atacama Desert</w:t>
      </w:r>
      <w:r>
        <w:br/>
        <w:t xml:space="preserve">- Focus: Authentic local experience, personalized service, </w:t>
      </w:r>
      <w:r w:rsidR="000353E2">
        <w:t xml:space="preserve">great price/quality and superb location in </w:t>
      </w:r>
      <w:r>
        <w:t>desert magic</w:t>
      </w:r>
      <w:r>
        <w:br/>
        <w:t>- Website: www.jardinatacama.com</w:t>
      </w:r>
      <w:r>
        <w:br/>
        <w:t>- Instagram: @jardinatacama</w:t>
      </w:r>
    </w:p>
    <w:p w14:paraId="1DD02BC7" w14:textId="77777777" w:rsidR="00D81E48" w:rsidRDefault="00000000">
      <w:pPr>
        <w:pStyle w:val="Ttulo3"/>
      </w:pPr>
      <w:r>
        <w:t>2. Cariblue Beach &amp; Jungle Resort – Costa Rica</w:t>
      </w:r>
    </w:p>
    <w:p w14:paraId="562C40DE" w14:textId="26547961" w:rsidR="00D81E48" w:rsidRDefault="00000000">
      <w:r>
        <w:t>- Tropical resort located in Playa Cocles, Puerto Viejo</w:t>
      </w:r>
      <w:r w:rsidR="000353E2">
        <w:t>, also great location</w:t>
      </w:r>
      <w:r>
        <w:br/>
        <w:t>- Includes two restaurants and a spa:</w:t>
      </w:r>
      <w:r>
        <w:br/>
        <w:t xml:space="preserve">   - La Jungla – International cuisine</w:t>
      </w:r>
      <w:r>
        <w:br/>
        <w:t xml:space="preserve">   - Sushiwave – Nikkei sushi &amp; ceviche</w:t>
      </w:r>
      <w:r>
        <w:br/>
        <w:t xml:space="preserve">   - Surya Spa – Relaxation and wellness services</w:t>
      </w:r>
      <w:r>
        <w:br/>
        <w:t>- Website: www.cariblue.com</w:t>
      </w:r>
      <w:r>
        <w:br/>
        <w:t>- Instagram:</w:t>
      </w:r>
      <w:r>
        <w:br/>
        <w:t xml:space="preserve">   - @cariblue_cr</w:t>
      </w:r>
      <w:r>
        <w:br/>
        <w:t xml:space="preserve">   - @sushiwave_cr</w:t>
      </w:r>
    </w:p>
    <w:p w14:paraId="7AC15ABD" w14:textId="77777777" w:rsidR="00D81E48" w:rsidRDefault="00000000">
      <w:pPr>
        <w:pStyle w:val="Ttulo3"/>
      </w:pPr>
      <w:r>
        <w:t>3. Sonora Jungle Retreat – Costa Rica</w:t>
      </w:r>
    </w:p>
    <w:p w14:paraId="66C2F98C" w14:textId="77777777" w:rsidR="00D81E48" w:rsidRDefault="00000000">
      <w:r>
        <w:t>- Boutique hotel focused on wellness, nature and retreats</w:t>
      </w:r>
      <w:r>
        <w:br/>
        <w:t>- Located near Puerto Viejo, Limón</w:t>
      </w:r>
      <w:r>
        <w:br/>
        <w:t>- Website: www.sonorajungleretreat.com</w:t>
      </w:r>
      <w:r>
        <w:br/>
        <w:t>- Instagram: @sonora.jungleretreat</w:t>
      </w:r>
    </w:p>
    <w:p w14:paraId="60EC577C" w14:textId="77777777" w:rsidR="00D81E48" w:rsidRDefault="00000000">
      <w:pPr>
        <w:pStyle w:val="Ttulo2"/>
      </w:pPr>
      <w:r>
        <w:t>What We Stand For:</w:t>
      </w:r>
    </w:p>
    <w:p w14:paraId="65E511E7" w14:textId="77777777" w:rsidR="00D81E48" w:rsidRDefault="00000000">
      <w:r>
        <w:t>We are not just a hotel group — we are operators.</w:t>
      </w:r>
      <w:r>
        <w:br/>
        <w:t>Our core strengths:</w:t>
      </w:r>
      <w:r>
        <w:br/>
        <w:t>- Efficient and profitable property management</w:t>
      </w:r>
      <w:r>
        <w:br/>
        <w:t>- Strong focus on digital marketing, big data and AI</w:t>
      </w:r>
      <w:r>
        <w:br/>
      </w:r>
      <w:r>
        <w:lastRenderedPageBreak/>
        <w:t>- Sustainability and connection to nature</w:t>
      </w:r>
      <w:r>
        <w:br/>
        <w:t>- Premium guest experiences with an innovative edge</w:t>
      </w:r>
    </w:p>
    <w:p w14:paraId="1FECAD4D" w14:textId="77777777" w:rsidR="00D81E48" w:rsidRDefault="00000000">
      <w:pPr>
        <w:pStyle w:val="Ttulo2"/>
      </w:pPr>
      <w:r>
        <w:t>Logo Goals:</w:t>
      </w:r>
    </w:p>
    <w:p w14:paraId="55C12967" w14:textId="77777777" w:rsidR="00D81E48" w:rsidRDefault="00000000">
      <w:r>
        <w:t>We want a logo that:</w:t>
      </w:r>
      <w:r>
        <w:br/>
        <w:t>- Feels modern, professional, and elegant</w:t>
      </w:r>
      <w:r>
        <w:br/>
        <w:t>- Reflects innovation, nature, and smart hospitality</w:t>
      </w:r>
      <w:r>
        <w:br/>
        <w:t>- Is flexible enough to work with or without a symbol</w:t>
      </w:r>
    </w:p>
    <w:p w14:paraId="6E5E4ABA" w14:textId="77777777" w:rsidR="00D81E48" w:rsidRDefault="00000000">
      <w:pPr>
        <w:pStyle w:val="Ttulo2"/>
      </w:pPr>
      <w:r>
        <w:t>Logo Must Include:</w:t>
      </w:r>
    </w:p>
    <w:p w14:paraId="3265BA81" w14:textId="77777777" w:rsidR="00D81E48" w:rsidRDefault="00000000">
      <w:r>
        <w:t>- The name Grupo Jardín</w:t>
      </w:r>
      <w:r>
        <w:br/>
        <w:t>- A tagline (examples):</w:t>
      </w:r>
      <w:r>
        <w:br/>
        <w:t xml:space="preserve">   • Hotel &amp; Restaurant Management</w:t>
      </w:r>
      <w:r>
        <w:br/>
        <w:t xml:space="preserve">   • Smart Hospitality Management</w:t>
      </w:r>
      <w:r>
        <w:br/>
        <w:t xml:space="preserve">   • We Manage. You Grow.</w:t>
      </w:r>
      <w:r>
        <w:br/>
        <w:t>- Versions in full color and black &amp; white</w:t>
      </w:r>
      <w:r>
        <w:br/>
        <w:t>- Formats: .PNG, .SVG, .PDF with transparent background</w:t>
      </w:r>
    </w:p>
    <w:p w14:paraId="03B0C74D" w14:textId="77777777" w:rsidR="00D81E48" w:rsidRDefault="00000000">
      <w:pPr>
        <w:pStyle w:val="Ttulo2"/>
      </w:pPr>
      <w:r>
        <w:t>Visual Style Suggestions:</w:t>
      </w:r>
    </w:p>
    <w:p w14:paraId="2FDA7FAF" w14:textId="77777777" w:rsidR="00D81E48" w:rsidRDefault="00000000">
      <w:r>
        <w:t>- Font: Sans Serif (clean, modern)</w:t>
      </w:r>
      <w:r>
        <w:br/>
        <w:t>- Colors: Natural and elegant tones (green, blue-green, earthy neutrals). Avoid very bright or playful tones.</w:t>
      </w:r>
      <w:r>
        <w:br/>
        <w:t>- Preferred logo types: Wordmark, Abstract, Pictorial/Combination</w:t>
      </w:r>
      <w:r>
        <w:br/>
        <w:t>- Optional icon ideas: Symbolic or abstract shapes that subtly evoke nature, growth, innovation, or connection</w:t>
      </w:r>
    </w:p>
    <w:p w14:paraId="6C612494" w14:textId="77777777" w:rsidR="00D81E48" w:rsidRDefault="00000000">
      <w:pPr>
        <w:pStyle w:val="Ttulo2"/>
      </w:pPr>
      <w:r>
        <w:t>Avoid:</w:t>
      </w:r>
    </w:p>
    <w:p w14:paraId="65C530F5" w14:textId="77777777" w:rsidR="00D81E48" w:rsidRDefault="00000000">
      <w:r>
        <w:t>- Overused icons (palm trees, hotel buildings, generic travel symbols)</w:t>
      </w:r>
      <w:r>
        <w:br/>
        <w:t>- Cliché or outdated fonts</w:t>
      </w:r>
      <w:r>
        <w:br/>
        <w:t>- Cartoonish or overly playful style</w:t>
      </w:r>
    </w:p>
    <w:sectPr w:rsidR="00D81E4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44339370">
    <w:abstractNumId w:val="8"/>
  </w:num>
  <w:num w:numId="2" w16cid:durableId="1189487546">
    <w:abstractNumId w:val="6"/>
  </w:num>
  <w:num w:numId="3" w16cid:durableId="1677465680">
    <w:abstractNumId w:val="5"/>
  </w:num>
  <w:num w:numId="4" w16cid:durableId="1127242751">
    <w:abstractNumId w:val="4"/>
  </w:num>
  <w:num w:numId="5" w16cid:durableId="1384283037">
    <w:abstractNumId w:val="7"/>
  </w:num>
  <w:num w:numId="6" w16cid:durableId="2073842323">
    <w:abstractNumId w:val="3"/>
  </w:num>
  <w:num w:numId="7" w16cid:durableId="1547257811">
    <w:abstractNumId w:val="2"/>
  </w:num>
  <w:num w:numId="8" w16cid:durableId="1645701742">
    <w:abstractNumId w:val="1"/>
  </w:num>
  <w:num w:numId="9" w16cid:durableId="1968970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353E2"/>
    <w:rsid w:val="0006063C"/>
    <w:rsid w:val="0015074B"/>
    <w:rsid w:val="0029639D"/>
    <w:rsid w:val="00326F90"/>
    <w:rsid w:val="0088771C"/>
    <w:rsid w:val="00AA1D8D"/>
    <w:rsid w:val="00B47730"/>
    <w:rsid w:val="00CB0664"/>
    <w:rsid w:val="00D81E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4AF968"/>
  <w14:defaultImageDpi w14:val="300"/>
  <w15:docId w15:val="{615BE106-0F5A-4D26-911D-2BBFE2316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Felipe Meyer</cp:lastModifiedBy>
  <cp:revision>2</cp:revision>
  <dcterms:created xsi:type="dcterms:W3CDTF">2013-12-23T23:15:00Z</dcterms:created>
  <dcterms:modified xsi:type="dcterms:W3CDTF">2025-07-24T03:49:00Z</dcterms:modified>
  <cp:category/>
</cp:coreProperties>
</file>