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332D9" w14:textId="77777777" w:rsidR="00E54523" w:rsidRPr="00F979CC" w:rsidRDefault="00F979CC" w:rsidP="00F979CC">
      <w:pPr>
        <w:pStyle w:val="Heading1"/>
        <w:jc w:val="center"/>
        <w:rPr>
          <w:sz w:val="36"/>
          <w:szCs w:val="36"/>
        </w:rPr>
      </w:pPr>
      <w:r w:rsidRPr="00F979CC">
        <w:rPr>
          <w:sz w:val="36"/>
          <w:szCs w:val="36"/>
        </w:rPr>
        <w:t>Book Cover Design Brief</w:t>
      </w:r>
    </w:p>
    <w:p w14:paraId="50627AE2" w14:textId="77777777" w:rsidR="00E54523" w:rsidRDefault="00F979CC" w:rsidP="00F979CC">
      <w:pPr>
        <w:jc w:val="center"/>
      </w:pPr>
      <w:r>
        <w:t>The Strong Series by Charlotte Williams</w:t>
      </w:r>
    </w:p>
    <w:p w14:paraId="6D1117F3" w14:textId="77777777" w:rsidR="00E54523" w:rsidRDefault="00F979CC">
      <w:pPr>
        <w:pStyle w:val="Heading2"/>
      </w:pPr>
      <w:r>
        <w:t>About the Project</w:t>
      </w:r>
    </w:p>
    <w:p w14:paraId="43D0BC0A" w14:textId="77777777" w:rsidR="00E54523" w:rsidRDefault="00F979CC">
      <w:r>
        <w:t>We are seeking an outstanding cover design concept for a new ten-part book series titled *The Strong Series*. This collection explores the emotional, therapeutic and professional power of working with animals in education, therapy, care, leadership and personal growth. Each book offers a unique lens on the human–animal connection, written by Charlotte Williams, founder of Elysian, a UK-based therapeutic organisation that works with over 30 species of animals across several specialist schools and services.</w:t>
      </w:r>
      <w:r>
        <w:br/>
      </w:r>
      <w:r>
        <w:br/>
        <w:t>The aim is to develop ten front cover designs that feel emotionally compelling and connected as a series, while also allowing for creative variation between books. We are launching this competition to find a designer whose style resonates with the vision and who can help bring these powerful themes to life visually.</w:t>
      </w:r>
      <w:r>
        <w:br/>
      </w:r>
      <w:r>
        <w:br/>
        <w:t>We are open to receiving one concept initially. The winning designer will be invited to complete the remaining covers as a paid commission.</w:t>
      </w:r>
    </w:p>
    <w:p w14:paraId="39CAA1BA" w14:textId="77777777" w:rsidR="00E54523" w:rsidRDefault="00F979CC">
      <w:pPr>
        <w:pStyle w:val="Heading2"/>
      </w:pPr>
      <w:r>
        <w:t>Visual Direction</w:t>
      </w:r>
    </w:p>
    <w:p w14:paraId="2DAB2B19" w14:textId="77777777" w:rsidR="00E54523" w:rsidRDefault="00F979CC">
      <w:r>
        <w:t>The covers should feel emotionally resonant, visually symbolic and thematically unified. Nothing is fixed, and we welcome creativity, surprises and new interpretations from the illustrator. The focus should be on evoking a strong emotional response – warmth, hope, courage, reflection, quiet strength – without being overly literal.</w:t>
      </w:r>
    </w:p>
    <w:p w14:paraId="1AA11F59" w14:textId="77777777" w:rsidR="00E54523" w:rsidRDefault="00F979CC">
      <w:r>
        <w:t>Preferred elements (but not required):</w:t>
      </w:r>
    </w:p>
    <w:p w14:paraId="323C54D4" w14:textId="77777777" w:rsidR="00E54523" w:rsidRDefault="00F979CC">
      <w:pPr>
        <w:pStyle w:val="ListBullet"/>
      </w:pPr>
      <w:r>
        <w:t>- Deep purple as a base colour</w:t>
      </w:r>
    </w:p>
    <w:p w14:paraId="4F8F0508" w14:textId="77777777" w:rsidR="00E54523" w:rsidRDefault="00F979CC">
      <w:pPr>
        <w:pStyle w:val="ListBullet"/>
      </w:pPr>
      <w:r>
        <w:t>- Warm orange for accents</w:t>
      </w:r>
    </w:p>
    <w:p w14:paraId="3CC0F0B4" w14:textId="77777777" w:rsidR="00E54523" w:rsidRDefault="00F979CC">
      <w:pPr>
        <w:pStyle w:val="ListBullet"/>
      </w:pPr>
      <w:r>
        <w:t>- Black or white silhouettes</w:t>
      </w:r>
    </w:p>
    <w:p w14:paraId="50DEF957" w14:textId="77777777" w:rsidR="00E54523" w:rsidRDefault="00F979CC">
      <w:pPr>
        <w:pStyle w:val="ListBullet"/>
      </w:pPr>
      <w:r>
        <w:t>- Clean, elegant typography with STRONG as the visual anchor</w:t>
      </w:r>
    </w:p>
    <w:p w14:paraId="1510512E" w14:textId="77777777" w:rsidR="00E54523" w:rsidRDefault="00F979CC">
      <w:pPr>
        <w:pStyle w:val="ListBullet"/>
      </w:pPr>
      <w:r>
        <w:t>- Symbolic imagery such as circles, trees, spirals, paths, rising suns</w:t>
      </w:r>
    </w:p>
    <w:p w14:paraId="2E070BA2" w14:textId="77777777" w:rsidR="00E54523" w:rsidRDefault="00F979CC">
      <w:r>
        <w:t>- A soft connection to the Elysian brand feel</w:t>
      </w:r>
    </w:p>
    <w:p w14:paraId="5F5608FC" w14:textId="77777777" w:rsidR="00E54523" w:rsidRDefault="00F979CC">
      <w:pPr>
        <w:pStyle w:val="Heading2"/>
      </w:pPr>
      <w:r>
        <w:t>Series Themes and Titles</w:t>
      </w:r>
    </w:p>
    <w:p w14:paraId="02A3A22A" w14:textId="77777777" w:rsidR="00E54523" w:rsidRDefault="00F979CC">
      <w:r>
        <w:t>The books are all grounded in the real-life work and emotional experience of delivering animal-assisted interventions (AAI) in the UK. They are aimed at a wide audience – from professionals and educators to parents, carers and leaders. Each book has its own theme and personality, but all carry a common emotional thread: strength through connection, growth and purpose.</w:t>
      </w:r>
      <w:r>
        <w:br/>
      </w:r>
      <w:r>
        <w:br/>
      </w:r>
      <w:r>
        <w:lastRenderedPageBreak/>
        <w:t>Below is a list of the final titles, with brief descriptions and the current progress status. Any book can be used as the basis for an initial design concept.</w:t>
      </w:r>
    </w:p>
    <w:p w14:paraId="5A90C6F9" w14:textId="77777777" w:rsidR="00E54523" w:rsidRDefault="00F979CC">
      <w:pPr>
        <w:pStyle w:val="Heading3"/>
      </w:pPr>
      <w:r>
        <w:t>Starting Strong</w:t>
      </w:r>
    </w:p>
    <w:p w14:paraId="7F2E349E" w14:textId="77777777" w:rsidR="00E54523" w:rsidRDefault="00F979CC">
      <w:r>
        <w:t>Your First Steps into Animal-Assisted Interventions</w:t>
      </w:r>
    </w:p>
    <w:p w14:paraId="2AA59367" w14:textId="77777777" w:rsidR="00E54523" w:rsidRDefault="00F979CC">
      <w:r>
        <w:t>Status: Complete</w:t>
      </w:r>
    </w:p>
    <w:p w14:paraId="2D148F97" w14:textId="77777777" w:rsidR="00E54523" w:rsidRDefault="00F979CC">
      <w:pPr>
        <w:pStyle w:val="Heading3"/>
      </w:pPr>
      <w:r>
        <w:t>Embedding Strong</w:t>
      </w:r>
    </w:p>
    <w:p w14:paraId="08D55E0A" w14:textId="77777777" w:rsidR="00E54523" w:rsidRDefault="00F979CC">
      <w:r>
        <w:t>Integrating AAI into Schools, Services and Therapy</w:t>
      </w:r>
    </w:p>
    <w:p w14:paraId="7C85525D" w14:textId="77777777" w:rsidR="00E54523" w:rsidRDefault="00F979CC">
      <w:r>
        <w:t>Status: In progress</w:t>
      </w:r>
    </w:p>
    <w:p w14:paraId="21B5A47C" w14:textId="77777777" w:rsidR="00E54523" w:rsidRDefault="00F979CC">
      <w:pPr>
        <w:pStyle w:val="Heading3"/>
      </w:pPr>
      <w:r>
        <w:t>Building Strong</w:t>
      </w:r>
    </w:p>
    <w:p w14:paraId="5073F5B3" w14:textId="77777777" w:rsidR="00E54523" w:rsidRDefault="00F979CC">
      <w:r>
        <w:t>Creating a Sustainable AAI Business or Practice</w:t>
      </w:r>
    </w:p>
    <w:p w14:paraId="0BA5A6E7" w14:textId="77777777" w:rsidR="00E54523" w:rsidRDefault="00F979CC">
      <w:r>
        <w:t>Status: Not started</w:t>
      </w:r>
    </w:p>
    <w:p w14:paraId="6D009B58" w14:textId="77777777" w:rsidR="00E54523" w:rsidRDefault="00F979CC">
      <w:pPr>
        <w:pStyle w:val="Heading3"/>
      </w:pPr>
      <w:r>
        <w:t>Leading Strong</w:t>
      </w:r>
    </w:p>
    <w:p w14:paraId="4B547E59" w14:textId="77777777" w:rsidR="00E54523" w:rsidRDefault="00F979CC">
      <w:r>
        <w:t>Leadership, Values and Change through AAI</w:t>
      </w:r>
    </w:p>
    <w:p w14:paraId="037FEE15" w14:textId="77777777" w:rsidR="00E54523" w:rsidRDefault="00F979CC">
      <w:r>
        <w:t>Status: Not started</w:t>
      </w:r>
    </w:p>
    <w:p w14:paraId="5DDD559F" w14:textId="77777777" w:rsidR="00E54523" w:rsidRDefault="00F979CC">
      <w:pPr>
        <w:pStyle w:val="Heading3"/>
      </w:pPr>
      <w:r>
        <w:t>Strong in Action</w:t>
      </w:r>
    </w:p>
    <w:p w14:paraId="0F2AA53B" w14:textId="77777777" w:rsidR="00E54523" w:rsidRDefault="00F979CC">
      <w:r>
        <w:t>Stories, Sessions and Successes from the Field</w:t>
      </w:r>
    </w:p>
    <w:p w14:paraId="7211948F" w14:textId="77777777" w:rsidR="00E54523" w:rsidRDefault="00F979CC">
      <w:r>
        <w:t>Status: Not started</w:t>
      </w:r>
    </w:p>
    <w:p w14:paraId="277D20C5" w14:textId="77777777" w:rsidR="00E54523" w:rsidRDefault="00F979CC">
      <w:pPr>
        <w:pStyle w:val="Heading3"/>
      </w:pPr>
      <w:r>
        <w:t>The Elysian Approach</w:t>
      </w:r>
    </w:p>
    <w:p w14:paraId="065EF1EC" w14:textId="77777777" w:rsidR="00E54523" w:rsidRDefault="00F979CC">
      <w:r>
        <w:t>Theory and Practice of Multi-Species Therapeutic Education</w:t>
      </w:r>
    </w:p>
    <w:p w14:paraId="0373A1BC" w14:textId="77777777" w:rsidR="00E54523" w:rsidRDefault="00F979CC">
      <w:r>
        <w:t>Status: Not started</w:t>
      </w:r>
    </w:p>
    <w:p w14:paraId="06106937" w14:textId="77777777" w:rsidR="00E54523" w:rsidRDefault="00F979CC">
      <w:pPr>
        <w:pStyle w:val="Heading3"/>
      </w:pPr>
      <w:r>
        <w:t>Growing Strong</w:t>
      </w:r>
    </w:p>
    <w:p w14:paraId="3EA11422" w14:textId="77777777" w:rsidR="00E54523" w:rsidRDefault="00F979CC">
      <w:r>
        <w:t>Personal Development Through Animal-Assisted Interventions</w:t>
      </w:r>
    </w:p>
    <w:p w14:paraId="448E3C2F" w14:textId="1FC349EB" w:rsidR="00E54523" w:rsidRDefault="00F979CC">
      <w:r>
        <w:t>Status: Completed</w:t>
      </w:r>
    </w:p>
    <w:p w14:paraId="1FA7BD21" w14:textId="77777777" w:rsidR="00E54523" w:rsidRDefault="00F979CC">
      <w:pPr>
        <w:pStyle w:val="Heading3"/>
      </w:pPr>
      <w:r>
        <w:t>Strong with Hearts and Hounds</w:t>
      </w:r>
    </w:p>
    <w:p w14:paraId="010F5D9B" w14:textId="77777777" w:rsidR="00E54523" w:rsidRDefault="00F979CC">
      <w:r>
        <w:t>The Everyday Power of Dogs in Life and Support</w:t>
      </w:r>
    </w:p>
    <w:p w14:paraId="4586A2C7" w14:textId="77777777" w:rsidR="00E54523" w:rsidRDefault="00F979CC">
      <w:r>
        <w:t>Status: In progress</w:t>
      </w:r>
    </w:p>
    <w:p w14:paraId="591F9139" w14:textId="77777777" w:rsidR="00E54523" w:rsidRDefault="00F979CC">
      <w:pPr>
        <w:pStyle w:val="Heading3"/>
      </w:pPr>
      <w:r>
        <w:t>Strong with Camelids</w:t>
      </w:r>
    </w:p>
    <w:p w14:paraId="2B131059" w14:textId="77777777" w:rsidR="00E54523" w:rsidRDefault="00F979CC">
      <w:r>
        <w:t>Creating Therapeutic Impact with Llamas and Alpacas</w:t>
      </w:r>
    </w:p>
    <w:p w14:paraId="1566FB9A" w14:textId="3B548AC0" w:rsidR="00E54523" w:rsidRDefault="00F979CC">
      <w:r>
        <w:t>Status: Completed</w:t>
      </w:r>
    </w:p>
    <w:p w14:paraId="2ACF118C" w14:textId="77777777" w:rsidR="00E54523" w:rsidRDefault="00F979CC">
      <w:pPr>
        <w:pStyle w:val="Heading3"/>
      </w:pPr>
      <w:r>
        <w:t>Strong Enough</w:t>
      </w:r>
    </w:p>
    <w:p w14:paraId="64E0F017" w14:textId="77777777" w:rsidR="00E54523" w:rsidRDefault="00F979CC">
      <w:r>
        <w:t>When Life, Leadership and Purpose Collide</w:t>
      </w:r>
    </w:p>
    <w:p w14:paraId="24678018" w14:textId="77777777" w:rsidR="00E54523" w:rsidRDefault="00F979CC">
      <w:r>
        <w:lastRenderedPageBreak/>
        <w:t>Status: In progress</w:t>
      </w:r>
    </w:p>
    <w:p w14:paraId="31A9D51D" w14:textId="77777777" w:rsidR="00E54523" w:rsidRDefault="00F979CC">
      <w:pPr>
        <w:pStyle w:val="Heading2"/>
      </w:pPr>
      <w:r>
        <w:t>Submission and Selection</w:t>
      </w:r>
    </w:p>
    <w:p w14:paraId="5B617C72" w14:textId="77777777" w:rsidR="00E54523" w:rsidRDefault="00F979CC">
      <w:r>
        <w:t>We invite illustrators and designers to submit a concept for any one of the books above. Your design should represent the emotional tone of the series and demonstrate how it could extend across the rest of the collection.</w:t>
      </w:r>
      <w:r>
        <w:br/>
      </w:r>
      <w:r>
        <w:br/>
        <w:t>We are open to experienced illustrators and emerging talent alike. We are particularly interested in people who can tell a powerful story visually with simplicity and depth.</w:t>
      </w:r>
      <w:r>
        <w:br/>
      </w:r>
      <w:r>
        <w:br/>
        <w:t>Please include the following in your submission:</w:t>
      </w:r>
    </w:p>
    <w:p w14:paraId="45F0031F" w14:textId="77777777" w:rsidR="00E54523" w:rsidRDefault="00F979CC">
      <w:pPr>
        <w:pStyle w:val="ListBullet"/>
      </w:pPr>
      <w:r>
        <w:t>- A front cover design concept for one of the books</w:t>
      </w:r>
    </w:p>
    <w:p w14:paraId="23B490B5" w14:textId="77777777" w:rsidR="00E54523" w:rsidRDefault="00F979CC">
      <w:pPr>
        <w:pStyle w:val="ListBullet"/>
      </w:pPr>
      <w:r>
        <w:t>- A short explanation of your approach and design thinking</w:t>
      </w:r>
    </w:p>
    <w:p w14:paraId="61203E6D" w14:textId="77777777" w:rsidR="00E54523" w:rsidRDefault="00F979CC">
      <w:pPr>
        <w:pStyle w:val="ListBullet"/>
      </w:pPr>
      <w:r>
        <w:t>- Links to your portfolio or examples of relevant work</w:t>
      </w:r>
    </w:p>
    <w:p w14:paraId="2D07D129" w14:textId="77777777" w:rsidR="00E54523" w:rsidRDefault="00F979CC">
      <w:pPr>
        <w:pStyle w:val="ListBullet"/>
      </w:pPr>
      <w:r>
        <w:t>- Your location and contact details</w:t>
      </w:r>
    </w:p>
    <w:p w14:paraId="1FEFEB83" w14:textId="77777777" w:rsidR="00E54523" w:rsidRDefault="00F979CC">
      <w:pPr>
        <w:pStyle w:val="Heading2"/>
      </w:pPr>
      <w:r>
        <w:t>Deliverables for Commissioned Work</w:t>
      </w:r>
    </w:p>
    <w:p w14:paraId="522ABD5B" w14:textId="77777777" w:rsidR="00E54523" w:rsidRDefault="00F979CC">
      <w:r>
        <w:t>Once a designer is selected, the final commission will include:</w:t>
      </w:r>
    </w:p>
    <w:p w14:paraId="4CAF31D0" w14:textId="77777777" w:rsidR="00E54523" w:rsidRDefault="00F979CC">
      <w:pPr>
        <w:pStyle w:val="ListBullet"/>
      </w:pPr>
      <w:r>
        <w:t>- Ten front covers (print-ready, plus eBook format)</w:t>
      </w:r>
    </w:p>
    <w:p w14:paraId="7816C5A9" w14:textId="77777777" w:rsidR="00E54523" w:rsidRDefault="00F979CC">
      <w:pPr>
        <w:pStyle w:val="ListBullet"/>
      </w:pPr>
      <w:r>
        <w:t>- Consistent visual branding across all titles</w:t>
      </w:r>
    </w:p>
    <w:p w14:paraId="1CA9E114" w14:textId="77777777" w:rsidR="00E54523" w:rsidRDefault="00F979CC">
      <w:pPr>
        <w:pStyle w:val="ListBullet"/>
      </w:pPr>
      <w:r>
        <w:t>- Format to suit standard UK trade paperback size</w:t>
      </w:r>
    </w:p>
    <w:p w14:paraId="3C2C7955" w14:textId="77777777" w:rsidR="00E54523" w:rsidRDefault="00F979CC">
      <w:pPr>
        <w:pStyle w:val="ListBullet"/>
      </w:pPr>
      <w:r>
        <w:t>- Files supplied in high resolution PDF, PNG or JPG, and layered PSD or equivalent</w:t>
      </w:r>
    </w:p>
    <w:p w14:paraId="11378D25" w14:textId="77777777" w:rsidR="00E54523" w:rsidRDefault="00F979CC">
      <w:pPr>
        <w:pStyle w:val="ListBullet"/>
      </w:pPr>
      <w:r>
        <w:t>- Collaboration and feedback opportunities with the author during design development</w:t>
      </w:r>
    </w:p>
    <w:p w14:paraId="6219F443" w14:textId="3D99A68D" w:rsidR="00E54523" w:rsidRDefault="00E54523"/>
    <w:p w14:paraId="41BF0181" w14:textId="078C1747" w:rsidR="00E33464" w:rsidRDefault="00E33464">
      <w:r>
        <w:t xml:space="preserve">This is the websites with  logo’s for the </w:t>
      </w:r>
      <w:r w:rsidR="00596426">
        <w:t>author’s</w:t>
      </w:r>
      <w:r>
        <w:t xml:space="preserve"> other businesses – and it would be </w:t>
      </w:r>
      <w:proofErr w:type="spellStart"/>
      <w:r>
        <w:t>goog</w:t>
      </w:r>
      <w:proofErr w:type="spellEnd"/>
      <w:r>
        <w:t xml:space="preserve"> to link with these in terms of some of the </w:t>
      </w:r>
      <w:proofErr w:type="spellStart"/>
      <w:r>
        <w:t>colours</w:t>
      </w:r>
      <w:proofErr w:type="spellEnd"/>
      <w:r>
        <w:t xml:space="preserve"> and ‘feel’,,</w:t>
      </w:r>
    </w:p>
    <w:p w14:paraId="19E21DCC" w14:textId="2C86F90F" w:rsidR="00E33464" w:rsidRDefault="00E33464">
      <w:hyperlink r:id="rId9" w:history="1">
        <w:r w:rsidRPr="00F548F3">
          <w:rPr>
            <w:rStyle w:val="Hyperlink"/>
          </w:rPr>
          <w:t>www.elysianuk.org</w:t>
        </w:r>
      </w:hyperlink>
    </w:p>
    <w:p w14:paraId="43AA941E" w14:textId="099ABE35" w:rsidR="00E33464" w:rsidRDefault="00596426">
      <w:hyperlink r:id="rId10" w:history="1">
        <w:r w:rsidRPr="00F548F3">
          <w:rPr>
            <w:rStyle w:val="Hyperlink"/>
          </w:rPr>
          <w:t>www.elysiandevelopment.org</w:t>
        </w:r>
      </w:hyperlink>
    </w:p>
    <w:p w14:paraId="0568C21F" w14:textId="77777777" w:rsidR="00596426" w:rsidRDefault="00596426"/>
    <w:sectPr w:rsidR="00596426"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2019117978">
    <w:abstractNumId w:val="8"/>
  </w:num>
  <w:num w:numId="2" w16cid:durableId="1220819868">
    <w:abstractNumId w:val="6"/>
  </w:num>
  <w:num w:numId="3" w16cid:durableId="244463200">
    <w:abstractNumId w:val="5"/>
  </w:num>
  <w:num w:numId="4" w16cid:durableId="1284532660">
    <w:abstractNumId w:val="4"/>
  </w:num>
  <w:num w:numId="5" w16cid:durableId="992299478">
    <w:abstractNumId w:val="7"/>
  </w:num>
  <w:num w:numId="6" w16cid:durableId="707415916">
    <w:abstractNumId w:val="3"/>
  </w:num>
  <w:num w:numId="7" w16cid:durableId="982464795">
    <w:abstractNumId w:val="2"/>
  </w:num>
  <w:num w:numId="8" w16cid:durableId="664210015">
    <w:abstractNumId w:val="1"/>
  </w:num>
  <w:num w:numId="9" w16cid:durableId="2382982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371C"/>
    <w:rsid w:val="0006063C"/>
    <w:rsid w:val="0015074B"/>
    <w:rsid w:val="0029639D"/>
    <w:rsid w:val="00326F90"/>
    <w:rsid w:val="00596426"/>
    <w:rsid w:val="00AA1D8D"/>
    <w:rsid w:val="00B47730"/>
    <w:rsid w:val="00CB0664"/>
    <w:rsid w:val="00E33464"/>
    <w:rsid w:val="00E54523"/>
    <w:rsid w:val="00F979CC"/>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D972A06"/>
  <w14:defaultImageDpi w14:val="300"/>
  <w15:docId w15:val="{0B78F819-3D0C-454A-BE5A-E23BE30D4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E33464"/>
    <w:rPr>
      <w:color w:val="0000FF" w:themeColor="hyperlink"/>
      <w:u w:val="single"/>
    </w:rPr>
  </w:style>
  <w:style w:type="character" w:styleId="UnresolvedMention">
    <w:name w:val="Unresolved Mention"/>
    <w:basedOn w:val="DefaultParagraphFont"/>
    <w:uiPriority w:val="99"/>
    <w:semiHidden/>
    <w:unhideWhenUsed/>
    <w:rsid w:val="00E334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elysiandevelopment.org" TargetMode="External"/><Relationship Id="rId4" Type="http://schemas.openxmlformats.org/officeDocument/2006/relationships/customXml" Target="../customXml/item4.xml"/><Relationship Id="rId9" Type="http://schemas.openxmlformats.org/officeDocument/2006/relationships/hyperlink" Target="http://www.elysianu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26F86C7FB81B74DB019BBA35334A3E4" ma:contentTypeVersion="18" ma:contentTypeDescription="Create a new document." ma:contentTypeScope="" ma:versionID="0b924811b333d61b8a20715f577a84fc">
  <xsd:schema xmlns:xsd="http://www.w3.org/2001/XMLSchema" xmlns:xs="http://www.w3.org/2001/XMLSchema" xmlns:p="http://schemas.microsoft.com/office/2006/metadata/properties" xmlns:ns2="7835e20f-eeba-4089-802b-510ceeb1d0b1" xmlns:ns3="02a06f62-0e18-41d0-958d-f676cf91646f" targetNamespace="http://schemas.microsoft.com/office/2006/metadata/properties" ma:root="true" ma:fieldsID="3b4016e8aa21f2df93dea1f793649ab8" ns2:_="" ns3:_="">
    <xsd:import namespace="7835e20f-eeba-4089-802b-510ceeb1d0b1"/>
    <xsd:import namespace="02a06f62-0e18-41d0-958d-f676cf91646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2:MediaServiceObjectDetectorVersions" minOccurs="0"/>
                <xsd:element ref="ns2:MediaLengthInSeconds" minOccurs="0"/>
                <xsd:element ref="ns3:SharedWithUsers" minOccurs="0"/>
                <xsd:element ref="ns3:SharedWithDetail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35e20f-eeba-4089-802b-510ceeb1d0b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2ba7aa16-2479-437e-96f7-739202737f5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2a06f62-0e18-41d0-958d-f676cf91646f"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70e23837-6212-4bec-ac5a-0c5c3624ed29}" ma:internalName="TaxCatchAll" ma:showField="CatchAllData" ma:web="02a06f62-0e18-41d0-958d-f676cf91646f">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835e20f-eeba-4089-802b-510ceeb1d0b1">
      <Terms xmlns="http://schemas.microsoft.com/office/infopath/2007/PartnerControls"/>
    </lcf76f155ced4ddcb4097134ff3c332f>
    <TaxCatchAll xmlns="02a06f62-0e18-41d0-958d-f676cf91646f" xsi:nil="true"/>
  </documentManagement>
</p:properties>
</file>

<file path=customXml/itemProps1.xml><?xml version="1.0" encoding="utf-8"?>
<ds:datastoreItem xmlns:ds="http://schemas.openxmlformats.org/officeDocument/2006/customXml" ds:itemID="{CB7877BB-6621-4E6F-8E0A-DA2F36B6CE96}">
  <ds:schemaRefs>
    <ds:schemaRef ds:uri="http://schemas.microsoft.com/sharepoint/v3/contenttype/forms"/>
  </ds:schemaRefs>
</ds:datastoreItem>
</file>

<file path=customXml/itemProps2.xml><?xml version="1.0" encoding="utf-8"?>
<ds:datastoreItem xmlns:ds="http://schemas.openxmlformats.org/officeDocument/2006/customXml" ds:itemID="{90D628E3-EABB-44E0-B36D-9A7979EC1C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35e20f-eeba-4089-802b-510ceeb1d0b1"/>
    <ds:schemaRef ds:uri="02a06f62-0e18-41d0-958d-f676cf9164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customXml/itemProps4.xml><?xml version="1.0" encoding="utf-8"?>
<ds:datastoreItem xmlns:ds="http://schemas.openxmlformats.org/officeDocument/2006/customXml" ds:itemID="{AF60B49B-F3E9-48BC-9655-D7F2D3AF445C}">
  <ds:schemaRefs>
    <ds:schemaRef ds:uri="http://schemas.microsoft.com/office/2006/metadata/properties"/>
    <ds:schemaRef ds:uri="http://schemas.microsoft.com/office/infopath/2007/PartnerControls"/>
    <ds:schemaRef ds:uri="7835e20f-eeba-4089-802b-510ceeb1d0b1"/>
    <ds:schemaRef ds:uri="02a06f62-0e18-41d0-958d-f676cf91646f"/>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711</Words>
  <Characters>3804</Characters>
  <Application>Microsoft Office Word</Application>
  <DocSecurity>0</DocSecurity>
  <Lines>95</Lines>
  <Paragraphs>85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4430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Charlotte Williams</cp:lastModifiedBy>
  <cp:revision>4</cp:revision>
  <dcterms:created xsi:type="dcterms:W3CDTF">2025-06-03T13:39:00Z</dcterms:created>
  <dcterms:modified xsi:type="dcterms:W3CDTF">2025-06-03T13:50:00Z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0x010100226F86C7FB81B74DB019BBA35334A3E4</vt:lpwstr>
  </property>
  <property fmtid="{D5CDD505-2E9C-101B-9397-08002B2CF9AE}" pid="3" name="MediaServiceImageTags">
    <vt:lpwstr/>
  </property>
</Properties>
</file>